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94E4CF" w14:textId="45E4757D" w:rsidR="002C4769" w:rsidRDefault="00AC6C95" w:rsidP="00AC6C95">
      <w:pPr>
        <w:spacing w:after="20" w:line="240" w:lineRule="auto"/>
        <w:ind w:left="630" w:right="450"/>
        <w:jc w:val="center"/>
      </w:pPr>
      <w:r>
        <w:rPr>
          <w:rFonts w:eastAsia="Arial"/>
          <w:b/>
          <w:sz w:val="32"/>
        </w:rPr>
        <w:t xml:space="preserve">Southeastern Oklahoma State University </w:t>
      </w:r>
      <w:r w:rsidR="00000000">
        <w:rPr>
          <w:rFonts w:eastAsia="Arial"/>
          <w:b/>
          <w:sz w:val="32"/>
        </w:rPr>
        <w:t>Student Organizations, Clubs, and Programs</w:t>
      </w:r>
    </w:p>
    <w:p w14:paraId="2E1A89D4" w14:textId="4566D816" w:rsidR="002C4769" w:rsidRDefault="00AC6C95" w:rsidP="00AC6C95">
      <w:pPr>
        <w:spacing w:after="100" w:line="240" w:lineRule="auto"/>
        <w:ind w:left="630" w:right="450"/>
        <w:jc w:val="center"/>
      </w:pPr>
      <w:r>
        <w:rPr>
          <w:rFonts w:eastAsia="Arial"/>
          <w:b/>
          <w:sz w:val="22"/>
        </w:rPr>
        <w:t>Please be patient as information may shift dramatically from year to year. Come to SU 306 the discuss your interests, or you may use the below to investigate on your own!</w:t>
      </w:r>
    </w:p>
    <w:p w14:paraId="74F63DB3" w14:textId="21348DD8" w:rsidR="0001782D" w:rsidRDefault="0001782D" w:rsidP="00AC6C95">
      <w:pPr>
        <w:spacing w:before="40" w:after="40" w:line="240" w:lineRule="auto"/>
        <w:ind w:left="630"/>
      </w:pPr>
    </w:p>
    <w:tbl>
      <w:tblPr>
        <w:tblW w:w="14218" w:type="dxa"/>
        <w:jc w:val="center"/>
        <w:tblLayout w:type="fixed"/>
        <w:tblLook w:val="04A0" w:firstRow="1" w:lastRow="0" w:firstColumn="1" w:lastColumn="0" w:noHBand="0" w:noVBand="1"/>
      </w:tblPr>
      <w:tblGrid>
        <w:gridCol w:w="1764"/>
        <w:gridCol w:w="1279"/>
        <w:gridCol w:w="1570"/>
        <w:gridCol w:w="1507"/>
        <w:gridCol w:w="973"/>
        <w:gridCol w:w="1727"/>
        <w:gridCol w:w="2844"/>
        <w:gridCol w:w="2554"/>
      </w:tblGrid>
      <w:tr w:rsidR="00D045BA" w:rsidRPr="00175D1B" w14:paraId="1119F52C" w14:textId="77777777" w:rsidTr="00175D1B">
        <w:trPr>
          <w:cantSplit/>
          <w:tblHeader/>
          <w:jc w:val="center"/>
        </w:trPr>
        <w:tc>
          <w:tcPr>
            <w:tcW w:w="1764" w:type="dxa"/>
            <w:shd w:val="clear" w:color="auto" w:fill="D9E1F2"/>
            <w:tcMar>
              <w:top w:w="35" w:type="dxa"/>
              <w:left w:w="45" w:type="dxa"/>
              <w:bottom w:w="35" w:type="dxa"/>
              <w:right w:w="45" w:type="dxa"/>
            </w:tcMar>
            <w:vAlign w:val="center"/>
          </w:tcPr>
          <w:p w14:paraId="25AA0406"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Organization or Program</w:t>
            </w:r>
          </w:p>
        </w:tc>
        <w:tc>
          <w:tcPr>
            <w:tcW w:w="1279" w:type="dxa"/>
            <w:shd w:val="clear" w:color="auto" w:fill="D9E1F2"/>
            <w:tcMar>
              <w:top w:w="35" w:type="dxa"/>
              <w:left w:w="45" w:type="dxa"/>
              <w:bottom w:w="35" w:type="dxa"/>
              <w:right w:w="45" w:type="dxa"/>
            </w:tcMar>
            <w:vAlign w:val="center"/>
          </w:tcPr>
          <w:p w14:paraId="066927BC"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Status</w:t>
            </w:r>
          </w:p>
        </w:tc>
        <w:tc>
          <w:tcPr>
            <w:tcW w:w="1570" w:type="dxa"/>
            <w:shd w:val="clear" w:color="auto" w:fill="D9E1F2"/>
            <w:tcMar>
              <w:top w:w="35" w:type="dxa"/>
              <w:left w:w="45" w:type="dxa"/>
              <w:bottom w:w="35" w:type="dxa"/>
              <w:right w:w="45" w:type="dxa"/>
            </w:tcMar>
            <w:vAlign w:val="center"/>
          </w:tcPr>
          <w:p w14:paraId="0B260AB4"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Instagram</w:t>
            </w:r>
          </w:p>
        </w:tc>
        <w:tc>
          <w:tcPr>
            <w:tcW w:w="1507" w:type="dxa"/>
            <w:shd w:val="clear" w:color="auto" w:fill="D9E1F2"/>
            <w:tcMar>
              <w:top w:w="35" w:type="dxa"/>
              <w:left w:w="45" w:type="dxa"/>
              <w:bottom w:w="35" w:type="dxa"/>
              <w:right w:w="45" w:type="dxa"/>
            </w:tcMar>
            <w:vAlign w:val="center"/>
          </w:tcPr>
          <w:p w14:paraId="4D753FBB"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Facebook</w:t>
            </w:r>
          </w:p>
        </w:tc>
        <w:tc>
          <w:tcPr>
            <w:tcW w:w="973" w:type="dxa"/>
            <w:shd w:val="clear" w:color="auto" w:fill="D9E1F2"/>
            <w:tcMar>
              <w:top w:w="35" w:type="dxa"/>
              <w:left w:w="45" w:type="dxa"/>
              <w:bottom w:w="35" w:type="dxa"/>
              <w:right w:w="45" w:type="dxa"/>
            </w:tcMar>
            <w:vAlign w:val="center"/>
          </w:tcPr>
          <w:p w14:paraId="261AC672"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X</w:t>
            </w:r>
          </w:p>
        </w:tc>
        <w:tc>
          <w:tcPr>
            <w:tcW w:w="1727" w:type="dxa"/>
            <w:shd w:val="clear" w:color="auto" w:fill="D9E1F2"/>
            <w:tcMar>
              <w:top w:w="35" w:type="dxa"/>
              <w:left w:w="45" w:type="dxa"/>
              <w:bottom w:w="35" w:type="dxa"/>
              <w:right w:w="45" w:type="dxa"/>
            </w:tcMar>
            <w:vAlign w:val="center"/>
          </w:tcPr>
          <w:p w14:paraId="6C3BD143"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Website or Program Page</w:t>
            </w:r>
          </w:p>
        </w:tc>
        <w:tc>
          <w:tcPr>
            <w:tcW w:w="2844" w:type="dxa"/>
            <w:shd w:val="clear" w:color="auto" w:fill="D9E1F2"/>
            <w:tcMar>
              <w:top w:w="35" w:type="dxa"/>
              <w:left w:w="45" w:type="dxa"/>
              <w:bottom w:w="35" w:type="dxa"/>
              <w:right w:w="45" w:type="dxa"/>
            </w:tcMar>
            <w:vAlign w:val="center"/>
          </w:tcPr>
          <w:p w14:paraId="4DD7ECFA"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Related Department Page / Student Life</w:t>
            </w:r>
          </w:p>
        </w:tc>
        <w:tc>
          <w:tcPr>
            <w:tcW w:w="2554" w:type="dxa"/>
            <w:shd w:val="clear" w:color="auto" w:fill="D9E1F2"/>
            <w:tcMar>
              <w:top w:w="35" w:type="dxa"/>
              <w:left w:w="45" w:type="dxa"/>
              <w:bottom w:w="35" w:type="dxa"/>
              <w:right w:w="45" w:type="dxa"/>
            </w:tcMar>
            <w:vAlign w:val="center"/>
          </w:tcPr>
          <w:p w14:paraId="6FAB138D" w14:textId="77777777" w:rsidR="0001782D" w:rsidRPr="00175D1B" w:rsidRDefault="00000000" w:rsidP="00AC6C95">
            <w:pPr>
              <w:spacing w:after="0" w:line="240" w:lineRule="auto"/>
              <w:ind w:left="630"/>
              <w:jc w:val="center"/>
              <w:rPr>
                <w:rFonts w:ascii="Calibri" w:hAnsi="Calibri" w:cs="Calibri"/>
                <w:sz w:val="18"/>
                <w:szCs w:val="32"/>
              </w:rPr>
            </w:pPr>
            <w:r w:rsidRPr="00175D1B">
              <w:rPr>
                <w:rFonts w:ascii="Calibri" w:eastAsia="Arial" w:hAnsi="Calibri" w:cs="Calibri"/>
                <w:b/>
                <w:sz w:val="18"/>
                <w:szCs w:val="32"/>
              </w:rPr>
              <w:t>Verification URL(s)</w:t>
            </w:r>
          </w:p>
        </w:tc>
      </w:tr>
      <w:tr w:rsidR="00D045BA" w:rsidRPr="00175D1B" w14:paraId="24A1FF85" w14:textId="77777777" w:rsidTr="00175D1B">
        <w:trPr>
          <w:cantSplit/>
          <w:jc w:val="center"/>
        </w:trPr>
        <w:tc>
          <w:tcPr>
            <w:tcW w:w="1764" w:type="dxa"/>
            <w:tcMar>
              <w:top w:w="35" w:type="dxa"/>
              <w:left w:w="45" w:type="dxa"/>
              <w:bottom w:w="35" w:type="dxa"/>
              <w:right w:w="45" w:type="dxa"/>
            </w:tcMar>
            <w:vAlign w:val="center"/>
          </w:tcPr>
          <w:p w14:paraId="2BDF50A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Alpha Eta Rho (Aviation)</w:t>
            </w:r>
          </w:p>
        </w:tc>
        <w:tc>
          <w:tcPr>
            <w:tcW w:w="1279" w:type="dxa"/>
            <w:tcMar>
              <w:top w:w="35" w:type="dxa"/>
              <w:left w:w="45" w:type="dxa"/>
              <w:bottom w:w="35" w:type="dxa"/>
              <w:right w:w="45" w:type="dxa"/>
            </w:tcMar>
            <w:vAlign w:val="center"/>
          </w:tcPr>
          <w:p w14:paraId="3126154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1D0BDD67" w14:textId="77777777" w:rsidR="00D045BA" w:rsidRPr="00175D1B" w:rsidRDefault="00D045BA" w:rsidP="00AC6C95">
            <w:pPr>
              <w:spacing w:after="0" w:line="240" w:lineRule="auto"/>
              <w:ind w:left="630"/>
              <w:rPr>
                <w:rFonts w:ascii="Calibri" w:hAnsi="Calibri" w:cs="Calibri"/>
                <w:sz w:val="18"/>
                <w:szCs w:val="32"/>
              </w:rPr>
            </w:pPr>
            <w:hyperlink r:id="rId8">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sosu.alphaetarho</w:t>
              </w:r>
              <w:proofErr w:type="gramEnd"/>
            </w:hyperlink>
          </w:p>
        </w:tc>
        <w:tc>
          <w:tcPr>
            <w:tcW w:w="1507" w:type="dxa"/>
            <w:tcMar>
              <w:top w:w="35" w:type="dxa"/>
              <w:left w:w="45" w:type="dxa"/>
              <w:bottom w:w="35" w:type="dxa"/>
              <w:right w:w="45" w:type="dxa"/>
            </w:tcMar>
            <w:vAlign w:val="center"/>
          </w:tcPr>
          <w:p w14:paraId="6B397542" w14:textId="77777777" w:rsidR="00D045BA" w:rsidRPr="00175D1B" w:rsidRDefault="00D045B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165451B3" w14:textId="77777777" w:rsidR="00D045BA" w:rsidRPr="00175D1B" w:rsidRDefault="00D045B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BCF0915" w14:textId="77777777" w:rsidR="00D045BA" w:rsidRPr="00175D1B" w:rsidRDefault="00D045B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109C484B" w14:textId="77777777" w:rsidR="00D045BA" w:rsidRPr="00175D1B" w:rsidRDefault="00D045B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568E1AAB" w14:textId="77777777" w:rsidR="0001782D" w:rsidRPr="00175D1B" w:rsidRDefault="00000000" w:rsidP="00AC6C95">
            <w:pPr>
              <w:spacing w:after="0" w:line="240" w:lineRule="auto"/>
              <w:ind w:left="630"/>
              <w:rPr>
                <w:rFonts w:ascii="Calibri" w:hAnsi="Calibri" w:cs="Calibri"/>
                <w:sz w:val="18"/>
                <w:szCs w:val="32"/>
              </w:rPr>
            </w:pPr>
            <w:hyperlink r:id="rId9" w:history="1">
              <w:r w:rsidRPr="00175D1B">
                <w:rPr>
                  <w:rFonts w:ascii="Calibri" w:eastAsia="Arial" w:hAnsi="Calibri" w:cs="Calibri"/>
                  <w:color w:val="0563C1"/>
                  <w:sz w:val="18"/>
                  <w:szCs w:val="32"/>
                  <w:u w:val="single"/>
                </w:rPr>
                <w:t>https://www.instagram.com/sosu.alphaetarho/</w:t>
              </w:r>
            </w:hyperlink>
          </w:p>
        </w:tc>
      </w:tr>
      <w:tr w:rsidR="00D045BA" w:rsidRPr="00175D1B" w14:paraId="6EEEFEA9" w14:textId="77777777" w:rsidTr="00175D1B">
        <w:trPr>
          <w:cantSplit/>
          <w:jc w:val="center"/>
        </w:trPr>
        <w:tc>
          <w:tcPr>
            <w:tcW w:w="1764" w:type="dxa"/>
            <w:shd w:val="clear" w:color="auto" w:fill="F7F7F7"/>
            <w:tcMar>
              <w:top w:w="35" w:type="dxa"/>
              <w:left w:w="45" w:type="dxa"/>
              <w:bottom w:w="35" w:type="dxa"/>
              <w:right w:w="45" w:type="dxa"/>
            </w:tcMar>
            <w:vAlign w:val="center"/>
          </w:tcPr>
          <w:p w14:paraId="75D44C4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Alpha Psi Omega (Theatre)</w:t>
            </w:r>
          </w:p>
        </w:tc>
        <w:tc>
          <w:tcPr>
            <w:tcW w:w="1279" w:type="dxa"/>
            <w:shd w:val="clear" w:color="auto" w:fill="F7F7F7"/>
            <w:tcMar>
              <w:top w:w="35" w:type="dxa"/>
              <w:left w:w="45" w:type="dxa"/>
              <w:bottom w:w="35" w:type="dxa"/>
              <w:right w:w="45" w:type="dxa"/>
            </w:tcMar>
            <w:vAlign w:val="center"/>
          </w:tcPr>
          <w:p w14:paraId="6C7F647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6E3ECC79" w14:textId="77777777" w:rsidR="0001782D" w:rsidRPr="00175D1B" w:rsidRDefault="0001782D"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7A373FA8" w14:textId="77777777" w:rsidR="00D045BA" w:rsidRPr="00175D1B" w:rsidRDefault="00D045B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3491FA0E" w14:textId="77777777" w:rsidR="00D045BA" w:rsidRPr="00175D1B" w:rsidRDefault="00D045B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5F32C5D3"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39DC0838" w14:textId="77777777" w:rsidR="0001782D" w:rsidRPr="00175D1B" w:rsidRDefault="00000000" w:rsidP="00AC6C95">
            <w:pPr>
              <w:spacing w:after="0" w:line="240" w:lineRule="auto"/>
              <w:ind w:left="630"/>
              <w:rPr>
                <w:rFonts w:ascii="Calibri" w:hAnsi="Calibri" w:cs="Calibri"/>
                <w:sz w:val="18"/>
                <w:szCs w:val="32"/>
              </w:rPr>
            </w:pPr>
            <w:hyperlink r:id="rId10" w:history="1">
              <w:r w:rsidRPr="00175D1B">
                <w:rPr>
                  <w:rFonts w:ascii="Calibri" w:eastAsia="Arial" w:hAnsi="Calibri" w:cs="Calibri"/>
                  <w:color w:val="0563C1"/>
                  <w:sz w:val="18"/>
                  <w:szCs w:val="32"/>
                  <w:u w:val="single"/>
                </w:rPr>
                <w:t>Related department page: Theatre at Southeastern</w:t>
              </w:r>
            </w:hyperlink>
          </w:p>
        </w:tc>
        <w:tc>
          <w:tcPr>
            <w:tcW w:w="2554" w:type="dxa"/>
            <w:shd w:val="clear" w:color="auto" w:fill="F7F7F7"/>
            <w:tcMar>
              <w:top w:w="35" w:type="dxa"/>
              <w:left w:w="45" w:type="dxa"/>
              <w:bottom w:w="35" w:type="dxa"/>
              <w:right w:w="45" w:type="dxa"/>
            </w:tcMar>
            <w:vAlign w:val="center"/>
          </w:tcPr>
          <w:p w14:paraId="49341AA5" w14:textId="77777777" w:rsidR="0001782D" w:rsidRPr="00175D1B" w:rsidRDefault="00000000" w:rsidP="00AC6C95">
            <w:pPr>
              <w:spacing w:after="0" w:line="240" w:lineRule="auto"/>
              <w:ind w:left="630"/>
              <w:rPr>
                <w:rFonts w:ascii="Calibri" w:hAnsi="Calibri" w:cs="Calibri"/>
                <w:sz w:val="18"/>
                <w:szCs w:val="32"/>
              </w:rPr>
            </w:pPr>
            <w:hyperlink r:id="rId11" w:history="1">
              <w:r w:rsidRPr="00175D1B">
                <w:rPr>
                  <w:rFonts w:ascii="Calibri" w:eastAsia="Arial" w:hAnsi="Calibri" w:cs="Calibri"/>
                  <w:color w:val="0563C1"/>
                  <w:sz w:val="18"/>
                  <w:szCs w:val="32"/>
                  <w:u w:val="single"/>
                </w:rPr>
                <w:t>https://www.se.edu/theatre/</w:t>
              </w:r>
            </w:hyperlink>
          </w:p>
        </w:tc>
      </w:tr>
      <w:tr w:rsidR="00D045BA" w:rsidRPr="00175D1B" w14:paraId="23CB1A2D" w14:textId="77777777" w:rsidTr="00175D1B">
        <w:trPr>
          <w:cantSplit/>
          <w:jc w:val="center"/>
        </w:trPr>
        <w:tc>
          <w:tcPr>
            <w:tcW w:w="1764" w:type="dxa"/>
            <w:tcMar>
              <w:top w:w="35" w:type="dxa"/>
              <w:left w:w="45" w:type="dxa"/>
              <w:bottom w:w="35" w:type="dxa"/>
              <w:right w:w="45" w:type="dxa"/>
            </w:tcMar>
            <w:vAlign w:val="center"/>
          </w:tcPr>
          <w:p w14:paraId="61AC879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Alpha Sigma Tau</w:t>
            </w:r>
          </w:p>
        </w:tc>
        <w:tc>
          <w:tcPr>
            <w:tcW w:w="1279" w:type="dxa"/>
            <w:tcMar>
              <w:top w:w="35" w:type="dxa"/>
              <w:left w:w="45" w:type="dxa"/>
              <w:bottom w:w="35" w:type="dxa"/>
              <w:right w:w="45" w:type="dxa"/>
            </w:tcMar>
            <w:vAlign w:val="center"/>
          </w:tcPr>
          <w:p w14:paraId="32DB735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27E5B51E" w14:textId="77777777" w:rsidR="00D045BA" w:rsidRPr="00175D1B" w:rsidRDefault="00D045BA" w:rsidP="00AC6C95">
            <w:pPr>
              <w:spacing w:after="0" w:line="240" w:lineRule="auto"/>
              <w:ind w:left="630"/>
              <w:rPr>
                <w:rFonts w:ascii="Calibri" w:hAnsi="Calibri" w:cs="Calibri"/>
                <w:sz w:val="18"/>
                <w:szCs w:val="32"/>
              </w:rPr>
            </w:pPr>
            <w:hyperlink r:id="rId12">
              <w:r w:rsidRPr="00175D1B">
                <w:rPr>
                  <w:rFonts w:ascii="Calibri" w:hAnsi="Calibri" w:cs="Calibri"/>
                  <w:color w:val="0563C1"/>
                  <w:sz w:val="18"/>
                  <w:szCs w:val="32"/>
                  <w:u w:val="single"/>
                </w:rPr>
                <w:t>Instagram: @ast.seo</w:t>
              </w:r>
            </w:hyperlink>
          </w:p>
        </w:tc>
        <w:tc>
          <w:tcPr>
            <w:tcW w:w="1507" w:type="dxa"/>
            <w:tcMar>
              <w:top w:w="35" w:type="dxa"/>
              <w:left w:w="45" w:type="dxa"/>
              <w:bottom w:w="35" w:type="dxa"/>
              <w:right w:w="45" w:type="dxa"/>
            </w:tcMar>
            <w:vAlign w:val="center"/>
          </w:tcPr>
          <w:p w14:paraId="3261FCD1" w14:textId="77777777" w:rsidR="00D045BA" w:rsidRPr="00175D1B" w:rsidRDefault="00D045BA" w:rsidP="00AC6C95">
            <w:pPr>
              <w:spacing w:after="0" w:line="240" w:lineRule="auto"/>
              <w:ind w:left="630"/>
              <w:rPr>
                <w:rFonts w:ascii="Calibri" w:hAnsi="Calibri" w:cs="Calibri"/>
                <w:sz w:val="18"/>
                <w:szCs w:val="32"/>
              </w:rPr>
            </w:pPr>
            <w:hyperlink r:id="rId13">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742CAB40" w14:textId="77777777" w:rsidR="00D045BA" w:rsidRPr="00175D1B" w:rsidRDefault="00D045B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0B2A178" w14:textId="77777777" w:rsidR="00D045BA" w:rsidRPr="00175D1B" w:rsidRDefault="00D045B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FE9761A" w14:textId="77777777" w:rsidR="00D045BA" w:rsidRPr="00175D1B" w:rsidRDefault="00D045B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0A648084" w14:textId="77777777" w:rsidR="0001782D" w:rsidRPr="00175D1B" w:rsidRDefault="00000000" w:rsidP="00AC6C95">
            <w:pPr>
              <w:spacing w:after="0" w:line="240" w:lineRule="auto"/>
              <w:ind w:left="630"/>
              <w:rPr>
                <w:rFonts w:ascii="Calibri" w:hAnsi="Calibri" w:cs="Calibri"/>
                <w:sz w:val="18"/>
                <w:szCs w:val="32"/>
              </w:rPr>
            </w:pPr>
            <w:hyperlink r:id="rId14" w:history="1">
              <w:r w:rsidRPr="00175D1B">
                <w:rPr>
                  <w:rFonts w:ascii="Calibri" w:eastAsia="Arial" w:hAnsi="Calibri" w:cs="Calibri"/>
                  <w:color w:val="0563C1"/>
                  <w:sz w:val="18"/>
                  <w:szCs w:val="32"/>
                  <w:u w:val="single"/>
                </w:rPr>
                <w:t>https://www.facebook.com/ASTRhoChapter/</w:t>
              </w:r>
            </w:hyperlink>
          </w:p>
          <w:p w14:paraId="4CA2FCDA" w14:textId="77777777" w:rsidR="0001782D" w:rsidRPr="00175D1B" w:rsidRDefault="00000000" w:rsidP="00AC6C95">
            <w:pPr>
              <w:spacing w:after="0" w:line="240" w:lineRule="auto"/>
              <w:ind w:left="630"/>
              <w:rPr>
                <w:rFonts w:ascii="Calibri" w:hAnsi="Calibri" w:cs="Calibri"/>
                <w:sz w:val="18"/>
                <w:szCs w:val="32"/>
              </w:rPr>
            </w:pPr>
            <w:hyperlink r:id="rId15" w:history="1">
              <w:r w:rsidRPr="00175D1B">
                <w:rPr>
                  <w:rFonts w:ascii="Calibri" w:eastAsia="Arial" w:hAnsi="Calibri" w:cs="Calibri"/>
                  <w:color w:val="0563C1"/>
                  <w:sz w:val="18"/>
                  <w:szCs w:val="32"/>
                  <w:u w:val="single"/>
                </w:rPr>
                <w:t>https://www.instagram.com/ast.seo/</w:t>
              </w:r>
            </w:hyperlink>
          </w:p>
        </w:tc>
      </w:tr>
      <w:tr w:rsidR="00D045BA" w:rsidRPr="00175D1B" w14:paraId="0A358D7C" w14:textId="77777777" w:rsidTr="00175D1B">
        <w:trPr>
          <w:cantSplit/>
          <w:jc w:val="center"/>
        </w:trPr>
        <w:tc>
          <w:tcPr>
            <w:tcW w:w="1764" w:type="dxa"/>
            <w:shd w:val="clear" w:color="auto" w:fill="F7F7F7"/>
            <w:tcMar>
              <w:top w:w="35" w:type="dxa"/>
              <w:left w:w="45" w:type="dxa"/>
              <w:bottom w:w="35" w:type="dxa"/>
              <w:right w:w="45" w:type="dxa"/>
            </w:tcMar>
            <w:vAlign w:val="center"/>
          </w:tcPr>
          <w:p w14:paraId="41B8082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Alumni Legacy Leaders (ALL)</w:t>
            </w:r>
          </w:p>
        </w:tc>
        <w:tc>
          <w:tcPr>
            <w:tcW w:w="1279" w:type="dxa"/>
            <w:shd w:val="clear" w:color="auto" w:fill="F7F7F7"/>
            <w:tcMar>
              <w:top w:w="35" w:type="dxa"/>
              <w:left w:w="45" w:type="dxa"/>
              <w:bottom w:w="35" w:type="dxa"/>
              <w:right w:w="45" w:type="dxa"/>
            </w:tcMar>
            <w:vAlign w:val="center"/>
          </w:tcPr>
          <w:p w14:paraId="4C1E089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373CD184" w14:textId="77777777" w:rsidR="00D045BA" w:rsidRPr="00175D1B" w:rsidRDefault="00D045BA" w:rsidP="00AC6C95">
            <w:pPr>
              <w:spacing w:after="0" w:line="240" w:lineRule="auto"/>
              <w:ind w:left="630"/>
              <w:rPr>
                <w:rFonts w:ascii="Calibri" w:hAnsi="Calibri" w:cs="Calibri"/>
                <w:sz w:val="18"/>
                <w:szCs w:val="32"/>
              </w:rPr>
            </w:pPr>
            <w:hyperlink r:id="rId16">
              <w:r w:rsidRPr="00175D1B">
                <w:rPr>
                  <w:rFonts w:ascii="Calibri" w:hAnsi="Calibri" w:cs="Calibri"/>
                  <w:color w:val="0563C1"/>
                  <w:sz w:val="18"/>
                  <w:szCs w:val="32"/>
                  <w:u w:val="single"/>
                </w:rPr>
                <w:t>Legacy Instagram: @sosuall</w:t>
              </w:r>
            </w:hyperlink>
          </w:p>
        </w:tc>
        <w:tc>
          <w:tcPr>
            <w:tcW w:w="1507" w:type="dxa"/>
            <w:shd w:val="clear" w:color="auto" w:fill="F7F7F7"/>
            <w:tcMar>
              <w:top w:w="35" w:type="dxa"/>
              <w:left w:w="45" w:type="dxa"/>
              <w:bottom w:w="35" w:type="dxa"/>
              <w:right w:w="45" w:type="dxa"/>
            </w:tcMar>
            <w:vAlign w:val="center"/>
          </w:tcPr>
          <w:p w14:paraId="333E7910" w14:textId="77777777" w:rsidR="00D045BA" w:rsidRPr="00175D1B" w:rsidRDefault="00D045B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7EB738EB" w14:textId="77777777" w:rsidR="00D045BA" w:rsidRPr="00175D1B" w:rsidRDefault="00D045B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560F94F8"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2ED2C2D7" w14:textId="77777777" w:rsidR="0001782D" w:rsidRPr="00175D1B" w:rsidRDefault="00000000" w:rsidP="00AC6C95">
            <w:pPr>
              <w:spacing w:after="0" w:line="240" w:lineRule="auto"/>
              <w:ind w:left="630"/>
              <w:rPr>
                <w:rFonts w:ascii="Calibri" w:hAnsi="Calibri" w:cs="Calibri"/>
                <w:sz w:val="18"/>
                <w:szCs w:val="32"/>
              </w:rPr>
            </w:pPr>
            <w:hyperlink r:id="rId17" w:history="1">
              <w:r w:rsidRPr="00175D1B">
                <w:rPr>
                  <w:rFonts w:ascii="Calibri" w:eastAsia="Arial" w:hAnsi="Calibri" w:cs="Calibri"/>
                  <w:color w:val="0563C1"/>
                  <w:sz w:val="18"/>
                  <w:szCs w:val="32"/>
                  <w:u w:val="single"/>
                </w:rPr>
                <w:t>Related University page: Alumni Relations</w:t>
              </w:r>
            </w:hyperlink>
          </w:p>
        </w:tc>
        <w:tc>
          <w:tcPr>
            <w:tcW w:w="2554" w:type="dxa"/>
            <w:shd w:val="clear" w:color="auto" w:fill="F7F7F7"/>
            <w:tcMar>
              <w:top w:w="35" w:type="dxa"/>
              <w:left w:w="45" w:type="dxa"/>
              <w:bottom w:w="35" w:type="dxa"/>
              <w:right w:w="45" w:type="dxa"/>
            </w:tcMar>
            <w:vAlign w:val="center"/>
          </w:tcPr>
          <w:p w14:paraId="6689764A" w14:textId="77777777" w:rsidR="0001782D" w:rsidRPr="00175D1B" w:rsidRDefault="00000000" w:rsidP="00AC6C95">
            <w:pPr>
              <w:spacing w:after="0" w:line="240" w:lineRule="auto"/>
              <w:ind w:left="630"/>
              <w:rPr>
                <w:rFonts w:ascii="Calibri" w:hAnsi="Calibri" w:cs="Calibri"/>
                <w:sz w:val="18"/>
                <w:szCs w:val="32"/>
              </w:rPr>
            </w:pPr>
            <w:hyperlink r:id="rId18" w:history="1">
              <w:r w:rsidRPr="00175D1B">
                <w:rPr>
                  <w:rFonts w:ascii="Calibri" w:eastAsia="Arial" w:hAnsi="Calibri" w:cs="Calibri"/>
                  <w:color w:val="0563C1"/>
                  <w:sz w:val="18"/>
                  <w:szCs w:val="32"/>
                  <w:u w:val="single"/>
                </w:rPr>
                <w:t>https://www.instagram.com/sosuall/</w:t>
              </w:r>
            </w:hyperlink>
          </w:p>
          <w:p w14:paraId="428BD9F6" w14:textId="77777777" w:rsidR="0001782D" w:rsidRPr="00175D1B" w:rsidRDefault="00000000" w:rsidP="00AC6C95">
            <w:pPr>
              <w:spacing w:after="0" w:line="240" w:lineRule="auto"/>
              <w:ind w:left="630"/>
              <w:rPr>
                <w:rFonts w:ascii="Calibri" w:hAnsi="Calibri" w:cs="Calibri"/>
                <w:sz w:val="18"/>
                <w:szCs w:val="32"/>
              </w:rPr>
            </w:pPr>
            <w:hyperlink r:id="rId19" w:history="1">
              <w:r w:rsidRPr="00175D1B">
                <w:rPr>
                  <w:rFonts w:ascii="Calibri" w:eastAsia="Arial" w:hAnsi="Calibri" w:cs="Calibri"/>
                  <w:color w:val="0563C1"/>
                  <w:sz w:val="18"/>
                  <w:szCs w:val="32"/>
                  <w:u w:val="single"/>
                </w:rPr>
                <w:t>https://www.se.edu/alumni/</w:t>
              </w:r>
            </w:hyperlink>
          </w:p>
        </w:tc>
      </w:tr>
      <w:tr w:rsidR="00D045BA" w:rsidRPr="00175D1B" w14:paraId="5225B682" w14:textId="77777777" w:rsidTr="00175D1B">
        <w:trPr>
          <w:cantSplit/>
          <w:jc w:val="center"/>
        </w:trPr>
        <w:tc>
          <w:tcPr>
            <w:tcW w:w="1764" w:type="dxa"/>
            <w:tcMar>
              <w:top w:w="35" w:type="dxa"/>
              <w:left w:w="45" w:type="dxa"/>
              <w:bottom w:w="35" w:type="dxa"/>
              <w:right w:w="45" w:type="dxa"/>
            </w:tcMar>
            <w:vAlign w:val="center"/>
          </w:tcPr>
          <w:p w14:paraId="43817CB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American Chemical Society (ACS)</w:t>
            </w:r>
          </w:p>
        </w:tc>
        <w:tc>
          <w:tcPr>
            <w:tcW w:w="1279" w:type="dxa"/>
            <w:tcMar>
              <w:top w:w="35" w:type="dxa"/>
              <w:left w:w="45" w:type="dxa"/>
              <w:bottom w:w="35" w:type="dxa"/>
              <w:right w:w="45" w:type="dxa"/>
            </w:tcMar>
            <w:vAlign w:val="center"/>
          </w:tcPr>
          <w:p w14:paraId="599ACBA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2282B416" w14:textId="77777777" w:rsidR="00D045BA" w:rsidRPr="00175D1B" w:rsidRDefault="00D045BA" w:rsidP="00AC6C95">
            <w:pPr>
              <w:spacing w:after="0" w:line="240" w:lineRule="auto"/>
              <w:ind w:left="630"/>
              <w:rPr>
                <w:rFonts w:ascii="Calibri" w:hAnsi="Calibri" w:cs="Calibri"/>
                <w:sz w:val="18"/>
                <w:szCs w:val="32"/>
              </w:rPr>
            </w:pPr>
            <w:hyperlink r:id="rId20">
              <w:r w:rsidRPr="00175D1B">
                <w:rPr>
                  <w:rFonts w:ascii="Calibri" w:hAnsi="Calibri" w:cs="Calibri"/>
                  <w:color w:val="0563C1"/>
                  <w:sz w:val="18"/>
                  <w:szCs w:val="32"/>
                  <w:u w:val="single"/>
                </w:rPr>
                <w:t>Instagram: @sosu_acs</w:t>
              </w:r>
            </w:hyperlink>
          </w:p>
        </w:tc>
        <w:tc>
          <w:tcPr>
            <w:tcW w:w="1507" w:type="dxa"/>
            <w:tcMar>
              <w:top w:w="35" w:type="dxa"/>
              <w:left w:w="45" w:type="dxa"/>
              <w:bottom w:w="35" w:type="dxa"/>
              <w:right w:w="45" w:type="dxa"/>
            </w:tcMar>
            <w:vAlign w:val="center"/>
          </w:tcPr>
          <w:p w14:paraId="0B43663E" w14:textId="77777777" w:rsidR="00D045BA" w:rsidRPr="00175D1B" w:rsidRDefault="00D045B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3B61F7B" w14:textId="77777777" w:rsidR="00D045BA" w:rsidRPr="00175D1B" w:rsidRDefault="00D045B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6CE28C0B" w14:textId="77777777" w:rsidR="00D045BA" w:rsidRPr="00175D1B" w:rsidRDefault="00D045B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4A238472" w14:textId="77777777" w:rsidR="00D045BA" w:rsidRPr="00175D1B" w:rsidRDefault="00D045B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4F9CEC65" w14:textId="77777777" w:rsidR="0001782D" w:rsidRPr="00175D1B" w:rsidRDefault="00000000" w:rsidP="00AC6C95">
            <w:pPr>
              <w:spacing w:after="0" w:line="240" w:lineRule="auto"/>
              <w:ind w:left="630"/>
              <w:rPr>
                <w:rFonts w:ascii="Calibri" w:hAnsi="Calibri" w:cs="Calibri"/>
                <w:sz w:val="18"/>
                <w:szCs w:val="32"/>
              </w:rPr>
            </w:pPr>
            <w:hyperlink r:id="rId21" w:history="1">
              <w:r w:rsidRPr="00175D1B">
                <w:rPr>
                  <w:rFonts w:ascii="Calibri" w:eastAsia="Arial" w:hAnsi="Calibri" w:cs="Calibri"/>
                  <w:color w:val="0563C1"/>
                  <w:sz w:val="18"/>
                  <w:szCs w:val="32"/>
                  <w:u w:val="single"/>
                </w:rPr>
                <w:t>https://www.instagram.com/sosu_acs/</w:t>
              </w:r>
            </w:hyperlink>
          </w:p>
        </w:tc>
      </w:tr>
      <w:tr w:rsidR="00EF31EA" w:rsidRPr="00175D1B" w14:paraId="09334FF0" w14:textId="77777777" w:rsidTr="00175D1B">
        <w:trPr>
          <w:cantSplit/>
          <w:jc w:val="center"/>
        </w:trPr>
        <w:tc>
          <w:tcPr>
            <w:tcW w:w="1764" w:type="dxa"/>
            <w:tcMar>
              <w:top w:w="35" w:type="dxa"/>
              <w:left w:w="45" w:type="dxa"/>
              <w:bottom w:w="35" w:type="dxa"/>
              <w:right w:w="45" w:type="dxa"/>
            </w:tcMar>
            <w:vAlign w:val="center"/>
          </w:tcPr>
          <w:p w14:paraId="0BD76E9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American Society of Safety Professionals (ASSP)</w:t>
            </w:r>
          </w:p>
        </w:tc>
        <w:tc>
          <w:tcPr>
            <w:tcW w:w="1279" w:type="dxa"/>
            <w:tcMar>
              <w:top w:w="35" w:type="dxa"/>
              <w:left w:w="45" w:type="dxa"/>
              <w:bottom w:w="35" w:type="dxa"/>
              <w:right w:w="45" w:type="dxa"/>
            </w:tcMar>
            <w:vAlign w:val="center"/>
          </w:tcPr>
          <w:p w14:paraId="62B9AC9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081FA0C9"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4067F6C4" w14:textId="77777777" w:rsidR="00EF31EA" w:rsidRPr="00175D1B" w:rsidRDefault="00EF31EA" w:rsidP="00AC6C95">
            <w:pPr>
              <w:spacing w:after="0" w:line="240" w:lineRule="auto"/>
              <w:ind w:left="630"/>
              <w:rPr>
                <w:rFonts w:ascii="Calibri" w:hAnsi="Calibri" w:cs="Calibri"/>
                <w:sz w:val="18"/>
                <w:szCs w:val="32"/>
              </w:rPr>
            </w:pPr>
            <w:hyperlink r:id="rId22">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6F729C6F"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1AE8495C"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5C530BC9" w14:textId="77777777" w:rsidR="0001782D" w:rsidRPr="00175D1B" w:rsidRDefault="00000000" w:rsidP="00AC6C95">
            <w:pPr>
              <w:spacing w:after="0" w:line="240" w:lineRule="auto"/>
              <w:ind w:left="630"/>
              <w:rPr>
                <w:rFonts w:ascii="Calibri" w:hAnsi="Calibri" w:cs="Calibri"/>
                <w:sz w:val="18"/>
                <w:szCs w:val="32"/>
              </w:rPr>
            </w:pPr>
            <w:hyperlink r:id="rId23" w:history="1">
              <w:r w:rsidRPr="00175D1B">
                <w:rPr>
                  <w:rFonts w:ascii="Calibri" w:eastAsia="Arial" w:hAnsi="Calibri" w:cs="Calibri"/>
                  <w:color w:val="0563C1"/>
                  <w:sz w:val="18"/>
                  <w:szCs w:val="32"/>
                  <w:u w:val="single"/>
                </w:rPr>
                <w:t>Related department page: Occupational Safety and Health</w:t>
              </w:r>
            </w:hyperlink>
          </w:p>
        </w:tc>
        <w:tc>
          <w:tcPr>
            <w:tcW w:w="2554" w:type="dxa"/>
            <w:tcMar>
              <w:top w:w="35" w:type="dxa"/>
              <w:left w:w="45" w:type="dxa"/>
              <w:bottom w:w="35" w:type="dxa"/>
              <w:right w:w="45" w:type="dxa"/>
            </w:tcMar>
            <w:vAlign w:val="center"/>
          </w:tcPr>
          <w:p w14:paraId="78F81527" w14:textId="77777777" w:rsidR="0001782D" w:rsidRPr="00175D1B" w:rsidRDefault="00000000" w:rsidP="00AC6C95">
            <w:pPr>
              <w:spacing w:after="0" w:line="240" w:lineRule="auto"/>
              <w:ind w:left="630"/>
              <w:rPr>
                <w:rFonts w:ascii="Calibri" w:hAnsi="Calibri" w:cs="Calibri"/>
                <w:sz w:val="18"/>
                <w:szCs w:val="32"/>
              </w:rPr>
            </w:pPr>
            <w:hyperlink r:id="rId24" w:history="1">
              <w:r w:rsidRPr="00175D1B">
                <w:rPr>
                  <w:rFonts w:ascii="Calibri" w:eastAsia="Arial" w:hAnsi="Calibri" w:cs="Calibri"/>
                  <w:color w:val="0563C1"/>
                  <w:sz w:val="18"/>
                  <w:szCs w:val="32"/>
                  <w:u w:val="single"/>
                </w:rPr>
                <w:t>https://www.facebook.com/SafetyAtSoutheasternOklahomaStateUniversity/</w:t>
              </w:r>
            </w:hyperlink>
          </w:p>
          <w:p w14:paraId="60507207" w14:textId="77777777" w:rsidR="0001782D" w:rsidRPr="00175D1B" w:rsidRDefault="00000000" w:rsidP="00AC6C95">
            <w:pPr>
              <w:spacing w:after="0" w:line="240" w:lineRule="auto"/>
              <w:ind w:left="630"/>
              <w:rPr>
                <w:rFonts w:ascii="Calibri" w:hAnsi="Calibri" w:cs="Calibri"/>
                <w:sz w:val="18"/>
                <w:szCs w:val="32"/>
              </w:rPr>
            </w:pPr>
            <w:hyperlink r:id="rId25" w:history="1">
              <w:r w:rsidRPr="00175D1B">
                <w:rPr>
                  <w:rFonts w:ascii="Calibri" w:eastAsia="Arial" w:hAnsi="Calibri" w:cs="Calibri"/>
                  <w:color w:val="0563C1"/>
                  <w:sz w:val="18"/>
                  <w:szCs w:val="32"/>
                  <w:u w:val="single"/>
                </w:rPr>
                <w:t>https://www.se.edu/occupational-safety-health/</w:t>
              </w:r>
            </w:hyperlink>
          </w:p>
        </w:tc>
      </w:tr>
      <w:tr w:rsidR="00EF31EA" w:rsidRPr="00175D1B" w14:paraId="30C92F9D" w14:textId="77777777" w:rsidTr="00175D1B">
        <w:trPr>
          <w:cantSplit/>
          <w:jc w:val="center"/>
        </w:trPr>
        <w:tc>
          <w:tcPr>
            <w:tcW w:w="1764" w:type="dxa"/>
            <w:shd w:val="clear" w:color="auto" w:fill="F7F7F7"/>
            <w:tcMar>
              <w:top w:w="35" w:type="dxa"/>
              <w:left w:w="45" w:type="dxa"/>
              <w:bottom w:w="35" w:type="dxa"/>
              <w:right w:w="45" w:type="dxa"/>
            </w:tcMar>
            <w:vAlign w:val="center"/>
          </w:tcPr>
          <w:p w14:paraId="108E520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Art and Music Advisory Board</w:t>
            </w:r>
          </w:p>
        </w:tc>
        <w:tc>
          <w:tcPr>
            <w:tcW w:w="1279" w:type="dxa"/>
            <w:shd w:val="clear" w:color="auto" w:fill="F7F7F7"/>
            <w:tcMar>
              <w:top w:w="35" w:type="dxa"/>
              <w:left w:w="45" w:type="dxa"/>
              <w:bottom w:w="35" w:type="dxa"/>
              <w:right w:w="45" w:type="dxa"/>
            </w:tcMar>
            <w:vAlign w:val="center"/>
          </w:tcPr>
          <w:p w14:paraId="3EEE887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5FF67C4C"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0E0B507F"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631BC64A"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3B9300E4"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1195F5E9" w14:textId="77777777" w:rsidR="0001782D" w:rsidRPr="00175D1B" w:rsidRDefault="00000000" w:rsidP="00AC6C95">
            <w:pPr>
              <w:spacing w:after="0" w:line="240" w:lineRule="auto"/>
              <w:ind w:left="630"/>
              <w:rPr>
                <w:rFonts w:ascii="Calibri" w:hAnsi="Calibri" w:cs="Calibri"/>
                <w:sz w:val="18"/>
                <w:szCs w:val="32"/>
              </w:rPr>
            </w:pPr>
            <w:hyperlink r:id="rId26" w:history="1">
              <w:r w:rsidRPr="00175D1B">
                <w:rPr>
                  <w:rFonts w:ascii="Calibri" w:eastAsia="Arial" w:hAnsi="Calibri" w:cs="Calibri"/>
                  <w:color w:val="0563C1"/>
                  <w:sz w:val="18"/>
                  <w:szCs w:val="32"/>
                  <w:u w:val="single"/>
                </w:rPr>
                <w:t>Related department page: Music Department</w:t>
              </w:r>
            </w:hyperlink>
          </w:p>
          <w:p w14:paraId="41079F45" w14:textId="77777777" w:rsidR="0001782D" w:rsidRPr="00175D1B" w:rsidRDefault="00000000" w:rsidP="00AC6C95">
            <w:pPr>
              <w:spacing w:after="0" w:line="240" w:lineRule="auto"/>
              <w:ind w:left="630"/>
              <w:rPr>
                <w:rFonts w:ascii="Calibri" w:hAnsi="Calibri" w:cs="Calibri"/>
                <w:sz w:val="18"/>
                <w:szCs w:val="32"/>
              </w:rPr>
            </w:pPr>
            <w:hyperlink r:id="rId27" w:history="1">
              <w:r w:rsidRPr="00175D1B">
                <w:rPr>
                  <w:rFonts w:ascii="Calibri" w:eastAsia="Arial" w:hAnsi="Calibri" w:cs="Calibri"/>
                  <w:color w:val="0563C1"/>
                  <w:sz w:val="18"/>
                  <w:szCs w:val="32"/>
                  <w:u w:val="single"/>
                </w:rPr>
                <w:t>Related department page: Art, Communication, Social Sciences, and Native American Leadership</w:t>
              </w:r>
            </w:hyperlink>
          </w:p>
        </w:tc>
        <w:tc>
          <w:tcPr>
            <w:tcW w:w="2554" w:type="dxa"/>
            <w:shd w:val="clear" w:color="auto" w:fill="F7F7F7"/>
            <w:tcMar>
              <w:top w:w="35" w:type="dxa"/>
              <w:left w:w="45" w:type="dxa"/>
              <w:bottom w:w="35" w:type="dxa"/>
              <w:right w:w="45" w:type="dxa"/>
            </w:tcMar>
            <w:vAlign w:val="center"/>
          </w:tcPr>
          <w:p w14:paraId="5C75F9AC" w14:textId="77777777" w:rsidR="0001782D" w:rsidRPr="00175D1B" w:rsidRDefault="00000000" w:rsidP="00AC6C95">
            <w:pPr>
              <w:spacing w:after="0" w:line="240" w:lineRule="auto"/>
              <w:ind w:left="630"/>
              <w:rPr>
                <w:rFonts w:ascii="Calibri" w:hAnsi="Calibri" w:cs="Calibri"/>
                <w:sz w:val="18"/>
                <w:szCs w:val="32"/>
              </w:rPr>
            </w:pPr>
            <w:hyperlink r:id="rId28" w:history="1">
              <w:r w:rsidRPr="00175D1B">
                <w:rPr>
                  <w:rFonts w:ascii="Calibri" w:eastAsia="Arial" w:hAnsi="Calibri" w:cs="Calibri"/>
                  <w:color w:val="0563C1"/>
                  <w:sz w:val="18"/>
                  <w:szCs w:val="32"/>
                  <w:u w:val="single"/>
                </w:rPr>
                <w:t>https://www.se.edu/music/</w:t>
              </w:r>
            </w:hyperlink>
          </w:p>
          <w:p w14:paraId="34F832FF" w14:textId="77777777" w:rsidR="0001782D" w:rsidRPr="00175D1B" w:rsidRDefault="00000000" w:rsidP="00AC6C95">
            <w:pPr>
              <w:spacing w:after="0" w:line="240" w:lineRule="auto"/>
              <w:ind w:left="630"/>
              <w:rPr>
                <w:rFonts w:ascii="Calibri" w:hAnsi="Calibri" w:cs="Calibri"/>
                <w:sz w:val="18"/>
                <w:szCs w:val="32"/>
              </w:rPr>
            </w:pPr>
            <w:hyperlink r:id="rId29" w:history="1">
              <w:r w:rsidRPr="00175D1B">
                <w:rPr>
                  <w:rFonts w:ascii="Calibri" w:eastAsia="Arial" w:hAnsi="Calibri" w:cs="Calibri"/>
                  <w:color w:val="0563C1"/>
                  <w:sz w:val="18"/>
                  <w:szCs w:val="32"/>
                  <w:u w:val="single"/>
                </w:rPr>
                <w:t>https://www.se.edu/act/</w:t>
              </w:r>
            </w:hyperlink>
          </w:p>
        </w:tc>
      </w:tr>
      <w:tr w:rsidR="00EF31EA" w:rsidRPr="00175D1B" w14:paraId="1C08AAFD" w14:textId="77777777" w:rsidTr="00175D1B">
        <w:trPr>
          <w:cantSplit/>
          <w:jc w:val="center"/>
        </w:trPr>
        <w:tc>
          <w:tcPr>
            <w:tcW w:w="1764" w:type="dxa"/>
            <w:tcMar>
              <w:top w:w="35" w:type="dxa"/>
              <w:left w:w="45" w:type="dxa"/>
              <w:bottom w:w="35" w:type="dxa"/>
              <w:right w:w="45" w:type="dxa"/>
            </w:tcMar>
            <w:vAlign w:val="center"/>
          </w:tcPr>
          <w:p w14:paraId="31345EB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Student-Athlete Advisory Committee (SAAC)</w:t>
            </w:r>
          </w:p>
        </w:tc>
        <w:tc>
          <w:tcPr>
            <w:tcW w:w="1279" w:type="dxa"/>
            <w:tcMar>
              <w:top w:w="35" w:type="dxa"/>
              <w:left w:w="45" w:type="dxa"/>
              <w:bottom w:w="35" w:type="dxa"/>
              <w:right w:w="45" w:type="dxa"/>
            </w:tcMar>
            <w:vAlign w:val="center"/>
          </w:tcPr>
          <w:p w14:paraId="41238E84"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0C1F4296" w14:textId="77777777" w:rsidR="00EF31EA" w:rsidRPr="00175D1B" w:rsidRDefault="00EF31EA" w:rsidP="00AC6C95">
            <w:pPr>
              <w:spacing w:after="0" w:line="240" w:lineRule="auto"/>
              <w:ind w:left="630"/>
              <w:rPr>
                <w:rFonts w:ascii="Calibri" w:hAnsi="Calibri" w:cs="Calibri"/>
                <w:sz w:val="18"/>
                <w:szCs w:val="32"/>
              </w:rPr>
            </w:pPr>
            <w:hyperlink r:id="rId30" w:history="1">
              <w:r w:rsidRPr="00175D1B">
                <w:rPr>
                  <w:rStyle w:val="Hyperlink"/>
                  <w:rFonts w:ascii="Calibri" w:hAnsi="Calibri" w:cs="Calibri"/>
                  <w:sz w:val="18"/>
                  <w:szCs w:val="32"/>
                </w:rPr>
                <w:t>Instagram: @savagestormsaac</w:t>
              </w:r>
            </w:hyperlink>
          </w:p>
        </w:tc>
        <w:tc>
          <w:tcPr>
            <w:tcW w:w="1507" w:type="dxa"/>
            <w:tcMar>
              <w:top w:w="35" w:type="dxa"/>
              <w:left w:w="45" w:type="dxa"/>
              <w:bottom w:w="35" w:type="dxa"/>
              <w:right w:w="45" w:type="dxa"/>
            </w:tcMar>
            <w:vAlign w:val="center"/>
          </w:tcPr>
          <w:p w14:paraId="264A25CC"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0598CA85"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519E07C3"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369CAD91" w14:textId="77777777" w:rsidR="0001782D" w:rsidRPr="00175D1B" w:rsidRDefault="00000000" w:rsidP="00AC6C95">
            <w:pPr>
              <w:spacing w:after="0" w:line="240" w:lineRule="auto"/>
              <w:ind w:left="630"/>
              <w:rPr>
                <w:rFonts w:ascii="Calibri" w:hAnsi="Calibri" w:cs="Calibri"/>
                <w:sz w:val="18"/>
                <w:szCs w:val="32"/>
              </w:rPr>
            </w:pPr>
            <w:hyperlink r:id="rId31" w:history="1">
              <w:r w:rsidRPr="00175D1B">
                <w:rPr>
                  <w:rFonts w:ascii="Calibri" w:eastAsia="Arial" w:hAnsi="Calibri" w:cs="Calibri"/>
                  <w:color w:val="0563C1"/>
                  <w:sz w:val="18"/>
                  <w:szCs w:val="32"/>
                  <w:u w:val="single"/>
                </w:rPr>
                <w:t>Related department page: Southeastern Athletics</w:t>
              </w:r>
            </w:hyperlink>
          </w:p>
        </w:tc>
        <w:tc>
          <w:tcPr>
            <w:tcW w:w="2554" w:type="dxa"/>
            <w:tcMar>
              <w:top w:w="35" w:type="dxa"/>
              <w:left w:w="45" w:type="dxa"/>
              <w:bottom w:w="35" w:type="dxa"/>
              <w:right w:w="45" w:type="dxa"/>
            </w:tcMar>
            <w:vAlign w:val="center"/>
          </w:tcPr>
          <w:p w14:paraId="33BB5277" w14:textId="77777777" w:rsidR="0001782D" w:rsidRPr="00175D1B" w:rsidRDefault="00000000" w:rsidP="00AC6C95">
            <w:pPr>
              <w:spacing w:after="0" w:line="240" w:lineRule="auto"/>
              <w:ind w:left="630"/>
              <w:rPr>
                <w:rFonts w:ascii="Calibri" w:hAnsi="Calibri" w:cs="Calibri"/>
                <w:sz w:val="18"/>
                <w:szCs w:val="32"/>
              </w:rPr>
            </w:pPr>
            <w:hyperlink r:id="rId32" w:history="1">
              <w:r w:rsidRPr="00175D1B">
                <w:rPr>
                  <w:rFonts w:ascii="Calibri" w:eastAsia="Arial" w:hAnsi="Calibri" w:cs="Calibri"/>
                  <w:color w:val="0563C1"/>
                  <w:sz w:val="18"/>
                  <w:szCs w:val="32"/>
                  <w:u w:val="single"/>
                </w:rPr>
                <w:t>https://www.instagram.com/savagestormsaac</w:t>
              </w:r>
            </w:hyperlink>
          </w:p>
          <w:p w14:paraId="34578150" w14:textId="77777777" w:rsidR="0001782D" w:rsidRPr="00175D1B" w:rsidRDefault="00000000" w:rsidP="00AC6C95">
            <w:pPr>
              <w:spacing w:after="0" w:line="240" w:lineRule="auto"/>
              <w:ind w:left="630"/>
              <w:rPr>
                <w:rFonts w:ascii="Calibri" w:hAnsi="Calibri" w:cs="Calibri"/>
                <w:sz w:val="18"/>
                <w:szCs w:val="32"/>
              </w:rPr>
            </w:pPr>
            <w:hyperlink r:id="rId33" w:history="1">
              <w:r w:rsidRPr="00175D1B">
                <w:rPr>
                  <w:rFonts w:ascii="Calibri" w:eastAsia="Arial" w:hAnsi="Calibri" w:cs="Calibri"/>
                  <w:color w:val="0563C1"/>
                  <w:sz w:val="18"/>
                  <w:szCs w:val="32"/>
                  <w:u w:val="single"/>
                </w:rPr>
                <w:t>https://gosoutheastern.com/</w:t>
              </w:r>
            </w:hyperlink>
          </w:p>
        </w:tc>
      </w:tr>
      <w:tr w:rsidR="00EF31EA" w:rsidRPr="00175D1B" w14:paraId="51BD1BAD" w14:textId="77777777" w:rsidTr="00175D1B">
        <w:trPr>
          <w:cantSplit/>
          <w:jc w:val="center"/>
        </w:trPr>
        <w:tc>
          <w:tcPr>
            <w:tcW w:w="1764" w:type="dxa"/>
            <w:shd w:val="clear" w:color="auto" w:fill="F7F7F7"/>
            <w:tcMar>
              <w:top w:w="35" w:type="dxa"/>
              <w:left w:w="45" w:type="dxa"/>
              <w:bottom w:w="35" w:type="dxa"/>
              <w:right w:w="45" w:type="dxa"/>
            </w:tcMar>
            <w:vAlign w:val="center"/>
          </w:tcPr>
          <w:p w14:paraId="139465F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Baptist Collegiate Ministry (BCM)</w:t>
            </w:r>
          </w:p>
        </w:tc>
        <w:tc>
          <w:tcPr>
            <w:tcW w:w="1279" w:type="dxa"/>
            <w:shd w:val="clear" w:color="auto" w:fill="F7F7F7"/>
            <w:tcMar>
              <w:top w:w="35" w:type="dxa"/>
              <w:left w:w="45" w:type="dxa"/>
              <w:bottom w:w="35" w:type="dxa"/>
              <w:right w:w="45" w:type="dxa"/>
            </w:tcMar>
            <w:vAlign w:val="center"/>
          </w:tcPr>
          <w:p w14:paraId="3F191F4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41D0EEFC" w14:textId="77777777" w:rsidR="00EF31EA" w:rsidRPr="00175D1B" w:rsidRDefault="00EF31EA" w:rsidP="00AC6C95">
            <w:pPr>
              <w:spacing w:after="0" w:line="240" w:lineRule="auto"/>
              <w:ind w:left="630"/>
              <w:rPr>
                <w:rFonts w:ascii="Calibri" w:hAnsi="Calibri" w:cs="Calibri"/>
                <w:sz w:val="18"/>
                <w:szCs w:val="32"/>
              </w:rPr>
            </w:pPr>
            <w:hyperlink r:id="rId34">
              <w:r w:rsidRPr="00175D1B">
                <w:rPr>
                  <w:rFonts w:ascii="Calibri" w:hAnsi="Calibri" w:cs="Calibri"/>
                  <w:color w:val="0563C1"/>
                  <w:sz w:val="18"/>
                  <w:szCs w:val="32"/>
                  <w:u w:val="single"/>
                </w:rPr>
                <w:t>Instagram: @realsebcm</w:t>
              </w:r>
            </w:hyperlink>
          </w:p>
        </w:tc>
        <w:tc>
          <w:tcPr>
            <w:tcW w:w="1507" w:type="dxa"/>
            <w:shd w:val="clear" w:color="auto" w:fill="F7F7F7"/>
            <w:tcMar>
              <w:top w:w="35" w:type="dxa"/>
              <w:left w:w="45" w:type="dxa"/>
              <w:bottom w:w="35" w:type="dxa"/>
              <w:right w:w="45" w:type="dxa"/>
            </w:tcMar>
            <w:vAlign w:val="center"/>
          </w:tcPr>
          <w:p w14:paraId="076D0262"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7C010BFE"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F35F76C"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6461D6A7"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1874BE81" w14:textId="77777777" w:rsidR="0001782D" w:rsidRPr="00175D1B" w:rsidRDefault="00000000" w:rsidP="00AC6C95">
            <w:pPr>
              <w:spacing w:after="0" w:line="240" w:lineRule="auto"/>
              <w:ind w:left="630"/>
              <w:rPr>
                <w:rFonts w:ascii="Calibri" w:hAnsi="Calibri" w:cs="Calibri"/>
                <w:sz w:val="18"/>
                <w:szCs w:val="32"/>
              </w:rPr>
            </w:pPr>
            <w:hyperlink r:id="rId35" w:history="1">
              <w:r w:rsidRPr="00175D1B">
                <w:rPr>
                  <w:rFonts w:ascii="Calibri" w:eastAsia="Arial" w:hAnsi="Calibri" w:cs="Calibri"/>
                  <w:color w:val="0563C1"/>
                  <w:sz w:val="18"/>
                  <w:szCs w:val="32"/>
                  <w:u w:val="single"/>
                </w:rPr>
                <w:t>https://www.instagram.com/realsebcm/</w:t>
              </w:r>
            </w:hyperlink>
          </w:p>
        </w:tc>
      </w:tr>
      <w:tr w:rsidR="00EF31EA" w:rsidRPr="00175D1B" w14:paraId="04C329C9" w14:textId="77777777" w:rsidTr="00175D1B">
        <w:trPr>
          <w:cantSplit/>
          <w:jc w:val="center"/>
        </w:trPr>
        <w:tc>
          <w:tcPr>
            <w:tcW w:w="1764" w:type="dxa"/>
            <w:tcMar>
              <w:top w:w="35" w:type="dxa"/>
              <w:left w:w="45" w:type="dxa"/>
              <w:bottom w:w="35" w:type="dxa"/>
              <w:right w:w="45" w:type="dxa"/>
            </w:tcMar>
            <w:vAlign w:val="center"/>
          </w:tcPr>
          <w:p w14:paraId="5EDB9A4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Bass Fishing Club</w:t>
            </w:r>
          </w:p>
        </w:tc>
        <w:tc>
          <w:tcPr>
            <w:tcW w:w="1279" w:type="dxa"/>
            <w:tcMar>
              <w:top w:w="35" w:type="dxa"/>
              <w:left w:w="45" w:type="dxa"/>
              <w:bottom w:w="35" w:type="dxa"/>
              <w:right w:w="45" w:type="dxa"/>
            </w:tcMar>
            <w:vAlign w:val="center"/>
          </w:tcPr>
          <w:p w14:paraId="29B9AAB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52D73F64" w14:textId="77777777" w:rsidR="00EF31EA" w:rsidRPr="00175D1B" w:rsidRDefault="00EF31EA" w:rsidP="00AC6C95">
            <w:pPr>
              <w:spacing w:after="0" w:line="240" w:lineRule="auto"/>
              <w:ind w:left="630"/>
              <w:rPr>
                <w:rFonts w:ascii="Calibri" w:hAnsi="Calibri" w:cs="Calibri"/>
                <w:sz w:val="18"/>
                <w:szCs w:val="32"/>
              </w:rPr>
            </w:pPr>
            <w:hyperlink r:id="rId36">
              <w:r w:rsidRPr="00175D1B">
                <w:rPr>
                  <w:rFonts w:ascii="Calibri" w:hAnsi="Calibri" w:cs="Calibri"/>
                  <w:color w:val="0563C1"/>
                  <w:sz w:val="18"/>
                  <w:szCs w:val="32"/>
                  <w:u w:val="single"/>
                </w:rPr>
                <w:t>Instagram: @sosufishing</w:t>
              </w:r>
            </w:hyperlink>
          </w:p>
        </w:tc>
        <w:tc>
          <w:tcPr>
            <w:tcW w:w="1507" w:type="dxa"/>
            <w:tcMar>
              <w:top w:w="35" w:type="dxa"/>
              <w:left w:w="45" w:type="dxa"/>
              <w:bottom w:w="35" w:type="dxa"/>
              <w:right w:w="45" w:type="dxa"/>
            </w:tcMar>
            <w:vAlign w:val="center"/>
          </w:tcPr>
          <w:p w14:paraId="26A7C469"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0D26A4E6"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1E90BA3D"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31456FDB"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4FE0F927" w14:textId="77777777" w:rsidR="0001782D" w:rsidRPr="00175D1B" w:rsidRDefault="00000000" w:rsidP="00AC6C95">
            <w:pPr>
              <w:spacing w:after="0" w:line="240" w:lineRule="auto"/>
              <w:ind w:left="630"/>
              <w:rPr>
                <w:rFonts w:ascii="Calibri" w:hAnsi="Calibri" w:cs="Calibri"/>
                <w:sz w:val="18"/>
                <w:szCs w:val="32"/>
              </w:rPr>
            </w:pPr>
            <w:hyperlink r:id="rId37" w:history="1">
              <w:r w:rsidRPr="00175D1B">
                <w:rPr>
                  <w:rFonts w:ascii="Calibri" w:eastAsia="Arial" w:hAnsi="Calibri" w:cs="Calibri"/>
                  <w:color w:val="0563C1"/>
                  <w:sz w:val="18"/>
                  <w:szCs w:val="32"/>
                  <w:u w:val="single"/>
                </w:rPr>
                <w:t>https://www.instagram.com/sosufishing/</w:t>
              </w:r>
            </w:hyperlink>
          </w:p>
        </w:tc>
      </w:tr>
      <w:tr w:rsidR="00EF31EA" w:rsidRPr="00175D1B" w14:paraId="05728980" w14:textId="77777777" w:rsidTr="00175D1B">
        <w:trPr>
          <w:cantSplit/>
          <w:jc w:val="center"/>
        </w:trPr>
        <w:tc>
          <w:tcPr>
            <w:tcW w:w="1764" w:type="dxa"/>
            <w:shd w:val="clear" w:color="auto" w:fill="F7F7F7"/>
            <w:tcMar>
              <w:top w:w="35" w:type="dxa"/>
              <w:left w:w="45" w:type="dxa"/>
              <w:bottom w:w="35" w:type="dxa"/>
              <w:right w:w="45" w:type="dxa"/>
            </w:tcMar>
            <w:vAlign w:val="center"/>
          </w:tcPr>
          <w:p w14:paraId="4E26A49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Black Student Association</w:t>
            </w:r>
          </w:p>
        </w:tc>
        <w:tc>
          <w:tcPr>
            <w:tcW w:w="1279" w:type="dxa"/>
            <w:shd w:val="clear" w:color="auto" w:fill="F7F7F7"/>
            <w:tcMar>
              <w:top w:w="35" w:type="dxa"/>
              <w:left w:w="45" w:type="dxa"/>
              <w:bottom w:w="35" w:type="dxa"/>
              <w:right w:w="45" w:type="dxa"/>
            </w:tcMar>
            <w:vAlign w:val="center"/>
          </w:tcPr>
          <w:p w14:paraId="3B85F56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1D242625" w14:textId="77777777" w:rsidR="00EF31EA" w:rsidRPr="00175D1B" w:rsidRDefault="00EF31EA" w:rsidP="00AC6C95">
            <w:pPr>
              <w:spacing w:after="0" w:line="240" w:lineRule="auto"/>
              <w:ind w:left="630"/>
              <w:rPr>
                <w:rFonts w:ascii="Calibri" w:hAnsi="Calibri" w:cs="Calibri"/>
                <w:sz w:val="18"/>
                <w:szCs w:val="32"/>
              </w:rPr>
            </w:pPr>
            <w:hyperlink r:id="rId38">
              <w:r w:rsidRPr="00175D1B">
                <w:rPr>
                  <w:rFonts w:ascii="Calibri" w:hAnsi="Calibri" w:cs="Calibri"/>
                  <w:color w:val="0563C1"/>
                  <w:sz w:val="18"/>
                  <w:szCs w:val="32"/>
                  <w:u w:val="single"/>
                </w:rPr>
                <w:t>Instagram: @sosubsa</w:t>
              </w:r>
            </w:hyperlink>
          </w:p>
        </w:tc>
        <w:tc>
          <w:tcPr>
            <w:tcW w:w="1507" w:type="dxa"/>
            <w:shd w:val="clear" w:color="auto" w:fill="F7F7F7"/>
            <w:tcMar>
              <w:top w:w="35" w:type="dxa"/>
              <w:left w:w="45" w:type="dxa"/>
              <w:bottom w:w="35" w:type="dxa"/>
              <w:right w:w="45" w:type="dxa"/>
            </w:tcMar>
            <w:vAlign w:val="center"/>
          </w:tcPr>
          <w:p w14:paraId="0ED815FD"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2D03566"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589D3D28"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233FFCBA" w14:textId="77777777" w:rsidR="0001782D" w:rsidRPr="00175D1B" w:rsidRDefault="00000000" w:rsidP="00AC6C95">
            <w:pPr>
              <w:spacing w:after="0" w:line="240" w:lineRule="auto"/>
              <w:ind w:left="630"/>
              <w:rPr>
                <w:rFonts w:ascii="Calibri" w:hAnsi="Calibri" w:cs="Calibri"/>
                <w:sz w:val="18"/>
                <w:szCs w:val="32"/>
              </w:rPr>
            </w:pPr>
            <w:hyperlink r:id="rId39" w:history="1">
              <w:r w:rsidRPr="00175D1B">
                <w:rPr>
                  <w:rFonts w:ascii="Calibri" w:eastAsia="Arial" w:hAnsi="Calibri" w:cs="Calibri"/>
                  <w:color w:val="0563C1"/>
                  <w:sz w:val="18"/>
                  <w:szCs w:val="32"/>
                  <w:u w:val="single"/>
                </w:rPr>
                <w:t>May contact Student Life</w:t>
              </w:r>
            </w:hyperlink>
          </w:p>
          <w:p w14:paraId="68CF3333" w14:textId="77777777" w:rsidR="0001782D" w:rsidRPr="00175D1B" w:rsidRDefault="00000000" w:rsidP="00AC6C95">
            <w:pPr>
              <w:spacing w:after="0" w:line="240" w:lineRule="auto"/>
              <w:ind w:left="630"/>
              <w:rPr>
                <w:rFonts w:ascii="Calibri" w:hAnsi="Calibri" w:cs="Calibri"/>
                <w:sz w:val="18"/>
                <w:szCs w:val="32"/>
              </w:rPr>
            </w:pPr>
            <w:hyperlink r:id="rId40" w:history="1">
              <w:r w:rsidRPr="00175D1B">
                <w:rPr>
                  <w:rFonts w:ascii="Calibri" w:eastAsia="Arial" w:hAnsi="Calibri" w:cs="Calibri"/>
                  <w:color w:val="0563C1"/>
                  <w:sz w:val="18"/>
                  <w:szCs w:val="32"/>
                  <w:u w:val="single"/>
                </w:rPr>
                <w:t>Student Life landing page</w:t>
              </w:r>
            </w:hyperlink>
          </w:p>
        </w:tc>
        <w:tc>
          <w:tcPr>
            <w:tcW w:w="2554" w:type="dxa"/>
            <w:shd w:val="clear" w:color="auto" w:fill="F7F7F7"/>
            <w:tcMar>
              <w:top w:w="35" w:type="dxa"/>
              <w:left w:w="45" w:type="dxa"/>
              <w:bottom w:w="35" w:type="dxa"/>
              <w:right w:w="45" w:type="dxa"/>
            </w:tcMar>
            <w:vAlign w:val="center"/>
          </w:tcPr>
          <w:p w14:paraId="6FEC1E3D" w14:textId="77777777" w:rsidR="0001782D" w:rsidRPr="00175D1B" w:rsidRDefault="00000000" w:rsidP="00AC6C95">
            <w:pPr>
              <w:spacing w:after="0" w:line="240" w:lineRule="auto"/>
              <w:ind w:left="630"/>
              <w:rPr>
                <w:rFonts w:ascii="Calibri" w:hAnsi="Calibri" w:cs="Calibri"/>
                <w:sz w:val="18"/>
                <w:szCs w:val="32"/>
              </w:rPr>
            </w:pPr>
            <w:hyperlink r:id="rId41" w:history="1">
              <w:r w:rsidRPr="00175D1B">
                <w:rPr>
                  <w:rFonts w:ascii="Calibri" w:eastAsia="Arial" w:hAnsi="Calibri" w:cs="Calibri"/>
                  <w:color w:val="0563C1"/>
                  <w:sz w:val="18"/>
                  <w:szCs w:val="32"/>
                  <w:u w:val="single"/>
                </w:rPr>
                <w:t>https://www.instagram.com/sosubsa/</w:t>
              </w:r>
            </w:hyperlink>
          </w:p>
          <w:p w14:paraId="50510DE2" w14:textId="77777777" w:rsidR="0001782D" w:rsidRPr="00175D1B" w:rsidRDefault="00000000" w:rsidP="00AC6C95">
            <w:pPr>
              <w:spacing w:after="0" w:line="240" w:lineRule="auto"/>
              <w:ind w:left="630"/>
              <w:rPr>
                <w:rFonts w:ascii="Calibri" w:hAnsi="Calibri" w:cs="Calibri"/>
                <w:sz w:val="18"/>
                <w:szCs w:val="32"/>
              </w:rPr>
            </w:pPr>
            <w:hyperlink r:id="rId42" w:history="1">
              <w:r w:rsidRPr="00175D1B">
                <w:rPr>
                  <w:rFonts w:ascii="Calibri" w:eastAsia="Arial" w:hAnsi="Calibri" w:cs="Calibri"/>
                  <w:color w:val="0563C1"/>
                  <w:sz w:val="18"/>
                  <w:szCs w:val="32"/>
                  <w:u w:val="single"/>
                </w:rPr>
                <w:t>mailto:studentlife@se.edu</w:t>
              </w:r>
            </w:hyperlink>
          </w:p>
          <w:p w14:paraId="508E7D87" w14:textId="77777777" w:rsidR="0001782D" w:rsidRPr="00175D1B" w:rsidRDefault="00000000" w:rsidP="00AC6C95">
            <w:pPr>
              <w:spacing w:after="0" w:line="240" w:lineRule="auto"/>
              <w:ind w:left="630"/>
              <w:rPr>
                <w:rFonts w:ascii="Calibri" w:hAnsi="Calibri" w:cs="Calibri"/>
                <w:sz w:val="18"/>
                <w:szCs w:val="32"/>
              </w:rPr>
            </w:pPr>
            <w:hyperlink r:id="rId43" w:history="1">
              <w:r w:rsidRPr="00175D1B">
                <w:rPr>
                  <w:rFonts w:ascii="Calibri" w:eastAsia="Arial" w:hAnsi="Calibri" w:cs="Calibri"/>
                  <w:color w:val="0563C1"/>
                  <w:sz w:val="18"/>
                  <w:szCs w:val="32"/>
                  <w:u w:val="single"/>
                </w:rPr>
                <w:t>https://www.se.edu/student-life/</w:t>
              </w:r>
            </w:hyperlink>
          </w:p>
        </w:tc>
      </w:tr>
      <w:tr w:rsidR="00EF31EA" w:rsidRPr="00175D1B" w14:paraId="2C0EC9B8" w14:textId="77777777" w:rsidTr="00175D1B">
        <w:trPr>
          <w:cantSplit/>
          <w:jc w:val="center"/>
        </w:trPr>
        <w:tc>
          <w:tcPr>
            <w:tcW w:w="1764" w:type="dxa"/>
            <w:tcMar>
              <w:top w:w="35" w:type="dxa"/>
              <w:left w:w="45" w:type="dxa"/>
              <w:bottom w:w="35" w:type="dxa"/>
              <w:right w:w="45" w:type="dxa"/>
            </w:tcMar>
            <w:vAlign w:val="center"/>
          </w:tcPr>
          <w:p w14:paraId="1611A4B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Brass Ensemble</w:t>
            </w:r>
          </w:p>
        </w:tc>
        <w:tc>
          <w:tcPr>
            <w:tcW w:w="1279" w:type="dxa"/>
            <w:tcMar>
              <w:top w:w="35" w:type="dxa"/>
              <w:left w:w="45" w:type="dxa"/>
              <w:bottom w:w="35" w:type="dxa"/>
              <w:right w:w="45" w:type="dxa"/>
            </w:tcMar>
            <w:vAlign w:val="center"/>
          </w:tcPr>
          <w:p w14:paraId="3DE95A5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3C3CD072"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04156867"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4452F9BB"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E434B42" w14:textId="77777777" w:rsidR="0001782D" w:rsidRPr="00175D1B" w:rsidRDefault="00000000" w:rsidP="00AC6C95">
            <w:pPr>
              <w:spacing w:after="0" w:line="240" w:lineRule="auto"/>
              <w:ind w:left="630"/>
              <w:rPr>
                <w:rFonts w:ascii="Calibri" w:hAnsi="Calibri" w:cs="Calibri"/>
                <w:sz w:val="18"/>
                <w:szCs w:val="32"/>
              </w:rPr>
            </w:pPr>
            <w:hyperlink r:id="rId44" w:history="1">
              <w:r w:rsidRPr="00175D1B">
                <w:rPr>
                  <w:rFonts w:ascii="Calibri" w:eastAsia="Arial" w:hAnsi="Calibri" w:cs="Calibri"/>
                  <w:color w:val="0563C1"/>
                  <w:sz w:val="18"/>
                  <w:szCs w:val="32"/>
                  <w:u w:val="single"/>
                </w:rPr>
                <w:t>Performing Ensembles page</w:t>
              </w:r>
            </w:hyperlink>
          </w:p>
        </w:tc>
        <w:tc>
          <w:tcPr>
            <w:tcW w:w="2844" w:type="dxa"/>
            <w:tcMar>
              <w:top w:w="35" w:type="dxa"/>
              <w:left w:w="45" w:type="dxa"/>
              <w:bottom w:w="35" w:type="dxa"/>
              <w:right w:w="45" w:type="dxa"/>
            </w:tcMar>
            <w:vAlign w:val="center"/>
          </w:tcPr>
          <w:p w14:paraId="36AAF207"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5713C238" w14:textId="77777777" w:rsidR="0001782D" w:rsidRPr="00175D1B" w:rsidRDefault="00000000" w:rsidP="00AC6C95">
            <w:pPr>
              <w:spacing w:after="0" w:line="240" w:lineRule="auto"/>
              <w:ind w:left="630"/>
              <w:rPr>
                <w:rFonts w:ascii="Calibri" w:hAnsi="Calibri" w:cs="Calibri"/>
                <w:sz w:val="18"/>
                <w:szCs w:val="32"/>
              </w:rPr>
            </w:pPr>
            <w:hyperlink r:id="rId45" w:history="1">
              <w:r w:rsidRPr="00175D1B">
                <w:rPr>
                  <w:rFonts w:ascii="Calibri" w:eastAsia="Arial" w:hAnsi="Calibri" w:cs="Calibri"/>
                  <w:color w:val="0563C1"/>
                  <w:sz w:val="18"/>
                  <w:szCs w:val="32"/>
                  <w:u w:val="single"/>
                </w:rPr>
                <w:t>https://www.se.edu/music/performing-ensembles/</w:t>
              </w:r>
            </w:hyperlink>
          </w:p>
        </w:tc>
      </w:tr>
      <w:tr w:rsidR="00EF31EA" w:rsidRPr="00175D1B" w14:paraId="4AA498AF" w14:textId="77777777" w:rsidTr="00175D1B">
        <w:trPr>
          <w:cantSplit/>
          <w:jc w:val="center"/>
        </w:trPr>
        <w:tc>
          <w:tcPr>
            <w:tcW w:w="1764" w:type="dxa"/>
            <w:shd w:val="clear" w:color="auto" w:fill="F7F7F7"/>
            <w:tcMar>
              <w:top w:w="35" w:type="dxa"/>
              <w:left w:w="45" w:type="dxa"/>
              <w:bottom w:w="35" w:type="dxa"/>
              <w:right w:w="45" w:type="dxa"/>
            </w:tcMar>
            <w:vAlign w:val="center"/>
          </w:tcPr>
          <w:p w14:paraId="4E5D567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Cardinal Key</w:t>
            </w:r>
          </w:p>
        </w:tc>
        <w:tc>
          <w:tcPr>
            <w:tcW w:w="1279" w:type="dxa"/>
            <w:shd w:val="clear" w:color="auto" w:fill="F7F7F7"/>
            <w:tcMar>
              <w:top w:w="35" w:type="dxa"/>
              <w:left w:w="45" w:type="dxa"/>
              <w:bottom w:w="35" w:type="dxa"/>
              <w:right w:w="45" w:type="dxa"/>
            </w:tcMar>
            <w:vAlign w:val="center"/>
          </w:tcPr>
          <w:p w14:paraId="6DCBA73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38D9DBF7" w14:textId="77777777" w:rsidR="00EF31EA" w:rsidRPr="00175D1B" w:rsidRDefault="00EF31EA" w:rsidP="00AC6C95">
            <w:pPr>
              <w:spacing w:after="0" w:line="240" w:lineRule="auto"/>
              <w:ind w:left="630"/>
              <w:rPr>
                <w:rFonts w:ascii="Calibri" w:hAnsi="Calibri" w:cs="Calibri"/>
                <w:sz w:val="18"/>
                <w:szCs w:val="32"/>
              </w:rPr>
            </w:pPr>
            <w:hyperlink r:id="rId46">
              <w:r w:rsidRPr="00175D1B">
                <w:rPr>
                  <w:rFonts w:ascii="Calibri" w:hAnsi="Calibri" w:cs="Calibri"/>
                  <w:color w:val="0563C1"/>
                  <w:sz w:val="18"/>
                  <w:szCs w:val="32"/>
                  <w:u w:val="single"/>
                </w:rPr>
                <w:t>Instagram: @se_cardinalkey</w:t>
              </w:r>
            </w:hyperlink>
          </w:p>
        </w:tc>
        <w:tc>
          <w:tcPr>
            <w:tcW w:w="1507" w:type="dxa"/>
            <w:shd w:val="clear" w:color="auto" w:fill="F7F7F7"/>
            <w:tcMar>
              <w:top w:w="35" w:type="dxa"/>
              <w:left w:w="45" w:type="dxa"/>
              <w:bottom w:w="35" w:type="dxa"/>
              <w:right w:w="45" w:type="dxa"/>
            </w:tcMar>
            <w:vAlign w:val="center"/>
          </w:tcPr>
          <w:p w14:paraId="18D87291"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42AFE45D"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70D8ACC2"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43687AAC"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1A36FD6A" w14:textId="77777777" w:rsidR="0001782D" w:rsidRPr="00175D1B" w:rsidRDefault="00000000" w:rsidP="00AC6C95">
            <w:pPr>
              <w:spacing w:after="0" w:line="240" w:lineRule="auto"/>
              <w:ind w:left="630"/>
              <w:rPr>
                <w:rFonts w:ascii="Calibri" w:hAnsi="Calibri" w:cs="Calibri"/>
                <w:sz w:val="18"/>
                <w:szCs w:val="32"/>
              </w:rPr>
            </w:pPr>
            <w:hyperlink r:id="rId47" w:history="1">
              <w:r w:rsidRPr="00175D1B">
                <w:rPr>
                  <w:rFonts w:ascii="Calibri" w:eastAsia="Arial" w:hAnsi="Calibri" w:cs="Calibri"/>
                  <w:color w:val="0563C1"/>
                  <w:sz w:val="18"/>
                  <w:szCs w:val="32"/>
                  <w:u w:val="single"/>
                </w:rPr>
                <w:t>https://www.instagram.com/se_cardinalkey/</w:t>
              </w:r>
            </w:hyperlink>
          </w:p>
        </w:tc>
      </w:tr>
      <w:tr w:rsidR="00EF31EA" w:rsidRPr="00175D1B" w14:paraId="2528ECCA" w14:textId="77777777" w:rsidTr="00175D1B">
        <w:trPr>
          <w:cantSplit/>
          <w:jc w:val="center"/>
        </w:trPr>
        <w:tc>
          <w:tcPr>
            <w:tcW w:w="1764" w:type="dxa"/>
            <w:tcMar>
              <w:top w:w="35" w:type="dxa"/>
              <w:left w:w="45" w:type="dxa"/>
              <w:bottom w:w="35" w:type="dxa"/>
              <w:right w:w="45" w:type="dxa"/>
            </w:tcMar>
            <w:vAlign w:val="center"/>
          </w:tcPr>
          <w:p w14:paraId="27824ED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Catholic Student Association</w:t>
            </w:r>
          </w:p>
        </w:tc>
        <w:tc>
          <w:tcPr>
            <w:tcW w:w="1279" w:type="dxa"/>
            <w:tcMar>
              <w:top w:w="35" w:type="dxa"/>
              <w:left w:w="45" w:type="dxa"/>
              <w:bottom w:w="35" w:type="dxa"/>
              <w:right w:w="45" w:type="dxa"/>
            </w:tcMar>
            <w:vAlign w:val="center"/>
          </w:tcPr>
          <w:p w14:paraId="4D182D3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338C0C12" w14:textId="77777777" w:rsidR="00EF31EA" w:rsidRPr="00175D1B" w:rsidRDefault="00EF31EA" w:rsidP="00AC6C95">
            <w:pPr>
              <w:spacing w:after="0" w:line="240" w:lineRule="auto"/>
              <w:ind w:left="630"/>
              <w:rPr>
                <w:rFonts w:ascii="Calibri" w:hAnsi="Calibri" w:cs="Calibri"/>
                <w:sz w:val="18"/>
                <w:szCs w:val="32"/>
              </w:rPr>
            </w:pPr>
            <w:hyperlink r:id="rId48">
              <w:r w:rsidRPr="00175D1B">
                <w:rPr>
                  <w:rFonts w:ascii="Calibri" w:hAnsi="Calibri" w:cs="Calibri"/>
                  <w:color w:val="0563C1"/>
                  <w:sz w:val="18"/>
                  <w:szCs w:val="32"/>
                  <w:u w:val="single"/>
                </w:rPr>
                <w:t>Instagram: @southeastern.CSA</w:t>
              </w:r>
            </w:hyperlink>
          </w:p>
        </w:tc>
        <w:tc>
          <w:tcPr>
            <w:tcW w:w="1507" w:type="dxa"/>
            <w:tcMar>
              <w:top w:w="35" w:type="dxa"/>
              <w:left w:w="45" w:type="dxa"/>
              <w:bottom w:w="35" w:type="dxa"/>
              <w:right w:w="45" w:type="dxa"/>
            </w:tcMar>
            <w:vAlign w:val="center"/>
          </w:tcPr>
          <w:p w14:paraId="1EB7EE00"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11323937"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EC9A3D5"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289F0CB4"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78B72590" w14:textId="77777777" w:rsidR="0001782D" w:rsidRPr="00175D1B" w:rsidRDefault="00000000" w:rsidP="00AC6C95">
            <w:pPr>
              <w:spacing w:after="0" w:line="240" w:lineRule="auto"/>
              <w:ind w:left="630"/>
              <w:rPr>
                <w:rFonts w:ascii="Calibri" w:hAnsi="Calibri" w:cs="Calibri"/>
                <w:sz w:val="18"/>
                <w:szCs w:val="32"/>
              </w:rPr>
            </w:pPr>
            <w:hyperlink r:id="rId49" w:history="1">
              <w:r w:rsidRPr="00175D1B">
                <w:rPr>
                  <w:rFonts w:ascii="Calibri" w:eastAsia="Arial" w:hAnsi="Calibri" w:cs="Calibri"/>
                  <w:color w:val="0563C1"/>
                  <w:sz w:val="18"/>
                  <w:szCs w:val="32"/>
                  <w:u w:val="single"/>
                </w:rPr>
                <w:t>https://www.instagram.com/southeastern.CSA/</w:t>
              </w:r>
            </w:hyperlink>
          </w:p>
        </w:tc>
      </w:tr>
      <w:tr w:rsidR="00EF31EA" w:rsidRPr="00175D1B" w14:paraId="329BE6D8" w14:textId="77777777" w:rsidTr="00175D1B">
        <w:trPr>
          <w:cantSplit/>
          <w:jc w:val="center"/>
        </w:trPr>
        <w:tc>
          <w:tcPr>
            <w:tcW w:w="1764" w:type="dxa"/>
            <w:shd w:val="clear" w:color="auto" w:fill="F7F7F7"/>
            <w:tcMar>
              <w:top w:w="35" w:type="dxa"/>
              <w:left w:w="45" w:type="dxa"/>
              <w:bottom w:w="35" w:type="dxa"/>
              <w:right w:w="45" w:type="dxa"/>
            </w:tcMar>
            <w:vAlign w:val="center"/>
          </w:tcPr>
          <w:p w14:paraId="2E10D56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Chess Club</w:t>
            </w:r>
          </w:p>
        </w:tc>
        <w:tc>
          <w:tcPr>
            <w:tcW w:w="1279" w:type="dxa"/>
            <w:shd w:val="clear" w:color="auto" w:fill="F7F7F7"/>
            <w:tcMar>
              <w:top w:w="35" w:type="dxa"/>
              <w:left w:w="45" w:type="dxa"/>
              <w:bottom w:w="35" w:type="dxa"/>
              <w:right w:w="45" w:type="dxa"/>
            </w:tcMar>
            <w:vAlign w:val="center"/>
          </w:tcPr>
          <w:p w14:paraId="56D6B577"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Reforming</w:t>
            </w:r>
          </w:p>
        </w:tc>
        <w:tc>
          <w:tcPr>
            <w:tcW w:w="1570" w:type="dxa"/>
            <w:shd w:val="clear" w:color="auto" w:fill="F7F7F7"/>
            <w:tcMar>
              <w:top w:w="35" w:type="dxa"/>
              <w:left w:w="45" w:type="dxa"/>
              <w:bottom w:w="35" w:type="dxa"/>
              <w:right w:w="45" w:type="dxa"/>
            </w:tcMar>
            <w:vAlign w:val="center"/>
          </w:tcPr>
          <w:p w14:paraId="05FC7E29" w14:textId="77777777" w:rsidR="00EF31EA" w:rsidRPr="00175D1B" w:rsidRDefault="00EF31EA" w:rsidP="00AC6C95">
            <w:pPr>
              <w:spacing w:after="0" w:line="240" w:lineRule="auto"/>
              <w:ind w:left="630"/>
              <w:rPr>
                <w:rFonts w:ascii="Calibri" w:hAnsi="Calibri" w:cs="Calibri"/>
                <w:sz w:val="18"/>
                <w:szCs w:val="32"/>
              </w:rPr>
            </w:pPr>
            <w:hyperlink r:id="rId50">
              <w:r w:rsidRPr="00175D1B">
                <w:rPr>
                  <w:rFonts w:ascii="Calibri" w:hAnsi="Calibri" w:cs="Calibri"/>
                  <w:color w:val="0563C1"/>
                  <w:sz w:val="18"/>
                  <w:szCs w:val="32"/>
                  <w:u w:val="single"/>
                </w:rPr>
                <w:t>Instagram: @sechessclub</w:t>
              </w:r>
            </w:hyperlink>
          </w:p>
        </w:tc>
        <w:tc>
          <w:tcPr>
            <w:tcW w:w="1507" w:type="dxa"/>
            <w:shd w:val="clear" w:color="auto" w:fill="F7F7F7"/>
            <w:tcMar>
              <w:top w:w="35" w:type="dxa"/>
              <w:left w:w="45" w:type="dxa"/>
              <w:bottom w:w="35" w:type="dxa"/>
              <w:right w:w="45" w:type="dxa"/>
            </w:tcMar>
            <w:vAlign w:val="center"/>
          </w:tcPr>
          <w:p w14:paraId="42809BE6"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5AE99873"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E8A6212"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2DE134C4" w14:textId="77777777" w:rsidR="0001782D" w:rsidRPr="00175D1B" w:rsidRDefault="00000000" w:rsidP="00AC6C95">
            <w:pPr>
              <w:spacing w:after="0" w:line="240" w:lineRule="auto"/>
              <w:ind w:left="630"/>
              <w:rPr>
                <w:rFonts w:ascii="Calibri" w:hAnsi="Calibri" w:cs="Calibri"/>
                <w:sz w:val="18"/>
                <w:szCs w:val="32"/>
              </w:rPr>
            </w:pPr>
            <w:hyperlink r:id="rId51" w:history="1">
              <w:r w:rsidRPr="00175D1B">
                <w:rPr>
                  <w:rFonts w:ascii="Calibri" w:eastAsia="Arial" w:hAnsi="Calibri" w:cs="Calibri"/>
                  <w:color w:val="0563C1"/>
                  <w:sz w:val="18"/>
                  <w:szCs w:val="32"/>
                  <w:u w:val="single"/>
                </w:rPr>
                <w:t>May contact Student Life</w:t>
              </w:r>
            </w:hyperlink>
          </w:p>
          <w:p w14:paraId="33B21015" w14:textId="77777777" w:rsidR="0001782D" w:rsidRPr="00175D1B" w:rsidRDefault="00000000" w:rsidP="00AC6C95">
            <w:pPr>
              <w:spacing w:after="0" w:line="240" w:lineRule="auto"/>
              <w:ind w:left="630"/>
              <w:rPr>
                <w:rFonts w:ascii="Calibri" w:hAnsi="Calibri" w:cs="Calibri"/>
                <w:sz w:val="18"/>
                <w:szCs w:val="32"/>
              </w:rPr>
            </w:pPr>
            <w:hyperlink r:id="rId52" w:history="1">
              <w:r w:rsidRPr="00175D1B">
                <w:rPr>
                  <w:rFonts w:ascii="Calibri" w:eastAsia="Arial" w:hAnsi="Calibri" w:cs="Calibri"/>
                  <w:color w:val="0563C1"/>
                  <w:sz w:val="18"/>
                  <w:szCs w:val="32"/>
                  <w:u w:val="single"/>
                </w:rPr>
                <w:t>Student Life landing page</w:t>
              </w:r>
            </w:hyperlink>
          </w:p>
        </w:tc>
        <w:tc>
          <w:tcPr>
            <w:tcW w:w="2554" w:type="dxa"/>
            <w:shd w:val="clear" w:color="auto" w:fill="F7F7F7"/>
            <w:tcMar>
              <w:top w:w="35" w:type="dxa"/>
              <w:left w:w="45" w:type="dxa"/>
              <w:bottom w:w="35" w:type="dxa"/>
              <w:right w:w="45" w:type="dxa"/>
            </w:tcMar>
            <w:vAlign w:val="center"/>
          </w:tcPr>
          <w:p w14:paraId="511FB70A" w14:textId="77777777" w:rsidR="0001782D" w:rsidRPr="00175D1B" w:rsidRDefault="00000000" w:rsidP="00AC6C95">
            <w:pPr>
              <w:spacing w:after="0" w:line="240" w:lineRule="auto"/>
              <w:ind w:left="630"/>
              <w:rPr>
                <w:rFonts w:ascii="Calibri" w:hAnsi="Calibri" w:cs="Calibri"/>
                <w:sz w:val="18"/>
                <w:szCs w:val="32"/>
              </w:rPr>
            </w:pPr>
            <w:hyperlink r:id="rId53" w:history="1">
              <w:r w:rsidRPr="00175D1B">
                <w:rPr>
                  <w:rFonts w:ascii="Calibri" w:eastAsia="Arial" w:hAnsi="Calibri" w:cs="Calibri"/>
                  <w:color w:val="0563C1"/>
                  <w:sz w:val="18"/>
                  <w:szCs w:val="32"/>
                  <w:u w:val="single"/>
                </w:rPr>
                <w:t>https://www.instagram.com/sechessclub/</w:t>
              </w:r>
            </w:hyperlink>
          </w:p>
          <w:p w14:paraId="48BDEA6D" w14:textId="77777777" w:rsidR="0001782D" w:rsidRPr="00175D1B" w:rsidRDefault="00000000" w:rsidP="00AC6C95">
            <w:pPr>
              <w:spacing w:after="0" w:line="240" w:lineRule="auto"/>
              <w:ind w:left="630"/>
              <w:rPr>
                <w:rFonts w:ascii="Calibri" w:hAnsi="Calibri" w:cs="Calibri"/>
                <w:sz w:val="18"/>
                <w:szCs w:val="32"/>
              </w:rPr>
            </w:pPr>
            <w:hyperlink r:id="rId54" w:history="1">
              <w:r w:rsidRPr="00175D1B">
                <w:rPr>
                  <w:rFonts w:ascii="Calibri" w:eastAsia="Arial" w:hAnsi="Calibri" w:cs="Calibri"/>
                  <w:color w:val="0563C1"/>
                  <w:sz w:val="18"/>
                  <w:szCs w:val="32"/>
                  <w:u w:val="single"/>
                </w:rPr>
                <w:t>mailto:studentlife@se.edu</w:t>
              </w:r>
            </w:hyperlink>
          </w:p>
          <w:p w14:paraId="38D731BD" w14:textId="77777777" w:rsidR="0001782D" w:rsidRPr="00175D1B" w:rsidRDefault="00000000" w:rsidP="00AC6C95">
            <w:pPr>
              <w:spacing w:after="0" w:line="240" w:lineRule="auto"/>
              <w:ind w:left="630"/>
              <w:rPr>
                <w:rFonts w:ascii="Calibri" w:hAnsi="Calibri" w:cs="Calibri"/>
                <w:sz w:val="18"/>
                <w:szCs w:val="32"/>
              </w:rPr>
            </w:pPr>
            <w:hyperlink r:id="rId55" w:history="1">
              <w:r w:rsidRPr="00175D1B">
                <w:rPr>
                  <w:rFonts w:ascii="Calibri" w:eastAsia="Arial" w:hAnsi="Calibri" w:cs="Calibri"/>
                  <w:color w:val="0563C1"/>
                  <w:sz w:val="18"/>
                  <w:szCs w:val="32"/>
                  <w:u w:val="single"/>
                </w:rPr>
                <w:t>https://www.se.edu/student-life/</w:t>
              </w:r>
            </w:hyperlink>
          </w:p>
        </w:tc>
      </w:tr>
      <w:tr w:rsidR="00EF31EA" w:rsidRPr="00175D1B" w14:paraId="782145CC" w14:textId="77777777" w:rsidTr="00175D1B">
        <w:trPr>
          <w:cantSplit/>
          <w:jc w:val="center"/>
        </w:trPr>
        <w:tc>
          <w:tcPr>
            <w:tcW w:w="1764" w:type="dxa"/>
            <w:tcMar>
              <w:top w:w="35" w:type="dxa"/>
              <w:left w:w="45" w:type="dxa"/>
              <w:bottom w:w="35" w:type="dxa"/>
              <w:right w:w="45" w:type="dxa"/>
            </w:tcMar>
            <w:vAlign w:val="center"/>
          </w:tcPr>
          <w:p w14:paraId="21F3B56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Chickasaw Hall Council</w:t>
            </w:r>
          </w:p>
        </w:tc>
        <w:tc>
          <w:tcPr>
            <w:tcW w:w="1279" w:type="dxa"/>
            <w:tcMar>
              <w:top w:w="35" w:type="dxa"/>
              <w:left w:w="45" w:type="dxa"/>
              <w:bottom w:w="35" w:type="dxa"/>
              <w:right w:w="45" w:type="dxa"/>
            </w:tcMar>
            <w:vAlign w:val="center"/>
          </w:tcPr>
          <w:p w14:paraId="1D81F39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tcMar>
              <w:top w:w="35" w:type="dxa"/>
              <w:left w:w="45" w:type="dxa"/>
              <w:bottom w:w="35" w:type="dxa"/>
              <w:right w:w="45" w:type="dxa"/>
            </w:tcMar>
            <w:vAlign w:val="center"/>
          </w:tcPr>
          <w:p w14:paraId="1D6B189D"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309C0552"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6C84DCCC"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0177F49"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607AF30D" w14:textId="77777777" w:rsidR="0001782D" w:rsidRPr="00175D1B" w:rsidRDefault="00000000" w:rsidP="00AC6C95">
            <w:pPr>
              <w:spacing w:after="0" w:line="240" w:lineRule="auto"/>
              <w:ind w:left="630"/>
              <w:rPr>
                <w:rFonts w:ascii="Calibri" w:hAnsi="Calibri" w:cs="Calibri"/>
                <w:sz w:val="18"/>
                <w:szCs w:val="32"/>
              </w:rPr>
            </w:pPr>
            <w:hyperlink r:id="rId56" w:history="1">
              <w:r w:rsidRPr="00175D1B">
                <w:rPr>
                  <w:rFonts w:ascii="Calibri" w:eastAsia="Arial" w:hAnsi="Calibri" w:cs="Calibri"/>
                  <w:color w:val="0563C1"/>
                  <w:sz w:val="18"/>
                  <w:szCs w:val="32"/>
                  <w:u w:val="single"/>
                </w:rPr>
                <w:t>Related department page: Housing and Residence Life</w:t>
              </w:r>
            </w:hyperlink>
          </w:p>
        </w:tc>
        <w:tc>
          <w:tcPr>
            <w:tcW w:w="2554" w:type="dxa"/>
            <w:tcMar>
              <w:top w:w="35" w:type="dxa"/>
              <w:left w:w="45" w:type="dxa"/>
              <w:bottom w:w="35" w:type="dxa"/>
              <w:right w:w="45" w:type="dxa"/>
            </w:tcMar>
            <w:vAlign w:val="center"/>
          </w:tcPr>
          <w:p w14:paraId="67CB2A43" w14:textId="77777777" w:rsidR="0001782D" w:rsidRPr="00175D1B" w:rsidRDefault="00000000" w:rsidP="00AC6C95">
            <w:pPr>
              <w:spacing w:after="0" w:line="240" w:lineRule="auto"/>
              <w:ind w:left="630"/>
              <w:rPr>
                <w:rFonts w:ascii="Calibri" w:hAnsi="Calibri" w:cs="Calibri"/>
                <w:sz w:val="18"/>
                <w:szCs w:val="32"/>
              </w:rPr>
            </w:pPr>
            <w:hyperlink r:id="rId57" w:history="1">
              <w:r w:rsidRPr="00175D1B">
                <w:rPr>
                  <w:rFonts w:ascii="Calibri" w:eastAsia="Arial" w:hAnsi="Calibri" w:cs="Calibri"/>
                  <w:color w:val="0563C1"/>
                  <w:sz w:val="18"/>
                  <w:szCs w:val="32"/>
                  <w:u w:val="single"/>
                </w:rPr>
                <w:t>https://www.se.edu/hrl/</w:t>
              </w:r>
            </w:hyperlink>
          </w:p>
        </w:tc>
      </w:tr>
      <w:tr w:rsidR="00EF31EA" w:rsidRPr="00175D1B" w14:paraId="25C659C3" w14:textId="77777777" w:rsidTr="00175D1B">
        <w:trPr>
          <w:cantSplit/>
          <w:jc w:val="center"/>
        </w:trPr>
        <w:tc>
          <w:tcPr>
            <w:tcW w:w="1764" w:type="dxa"/>
            <w:shd w:val="clear" w:color="auto" w:fill="F7F7F7"/>
            <w:tcMar>
              <w:top w:w="35" w:type="dxa"/>
              <w:left w:w="45" w:type="dxa"/>
              <w:bottom w:w="35" w:type="dxa"/>
              <w:right w:w="45" w:type="dxa"/>
            </w:tcMar>
            <w:vAlign w:val="center"/>
          </w:tcPr>
          <w:p w14:paraId="2F7F8DC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Choctaw Hall Council</w:t>
            </w:r>
          </w:p>
        </w:tc>
        <w:tc>
          <w:tcPr>
            <w:tcW w:w="1279" w:type="dxa"/>
            <w:shd w:val="clear" w:color="auto" w:fill="F7F7F7"/>
            <w:tcMar>
              <w:top w:w="35" w:type="dxa"/>
              <w:left w:w="45" w:type="dxa"/>
              <w:bottom w:w="35" w:type="dxa"/>
              <w:right w:w="45" w:type="dxa"/>
            </w:tcMar>
            <w:vAlign w:val="center"/>
          </w:tcPr>
          <w:p w14:paraId="4B700AD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245D2011"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23A401F9"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65EC601B"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382FE3EB"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20478EBB" w14:textId="77777777" w:rsidR="0001782D" w:rsidRPr="00175D1B" w:rsidRDefault="00000000" w:rsidP="00AC6C95">
            <w:pPr>
              <w:spacing w:after="0" w:line="240" w:lineRule="auto"/>
              <w:ind w:left="630"/>
              <w:rPr>
                <w:rFonts w:ascii="Calibri" w:hAnsi="Calibri" w:cs="Calibri"/>
                <w:sz w:val="18"/>
                <w:szCs w:val="32"/>
              </w:rPr>
            </w:pPr>
            <w:hyperlink r:id="rId58" w:history="1">
              <w:r w:rsidRPr="00175D1B">
                <w:rPr>
                  <w:rFonts w:ascii="Calibri" w:eastAsia="Arial" w:hAnsi="Calibri" w:cs="Calibri"/>
                  <w:color w:val="0563C1"/>
                  <w:sz w:val="18"/>
                  <w:szCs w:val="32"/>
                  <w:u w:val="single"/>
                </w:rPr>
                <w:t>Related department page: Housing and Residence Life</w:t>
              </w:r>
            </w:hyperlink>
          </w:p>
        </w:tc>
        <w:tc>
          <w:tcPr>
            <w:tcW w:w="2554" w:type="dxa"/>
            <w:shd w:val="clear" w:color="auto" w:fill="F7F7F7"/>
            <w:tcMar>
              <w:top w:w="35" w:type="dxa"/>
              <w:left w:w="45" w:type="dxa"/>
              <w:bottom w:w="35" w:type="dxa"/>
              <w:right w:w="45" w:type="dxa"/>
            </w:tcMar>
            <w:vAlign w:val="center"/>
          </w:tcPr>
          <w:p w14:paraId="743B6609" w14:textId="77777777" w:rsidR="0001782D" w:rsidRPr="00175D1B" w:rsidRDefault="00000000" w:rsidP="00AC6C95">
            <w:pPr>
              <w:spacing w:after="0" w:line="240" w:lineRule="auto"/>
              <w:ind w:left="630"/>
              <w:rPr>
                <w:rFonts w:ascii="Calibri" w:hAnsi="Calibri" w:cs="Calibri"/>
                <w:sz w:val="18"/>
                <w:szCs w:val="32"/>
              </w:rPr>
            </w:pPr>
            <w:hyperlink r:id="rId59" w:history="1">
              <w:r w:rsidRPr="00175D1B">
                <w:rPr>
                  <w:rFonts w:ascii="Calibri" w:eastAsia="Arial" w:hAnsi="Calibri" w:cs="Calibri"/>
                  <w:color w:val="0563C1"/>
                  <w:sz w:val="18"/>
                  <w:szCs w:val="32"/>
                  <w:u w:val="single"/>
                </w:rPr>
                <w:t>https://www.se.edu/hrl/</w:t>
              </w:r>
            </w:hyperlink>
          </w:p>
        </w:tc>
      </w:tr>
      <w:tr w:rsidR="00EF31EA" w:rsidRPr="00175D1B" w14:paraId="494287C2" w14:textId="77777777" w:rsidTr="00175D1B">
        <w:trPr>
          <w:cantSplit/>
          <w:jc w:val="center"/>
        </w:trPr>
        <w:tc>
          <w:tcPr>
            <w:tcW w:w="1764" w:type="dxa"/>
            <w:tcMar>
              <w:top w:w="35" w:type="dxa"/>
              <w:left w:w="45" w:type="dxa"/>
              <w:bottom w:w="35" w:type="dxa"/>
              <w:right w:w="45" w:type="dxa"/>
            </w:tcMar>
            <w:vAlign w:val="center"/>
          </w:tcPr>
          <w:p w14:paraId="456E564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Choral Groups</w:t>
            </w:r>
          </w:p>
        </w:tc>
        <w:tc>
          <w:tcPr>
            <w:tcW w:w="1279" w:type="dxa"/>
            <w:tcMar>
              <w:top w:w="35" w:type="dxa"/>
              <w:left w:w="45" w:type="dxa"/>
              <w:bottom w:w="35" w:type="dxa"/>
              <w:right w:w="45" w:type="dxa"/>
            </w:tcMar>
            <w:vAlign w:val="center"/>
          </w:tcPr>
          <w:p w14:paraId="34F16DE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2D1173DC"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119682F6"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562AC825"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24D16CC" w14:textId="77777777" w:rsidR="0001782D" w:rsidRPr="00175D1B" w:rsidRDefault="00000000" w:rsidP="00AC6C95">
            <w:pPr>
              <w:spacing w:after="0" w:line="240" w:lineRule="auto"/>
              <w:ind w:left="630"/>
              <w:rPr>
                <w:rFonts w:ascii="Calibri" w:hAnsi="Calibri" w:cs="Calibri"/>
                <w:sz w:val="18"/>
                <w:szCs w:val="32"/>
              </w:rPr>
            </w:pPr>
            <w:hyperlink r:id="rId60" w:history="1">
              <w:r w:rsidRPr="00175D1B">
                <w:rPr>
                  <w:rFonts w:ascii="Calibri" w:eastAsia="Arial" w:hAnsi="Calibri" w:cs="Calibri"/>
                  <w:color w:val="0563C1"/>
                  <w:sz w:val="18"/>
                  <w:szCs w:val="32"/>
                  <w:u w:val="single"/>
                </w:rPr>
                <w:t>Performing Ensembles page</w:t>
              </w:r>
            </w:hyperlink>
          </w:p>
        </w:tc>
        <w:tc>
          <w:tcPr>
            <w:tcW w:w="2844" w:type="dxa"/>
            <w:tcMar>
              <w:top w:w="35" w:type="dxa"/>
              <w:left w:w="45" w:type="dxa"/>
              <w:bottom w:w="35" w:type="dxa"/>
              <w:right w:w="45" w:type="dxa"/>
            </w:tcMar>
            <w:vAlign w:val="center"/>
          </w:tcPr>
          <w:p w14:paraId="22706468"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4CC8AA85" w14:textId="77777777" w:rsidR="0001782D" w:rsidRPr="00175D1B" w:rsidRDefault="00000000" w:rsidP="00AC6C95">
            <w:pPr>
              <w:spacing w:after="0" w:line="240" w:lineRule="auto"/>
              <w:ind w:left="630"/>
              <w:rPr>
                <w:rFonts w:ascii="Calibri" w:hAnsi="Calibri" w:cs="Calibri"/>
                <w:sz w:val="18"/>
                <w:szCs w:val="32"/>
              </w:rPr>
            </w:pPr>
            <w:hyperlink r:id="rId61" w:history="1">
              <w:r w:rsidRPr="00175D1B">
                <w:rPr>
                  <w:rFonts w:ascii="Calibri" w:eastAsia="Arial" w:hAnsi="Calibri" w:cs="Calibri"/>
                  <w:color w:val="0563C1"/>
                  <w:sz w:val="18"/>
                  <w:szCs w:val="32"/>
                  <w:u w:val="single"/>
                </w:rPr>
                <w:t>https://www.se.edu/music/performing-ensembles/</w:t>
              </w:r>
            </w:hyperlink>
          </w:p>
        </w:tc>
      </w:tr>
      <w:tr w:rsidR="00EF31EA" w:rsidRPr="00175D1B" w14:paraId="58AB5BA7" w14:textId="77777777" w:rsidTr="00175D1B">
        <w:trPr>
          <w:cantSplit/>
          <w:jc w:val="center"/>
        </w:trPr>
        <w:tc>
          <w:tcPr>
            <w:tcW w:w="1764" w:type="dxa"/>
            <w:shd w:val="clear" w:color="auto" w:fill="F7F7F7"/>
            <w:tcMar>
              <w:top w:w="35" w:type="dxa"/>
              <w:left w:w="45" w:type="dxa"/>
              <w:bottom w:w="35" w:type="dxa"/>
              <w:right w:w="45" w:type="dxa"/>
            </w:tcMar>
            <w:vAlign w:val="center"/>
          </w:tcPr>
          <w:p w14:paraId="185EF658" w14:textId="77777777" w:rsidR="0001782D" w:rsidRPr="00175D1B" w:rsidRDefault="00000000" w:rsidP="00AC6C95">
            <w:pPr>
              <w:spacing w:after="0" w:line="240" w:lineRule="auto"/>
              <w:ind w:left="630"/>
              <w:rPr>
                <w:rFonts w:ascii="Calibri" w:hAnsi="Calibri" w:cs="Calibri"/>
                <w:sz w:val="18"/>
                <w:szCs w:val="32"/>
              </w:rPr>
            </w:pPr>
            <w:proofErr w:type="spellStart"/>
            <w:r w:rsidRPr="00175D1B">
              <w:rPr>
                <w:rFonts w:ascii="Calibri" w:eastAsia="Arial" w:hAnsi="Calibri" w:cs="Calibri"/>
                <w:b/>
                <w:sz w:val="18"/>
                <w:szCs w:val="32"/>
              </w:rPr>
              <w:t>Chorvettes</w:t>
            </w:r>
            <w:proofErr w:type="spellEnd"/>
          </w:p>
        </w:tc>
        <w:tc>
          <w:tcPr>
            <w:tcW w:w="1279" w:type="dxa"/>
            <w:shd w:val="clear" w:color="auto" w:fill="F7F7F7"/>
            <w:tcMar>
              <w:top w:w="35" w:type="dxa"/>
              <w:left w:w="45" w:type="dxa"/>
              <w:bottom w:w="35" w:type="dxa"/>
              <w:right w:w="45" w:type="dxa"/>
            </w:tcMar>
            <w:vAlign w:val="center"/>
          </w:tcPr>
          <w:p w14:paraId="0E1D51C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5D727E5" w14:textId="77777777" w:rsidR="00EF31EA" w:rsidRPr="00175D1B" w:rsidRDefault="00EF31EA" w:rsidP="00AC6C95">
            <w:pPr>
              <w:spacing w:after="0" w:line="240" w:lineRule="auto"/>
              <w:ind w:left="630"/>
              <w:rPr>
                <w:rFonts w:ascii="Calibri" w:hAnsi="Calibri" w:cs="Calibri"/>
                <w:sz w:val="18"/>
                <w:szCs w:val="32"/>
              </w:rPr>
            </w:pPr>
            <w:hyperlink r:id="rId62">
              <w:r w:rsidRPr="00175D1B">
                <w:rPr>
                  <w:rFonts w:ascii="Calibri" w:hAnsi="Calibri" w:cs="Calibri"/>
                  <w:color w:val="0563C1"/>
                  <w:sz w:val="18"/>
                  <w:szCs w:val="32"/>
                  <w:u w:val="single"/>
                </w:rPr>
                <w:t>Instagram: @chorvettes</w:t>
              </w:r>
            </w:hyperlink>
          </w:p>
        </w:tc>
        <w:tc>
          <w:tcPr>
            <w:tcW w:w="1507" w:type="dxa"/>
            <w:shd w:val="clear" w:color="auto" w:fill="F7F7F7"/>
            <w:tcMar>
              <w:top w:w="35" w:type="dxa"/>
              <w:left w:w="45" w:type="dxa"/>
              <w:bottom w:w="35" w:type="dxa"/>
              <w:right w:w="45" w:type="dxa"/>
            </w:tcMar>
            <w:vAlign w:val="center"/>
          </w:tcPr>
          <w:p w14:paraId="7A22458B" w14:textId="77777777" w:rsidR="00EF31EA" w:rsidRPr="00175D1B" w:rsidRDefault="00EF31EA" w:rsidP="00AC6C95">
            <w:pPr>
              <w:spacing w:after="0" w:line="240" w:lineRule="auto"/>
              <w:ind w:left="630"/>
              <w:rPr>
                <w:rFonts w:ascii="Calibri" w:hAnsi="Calibri" w:cs="Calibri"/>
                <w:sz w:val="18"/>
                <w:szCs w:val="32"/>
              </w:rPr>
            </w:pPr>
            <w:hyperlink r:id="rId63">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0FD2DF08"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27C3015C"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7F17FCE3"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564D81D5" w14:textId="77777777" w:rsidR="0001782D" w:rsidRPr="00175D1B" w:rsidRDefault="00000000" w:rsidP="00AC6C95">
            <w:pPr>
              <w:spacing w:after="0" w:line="240" w:lineRule="auto"/>
              <w:ind w:left="630"/>
              <w:rPr>
                <w:rFonts w:ascii="Calibri" w:hAnsi="Calibri" w:cs="Calibri"/>
                <w:sz w:val="18"/>
                <w:szCs w:val="32"/>
              </w:rPr>
            </w:pPr>
            <w:hyperlink r:id="rId64" w:history="1">
              <w:r w:rsidRPr="00175D1B">
                <w:rPr>
                  <w:rFonts w:ascii="Calibri" w:eastAsia="Arial" w:hAnsi="Calibri" w:cs="Calibri"/>
                  <w:color w:val="0563C1"/>
                  <w:sz w:val="18"/>
                  <w:szCs w:val="32"/>
                  <w:u w:val="single"/>
                </w:rPr>
                <w:t>https://www.facebook.com/SEChorvettes/</w:t>
              </w:r>
            </w:hyperlink>
          </w:p>
          <w:p w14:paraId="767A9B79" w14:textId="77777777" w:rsidR="0001782D" w:rsidRPr="00175D1B" w:rsidRDefault="00000000" w:rsidP="00AC6C95">
            <w:pPr>
              <w:spacing w:after="0" w:line="240" w:lineRule="auto"/>
              <w:ind w:left="630"/>
              <w:rPr>
                <w:rFonts w:ascii="Calibri" w:hAnsi="Calibri" w:cs="Calibri"/>
                <w:sz w:val="18"/>
                <w:szCs w:val="32"/>
              </w:rPr>
            </w:pPr>
            <w:hyperlink r:id="rId65" w:history="1">
              <w:r w:rsidRPr="00175D1B">
                <w:rPr>
                  <w:rFonts w:ascii="Calibri" w:eastAsia="Arial" w:hAnsi="Calibri" w:cs="Calibri"/>
                  <w:color w:val="0563C1"/>
                  <w:sz w:val="18"/>
                  <w:szCs w:val="32"/>
                  <w:u w:val="single"/>
                </w:rPr>
                <w:t>https://www.instagram.com/chorvettes/</w:t>
              </w:r>
            </w:hyperlink>
          </w:p>
        </w:tc>
      </w:tr>
      <w:tr w:rsidR="00EF31EA" w:rsidRPr="00175D1B" w14:paraId="6759D82E" w14:textId="77777777" w:rsidTr="00175D1B">
        <w:trPr>
          <w:cantSplit/>
          <w:jc w:val="center"/>
        </w:trPr>
        <w:tc>
          <w:tcPr>
            <w:tcW w:w="1764" w:type="dxa"/>
            <w:tcMar>
              <w:top w:w="35" w:type="dxa"/>
              <w:left w:w="45" w:type="dxa"/>
              <w:bottom w:w="35" w:type="dxa"/>
              <w:right w:w="45" w:type="dxa"/>
            </w:tcMar>
            <w:vAlign w:val="center"/>
          </w:tcPr>
          <w:p w14:paraId="40E808A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College Republicans</w:t>
            </w:r>
          </w:p>
        </w:tc>
        <w:tc>
          <w:tcPr>
            <w:tcW w:w="1279" w:type="dxa"/>
            <w:tcMar>
              <w:top w:w="35" w:type="dxa"/>
              <w:left w:w="45" w:type="dxa"/>
              <w:bottom w:w="35" w:type="dxa"/>
              <w:right w:w="45" w:type="dxa"/>
            </w:tcMar>
            <w:vAlign w:val="center"/>
          </w:tcPr>
          <w:p w14:paraId="20A1F47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002B8F36" w14:textId="77777777" w:rsidR="00EF31EA" w:rsidRPr="00175D1B" w:rsidRDefault="00EF31EA" w:rsidP="00AC6C95">
            <w:pPr>
              <w:spacing w:after="0" w:line="240" w:lineRule="auto"/>
              <w:ind w:left="630"/>
              <w:rPr>
                <w:rFonts w:ascii="Calibri" w:hAnsi="Calibri" w:cs="Calibri"/>
                <w:sz w:val="18"/>
                <w:szCs w:val="32"/>
              </w:rPr>
            </w:pPr>
            <w:hyperlink r:id="rId66">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se.college</w:t>
              </w:r>
              <w:proofErr w:type="gramEnd"/>
              <w:r w:rsidRPr="00175D1B">
                <w:rPr>
                  <w:rFonts w:ascii="Calibri" w:hAnsi="Calibri" w:cs="Calibri"/>
                  <w:color w:val="0563C1"/>
                  <w:sz w:val="18"/>
                  <w:szCs w:val="32"/>
                  <w:u w:val="single"/>
                </w:rPr>
                <w:t>.republicans</w:t>
              </w:r>
            </w:hyperlink>
          </w:p>
        </w:tc>
        <w:tc>
          <w:tcPr>
            <w:tcW w:w="1507" w:type="dxa"/>
            <w:tcMar>
              <w:top w:w="35" w:type="dxa"/>
              <w:left w:w="45" w:type="dxa"/>
              <w:bottom w:w="35" w:type="dxa"/>
              <w:right w:w="45" w:type="dxa"/>
            </w:tcMar>
            <w:vAlign w:val="center"/>
          </w:tcPr>
          <w:p w14:paraId="2221BD45"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0366D1D2"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1A8C074F"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9012703"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0C42523E" w14:textId="77777777" w:rsidR="0001782D" w:rsidRPr="00175D1B" w:rsidRDefault="00000000" w:rsidP="00AC6C95">
            <w:pPr>
              <w:spacing w:after="0" w:line="240" w:lineRule="auto"/>
              <w:ind w:left="630"/>
              <w:rPr>
                <w:rFonts w:ascii="Calibri" w:hAnsi="Calibri" w:cs="Calibri"/>
                <w:sz w:val="18"/>
                <w:szCs w:val="32"/>
              </w:rPr>
            </w:pPr>
            <w:hyperlink r:id="rId67" w:history="1">
              <w:r w:rsidRPr="00175D1B">
                <w:rPr>
                  <w:rFonts w:ascii="Calibri" w:eastAsia="Arial" w:hAnsi="Calibri" w:cs="Calibri"/>
                  <w:color w:val="0563C1"/>
                  <w:sz w:val="18"/>
                  <w:szCs w:val="32"/>
                  <w:u w:val="single"/>
                </w:rPr>
                <w:t>https://www.instagram.com/se.college.republicans/</w:t>
              </w:r>
            </w:hyperlink>
          </w:p>
        </w:tc>
      </w:tr>
      <w:tr w:rsidR="00EF31EA" w:rsidRPr="00175D1B" w14:paraId="24CDF72C" w14:textId="77777777" w:rsidTr="00175D1B">
        <w:trPr>
          <w:cantSplit/>
          <w:jc w:val="center"/>
        </w:trPr>
        <w:tc>
          <w:tcPr>
            <w:tcW w:w="1764" w:type="dxa"/>
            <w:shd w:val="clear" w:color="auto" w:fill="F7F7F7"/>
            <w:tcMar>
              <w:top w:w="35" w:type="dxa"/>
              <w:left w:w="45" w:type="dxa"/>
              <w:bottom w:w="35" w:type="dxa"/>
              <w:right w:w="45" w:type="dxa"/>
            </w:tcMar>
            <w:vAlign w:val="center"/>
          </w:tcPr>
          <w:p w14:paraId="7CC75DB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Concert Band</w:t>
            </w:r>
          </w:p>
        </w:tc>
        <w:tc>
          <w:tcPr>
            <w:tcW w:w="1279" w:type="dxa"/>
            <w:shd w:val="clear" w:color="auto" w:fill="F7F7F7"/>
            <w:tcMar>
              <w:top w:w="35" w:type="dxa"/>
              <w:left w:w="45" w:type="dxa"/>
              <w:bottom w:w="35" w:type="dxa"/>
              <w:right w:w="45" w:type="dxa"/>
            </w:tcMar>
            <w:vAlign w:val="center"/>
          </w:tcPr>
          <w:p w14:paraId="0763ED4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F91CF7A"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37D12E46"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6EE8FAAF"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7AE601CF" w14:textId="77777777" w:rsidR="0001782D" w:rsidRPr="00175D1B" w:rsidRDefault="00000000" w:rsidP="00AC6C95">
            <w:pPr>
              <w:spacing w:after="0" w:line="240" w:lineRule="auto"/>
              <w:ind w:left="630"/>
              <w:rPr>
                <w:rFonts w:ascii="Calibri" w:hAnsi="Calibri" w:cs="Calibri"/>
                <w:sz w:val="18"/>
                <w:szCs w:val="32"/>
              </w:rPr>
            </w:pPr>
            <w:hyperlink r:id="rId68" w:history="1">
              <w:r w:rsidRPr="00175D1B">
                <w:rPr>
                  <w:rFonts w:ascii="Calibri" w:eastAsia="Arial" w:hAnsi="Calibri" w:cs="Calibri"/>
                  <w:color w:val="0563C1"/>
                  <w:sz w:val="18"/>
                  <w:szCs w:val="32"/>
                  <w:u w:val="single"/>
                </w:rPr>
                <w:t>Performing Ensembles page</w:t>
              </w:r>
            </w:hyperlink>
          </w:p>
        </w:tc>
        <w:tc>
          <w:tcPr>
            <w:tcW w:w="2844" w:type="dxa"/>
            <w:shd w:val="clear" w:color="auto" w:fill="F7F7F7"/>
            <w:tcMar>
              <w:top w:w="35" w:type="dxa"/>
              <w:left w:w="45" w:type="dxa"/>
              <w:bottom w:w="35" w:type="dxa"/>
              <w:right w:w="45" w:type="dxa"/>
            </w:tcMar>
            <w:vAlign w:val="center"/>
          </w:tcPr>
          <w:p w14:paraId="64E05450"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0D0F737B" w14:textId="77777777" w:rsidR="0001782D" w:rsidRPr="00175D1B" w:rsidRDefault="00000000" w:rsidP="00AC6C95">
            <w:pPr>
              <w:spacing w:after="0" w:line="240" w:lineRule="auto"/>
              <w:ind w:left="630"/>
              <w:rPr>
                <w:rFonts w:ascii="Calibri" w:hAnsi="Calibri" w:cs="Calibri"/>
                <w:sz w:val="18"/>
                <w:szCs w:val="32"/>
              </w:rPr>
            </w:pPr>
            <w:hyperlink r:id="rId69" w:history="1">
              <w:r w:rsidRPr="00175D1B">
                <w:rPr>
                  <w:rFonts w:ascii="Calibri" w:eastAsia="Arial" w:hAnsi="Calibri" w:cs="Calibri"/>
                  <w:color w:val="0563C1"/>
                  <w:sz w:val="18"/>
                  <w:szCs w:val="32"/>
                  <w:u w:val="single"/>
                </w:rPr>
                <w:t>https://www.se.edu/music/performing-ensembles/</w:t>
              </w:r>
            </w:hyperlink>
          </w:p>
        </w:tc>
      </w:tr>
      <w:tr w:rsidR="00EF31EA" w:rsidRPr="00175D1B" w14:paraId="1DFF4B6E" w14:textId="77777777" w:rsidTr="00175D1B">
        <w:trPr>
          <w:cantSplit/>
          <w:jc w:val="center"/>
        </w:trPr>
        <w:tc>
          <w:tcPr>
            <w:tcW w:w="1764" w:type="dxa"/>
            <w:tcMar>
              <w:top w:w="35" w:type="dxa"/>
              <w:left w:w="45" w:type="dxa"/>
              <w:bottom w:w="35" w:type="dxa"/>
              <w:right w:w="45" w:type="dxa"/>
            </w:tcMar>
            <w:vAlign w:val="center"/>
          </w:tcPr>
          <w:p w14:paraId="0C90236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Fellowship of Christian Athletes (FCA)</w:t>
            </w:r>
          </w:p>
        </w:tc>
        <w:tc>
          <w:tcPr>
            <w:tcW w:w="1279" w:type="dxa"/>
            <w:tcMar>
              <w:top w:w="35" w:type="dxa"/>
              <w:left w:w="45" w:type="dxa"/>
              <w:bottom w:w="35" w:type="dxa"/>
              <w:right w:w="45" w:type="dxa"/>
            </w:tcMar>
            <w:vAlign w:val="center"/>
          </w:tcPr>
          <w:p w14:paraId="10AA3C9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6DE46751" w14:textId="77777777" w:rsidR="00EF31EA" w:rsidRPr="00175D1B" w:rsidRDefault="00EF31EA" w:rsidP="00AC6C95">
            <w:pPr>
              <w:spacing w:after="0" w:line="240" w:lineRule="auto"/>
              <w:ind w:left="630"/>
              <w:rPr>
                <w:rFonts w:ascii="Calibri" w:hAnsi="Calibri" w:cs="Calibri"/>
                <w:sz w:val="18"/>
                <w:szCs w:val="32"/>
              </w:rPr>
            </w:pPr>
            <w:hyperlink r:id="rId70">
              <w:r w:rsidRPr="00175D1B">
                <w:rPr>
                  <w:rFonts w:ascii="Calibri" w:hAnsi="Calibri" w:cs="Calibri"/>
                  <w:color w:val="0563C1"/>
                  <w:sz w:val="18"/>
                  <w:szCs w:val="32"/>
                  <w:u w:val="single"/>
                </w:rPr>
                <w:t>Instagram: @savagestormfca</w:t>
              </w:r>
            </w:hyperlink>
          </w:p>
        </w:tc>
        <w:tc>
          <w:tcPr>
            <w:tcW w:w="1507" w:type="dxa"/>
            <w:tcMar>
              <w:top w:w="35" w:type="dxa"/>
              <w:left w:w="45" w:type="dxa"/>
              <w:bottom w:w="35" w:type="dxa"/>
              <w:right w:w="45" w:type="dxa"/>
            </w:tcMar>
            <w:vAlign w:val="center"/>
          </w:tcPr>
          <w:p w14:paraId="6E5C7A2C"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6CC7CB9D"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7DB39F3"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404AF91E"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1743C593" w14:textId="77777777" w:rsidR="0001782D" w:rsidRPr="00175D1B" w:rsidRDefault="00000000" w:rsidP="00AC6C95">
            <w:pPr>
              <w:spacing w:after="0" w:line="240" w:lineRule="auto"/>
              <w:ind w:left="630"/>
              <w:rPr>
                <w:rFonts w:ascii="Calibri" w:hAnsi="Calibri" w:cs="Calibri"/>
                <w:sz w:val="18"/>
                <w:szCs w:val="32"/>
              </w:rPr>
            </w:pPr>
            <w:hyperlink r:id="rId71" w:history="1">
              <w:r w:rsidRPr="00175D1B">
                <w:rPr>
                  <w:rFonts w:ascii="Calibri" w:eastAsia="Arial" w:hAnsi="Calibri" w:cs="Calibri"/>
                  <w:color w:val="0563C1"/>
                  <w:sz w:val="18"/>
                  <w:szCs w:val="32"/>
                  <w:u w:val="single"/>
                </w:rPr>
                <w:t>https://www.instagram.com/savagestormfca/</w:t>
              </w:r>
            </w:hyperlink>
          </w:p>
        </w:tc>
      </w:tr>
      <w:tr w:rsidR="00EF31EA" w:rsidRPr="00175D1B" w14:paraId="78C3E715" w14:textId="77777777" w:rsidTr="00175D1B">
        <w:trPr>
          <w:cantSplit/>
          <w:jc w:val="center"/>
        </w:trPr>
        <w:tc>
          <w:tcPr>
            <w:tcW w:w="1764" w:type="dxa"/>
            <w:shd w:val="clear" w:color="auto" w:fill="F7F7F7"/>
            <w:tcMar>
              <w:top w:w="35" w:type="dxa"/>
              <w:left w:w="45" w:type="dxa"/>
              <w:bottom w:w="35" w:type="dxa"/>
              <w:right w:w="45" w:type="dxa"/>
            </w:tcMar>
            <w:vAlign w:val="center"/>
          </w:tcPr>
          <w:p w14:paraId="65FD892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Flight Team</w:t>
            </w:r>
          </w:p>
        </w:tc>
        <w:tc>
          <w:tcPr>
            <w:tcW w:w="1279" w:type="dxa"/>
            <w:shd w:val="clear" w:color="auto" w:fill="F7F7F7"/>
            <w:tcMar>
              <w:top w:w="35" w:type="dxa"/>
              <w:left w:w="45" w:type="dxa"/>
              <w:bottom w:w="35" w:type="dxa"/>
              <w:right w:w="45" w:type="dxa"/>
            </w:tcMar>
            <w:vAlign w:val="center"/>
          </w:tcPr>
          <w:p w14:paraId="4A84C23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621A9DC7" w14:textId="77777777" w:rsidR="00EF31EA" w:rsidRPr="00175D1B" w:rsidRDefault="00EF31EA" w:rsidP="00AC6C95">
            <w:pPr>
              <w:spacing w:after="0" w:line="240" w:lineRule="auto"/>
              <w:ind w:left="630"/>
              <w:rPr>
                <w:rFonts w:ascii="Calibri" w:hAnsi="Calibri" w:cs="Calibri"/>
                <w:sz w:val="18"/>
                <w:szCs w:val="32"/>
              </w:rPr>
            </w:pPr>
            <w:hyperlink r:id="rId72">
              <w:r w:rsidRPr="00175D1B">
                <w:rPr>
                  <w:rFonts w:ascii="Calibri" w:hAnsi="Calibri" w:cs="Calibri"/>
                  <w:color w:val="0563C1"/>
                  <w:sz w:val="18"/>
                  <w:szCs w:val="32"/>
                  <w:u w:val="single"/>
                </w:rPr>
                <w:t>Instagram: @sosuflightteam</w:t>
              </w:r>
            </w:hyperlink>
          </w:p>
        </w:tc>
        <w:tc>
          <w:tcPr>
            <w:tcW w:w="1507" w:type="dxa"/>
            <w:shd w:val="clear" w:color="auto" w:fill="F7F7F7"/>
            <w:tcMar>
              <w:top w:w="35" w:type="dxa"/>
              <w:left w:w="45" w:type="dxa"/>
              <w:bottom w:w="35" w:type="dxa"/>
              <w:right w:w="45" w:type="dxa"/>
            </w:tcMar>
            <w:vAlign w:val="center"/>
          </w:tcPr>
          <w:p w14:paraId="3223BC2D" w14:textId="77777777" w:rsidR="00EF31EA" w:rsidRPr="00175D1B" w:rsidRDefault="00EF31EA" w:rsidP="00AC6C95">
            <w:pPr>
              <w:spacing w:after="0" w:line="240" w:lineRule="auto"/>
              <w:ind w:left="630"/>
              <w:rPr>
                <w:rFonts w:ascii="Calibri" w:hAnsi="Calibri" w:cs="Calibri"/>
                <w:sz w:val="18"/>
                <w:szCs w:val="32"/>
              </w:rPr>
            </w:pPr>
            <w:hyperlink r:id="rId73">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1FF6DEDE"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5CD0C04A"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4F6DC853"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41AAF224" w14:textId="77777777" w:rsidR="0001782D" w:rsidRPr="00175D1B" w:rsidRDefault="00000000" w:rsidP="00AC6C95">
            <w:pPr>
              <w:spacing w:after="0" w:line="240" w:lineRule="auto"/>
              <w:ind w:left="630"/>
              <w:rPr>
                <w:rFonts w:ascii="Calibri" w:hAnsi="Calibri" w:cs="Calibri"/>
                <w:sz w:val="18"/>
                <w:szCs w:val="32"/>
              </w:rPr>
            </w:pPr>
            <w:hyperlink r:id="rId74" w:history="1">
              <w:r w:rsidRPr="00175D1B">
                <w:rPr>
                  <w:rFonts w:ascii="Calibri" w:eastAsia="Arial" w:hAnsi="Calibri" w:cs="Calibri"/>
                  <w:color w:val="0563C1"/>
                  <w:sz w:val="18"/>
                  <w:szCs w:val="32"/>
                  <w:u w:val="single"/>
                </w:rPr>
                <w:t>https://www.facebook.com/sosuflightteam/</w:t>
              </w:r>
            </w:hyperlink>
          </w:p>
          <w:p w14:paraId="56182EB0" w14:textId="77777777" w:rsidR="0001782D" w:rsidRPr="00175D1B" w:rsidRDefault="00000000" w:rsidP="00AC6C95">
            <w:pPr>
              <w:spacing w:after="0" w:line="240" w:lineRule="auto"/>
              <w:ind w:left="630"/>
              <w:rPr>
                <w:rFonts w:ascii="Calibri" w:hAnsi="Calibri" w:cs="Calibri"/>
                <w:sz w:val="18"/>
                <w:szCs w:val="32"/>
              </w:rPr>
            </w:pPr>
            <w:hyperlink r:id="rId75" w:history="1">
              <w:r w:rsidRPr="00175D1B">
                <w:rPr>
                  <w:rFonts w:ascii="Calibri" w:eastAsia="Arial" w:hAnsi="Calibri" w:cs="Calibri"/>
                  <w:color w:val="0563C1"/>
                  <w:sz w:val="18"/>
                  <w:szCs w:val="32"/>
                  <w:u w:val="single"/>
                </w:rPr>
                <w:t>https://www.instagram.com/sosuflightteam/</w:t>
              </w:r>
            </w:hyperlink>
          </w:p>
        </w:tc>
      </w:tr>
      <w:tr w:rsidR="00EF31EA" w:rsidRPr="00175D1B" w14:paraId="754B9042" w14:textId="77777777" w:rsidTr="00175D1B">
        <w:trPr>
          <w:cantSplit/>
          <w:jc w:val="center"/>
        </w:trPr>
        <w:tc>
          <w:tcPr>
            <w:tcW w:w="1764" w:type="dxa"/>
            <w:tcMar>
              <w:top w:w="35" w:type="dxa"/>
              <w:left w:w="45" w:type="dxa"/>
              <w:bottom w:w="35" w:type="dxa"/>
              <w:right w:w="45" w:type="dxa"/>
            </w:tcMar>
            <w:vAlign w:val="center"/>
          </w:tcPr>
          <w:p w14:paraId="0E8505F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Friends of the Green Dot (Violence Prevention)</w:t>
            </w:r>
          </w:p>
        </w:tc>
        <w:tc>
          <w:tcPr>
            <w:tcW w:w="1279" w:type="dxa"/>
            <w:tcMar>
              <w:top w:w="35" w:type="dxa"/>
              <w:left w:w="45" w:type="dxa"/>
              <w:bottom w:w="35" w:type="dxa"/>
              <w:right w:w="45" w:type="dxa"/>
            </w:tcMar>
            <w:vAlign w:val="center"/>
          </w:tcPr>
          <w:p w14:paraId="2042BFF5"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tcMar>
              <w:top w:w="35" w:type="dxa"/>
              <w:left w:w="45" w:type="dxa"/>
              <w:bottom w:w="35" w:type="dxa"/>
              <w:right w:w="45" w:type="dxa"/>
            </w:tcMar>
            <w:vAlign w:val="center"/>
          </w:tcPr>
          <w:p w14:paraId="3BCACAB5"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6DCF5E23"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475B637E"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1804BF81"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9336C77" w14:textId="77777777" w:rsidR="0001782D" w:rsidRPr="00175D1B" w:rsidRDefault="00000000" w:rsidP="00AC6C95">
            <w:pPr>
              <w:spacing w:after="0" w:line="240" w:lineRule="auto"/>
              <w:ind w:left="630"/>
              <w:rPr>
                <w:rFonts w:ascii="Calibri" w:hAnsi="Calibri" w:cs="Calibri"/>
                <w:sz w:val="18"/>
                <w:szCs w:val="32"/>
              </w:rPr>
            </w:pPr>
            <w:hyperlink r:id="rId76" w:history="1">
              <w:r w:rsidRPr="00175D1B">
                <w:rPr>
                  <w:rFonts w:ascii="Calibri" w:eastAsia="Arial" w:hAnsi="Calibri" w:cs="Calibri"/>
                  <w:color w:val="0563C1"/>
                  <w:sz w:val="18"/>
                  <w:szCs w:val="32"/>
                  <w:u w:val="single"/>
                </w:rPr>
                <w:t>May contact Student Life</w:t>
              </w:r>
            </w:hyperlink>
          </w:p>
          <w:p w14:paraId="14D4D857" w14:textId="77777777" w:rsidR="0001782D" w:rsidRPr="00175D1B" w:rsidRDefault="00000000" w:rsidP="00AC6C95">
            <w:pPr>
              <w:spacing w:after="0" w:line="240" w:lineRule="auto"/>
              <w:ind w:left="630"/>
              <w:rPr>
                <w:rFonts w:ascii="Calibri" w:hAnsi="Calibri" w:cs="Calibri"/>
                <w:sz w:val="18"/>
                <w:szCs w:val="32"/>
              </w:rPr>
            </w:pPr>
            <w:hyperlink r:id="rId77" w:history="1">
              <w:r w:rsidRPr="00175D1B">
                <w:rPr>
                  <w:rFonts w:ascii="Calibri" w:eastAsia="Arial" w:hAnsi="Calibri" w:cs="Calibri"/>
                  <w:color w:val="0563C1"/>
                  <w:sz w:val="18"/>
                  <w:szCs w:val="32"/>
                  <w:u w:val="single"/>
                </w:rPr>
                <w:t>Student Life landing page</w:t>
              </w:r>
            </w:hyperlink>
          </w:p>
        </w:tc>
        <w:tc>
          <w:tcPr>
            <w:tcW w:w="2554" w:type="dxa"/>
            <w:tcMar>
              <w:top w:w="35" w:type="dxa"/>
              <w:left w:w="45" w:type="dxa"/>
              <w:bottom w:w="35" w:type="dxa"/>
              <w:right w:w="45" w:type="dxa"/>
            </w:tcMar>
            <w:vAlign w:val="center"/>
          </w:tcPr>
          <w:p w14:paraId="447C438B" w14:textId="77777777" w:rsidR="0001782D" w:rsidRPr="00175D1B" w:rsidRDefault="00000000" w:rsidP="00AC6C95">
            <w:pPr>
              <w:spacing w:after="0" w:line="240" w:lineRule="auto"/>
              <w:ind w:left="630"/>
              <w:rPr>
                <w:rFonts w:ascii="Calibri" w:hAnsi="Calibri" w:cs="Calibri"/>
                <w:sz w:val="18"/>
                <w:szCs w:val="32"/>
              </w:rPr>
            </w:pPr>
            <w:hyperlink r:id="rId78" w:history="1">
              <w:r w:rsidRPr="00175D1B">
                <w:rPr>
                  <w:rFonts w:ascii="Calibri" w:eastAsia="Arial" w:hAnsi="Calibri" w:cs="Calibri"/>
                  <w:color w:val="0563C1"/>
                  <w:sz w:val="18"/>
                  <w:szCs w:val="32"/>
                  <w:u w:val="single"/>
                </w:rPr>
                <w:t>mailto:studentlife@se.edu</w:t>
              </w:r>
            </w:hyperlink>
          </w:p>
          <w:p w14:paraId="6E37FF57" w14:textId="77777777" w:rsidR="0001782D" w:rsidRPr="00175D1B" w:rsidRDefault="00000000" w:rsidP="00AC6C95">
            <w:pPr>
              <w:spacing w:after="0" w:line="240" w:lineRule="auto"/>
              <w:ind w:left="630"/>
              <w:rPr>
                <w:rFonts w:ascii="Calibri" w:hAnsi="Calibri" w:cs="Calibri"/>
                <w:sz w:val="18"/>
                <w:szCs w:val="32"/>
              </w:rPr>
            </w:pPr>
            <w:hyperlink r:id="rId79" w:history="1">
              <w:r w:rsidRPr="00175D1B">
                <w:rPr>
                  <w:rFonts w:ascii="Calibri" w:eastAsia="Arial" w:hAnsi="Calibri" w:cs="Calibri"/>
                  <w:color w:val="0563C1"/>
                  <w:sz w:val="18"/>
                  <w:szCs w:val="32"/>
                  <w:u w:val="single"/>
                </w:rPr>
                <w:t>https://www.se.edu/student-life/</w:t>
              </w:r>
            </w:hyperlink>
          </w:p>
        </w:tc>
      </w:tr>
      <w:tr w:rsidR="00EF31EA" w:rsidRPr="00175D1B" w14:paraId="1A908572" w14:textId="77777777" w:rsidTr="00175D1B">
        <w:trPr>
          <w:cantSplit/>
          <w:jc w:val="center"/>
        </w:trPr>
        <w:tc>
          <w:tcPr>
            <w:tcW w:w="1764" w:type="dxa"/>
            <w:shd w:val="clear" w:color="auto" w:fill="F7F7F7"/>
            <w:tcMar>
              <w:top w:w="35" w:type="dxa"/>
              <w:left w:w="45" w:type="dxa"/>
              <w:bottom w:w="35" w:type="dxa"/>
              <w:right w:w="45" w:type="dxa"/>
            </w:tcMar>
            <w:vAlign w:val="center"/>
          </w:tcPr>
          <w:p w14:paraId="6EEA244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Hispanic American Leadership Organization (HALO)</w:t>
            </w:r>
          </w:p>
        </w:tc>
        <w:tc>
          <w:tcPr>
            <w:tcW w:w="1279" w:type="dxa"/>
            <w:shd w:val="clear" w:color="auto" w:fill="F7F7F7"/>
            <w:tcMar>
              <w:top w:w="35" w:type="dxa"/>
              <w:left w:w="45" w:type="dxa"/>
              <w:bottom w:w="35" w:type="dxa"/>
              <w:right w:w="45" w:type="dxa"/>
            </w:tcMar>
            <w:vAlign w:val="center"/>
          </w:tcPr>
          <w:p w14:paraId="277F35E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5642AA1D" w14:textId="77777777" w:rsidR="00EF31EA" w:rsidRPr="00175D1B" w:rsidRDefault="00EF31EA" w:rsidP="00AC6C95">
            <w:pPr>
              <w:spacing w:after="0" w:line="240" w:lineRule="auto"/>
              <w:ind w:left="630"/>
              <w:rPr>
                <w:rFonts w:ascii="Calibri" w:hAnsi="Calibri" w:cs="Calibri"/>
                <w:sz w:val="18"/>
                <w:szCs w:val="32"/>
              </w:rPr>
            </w:pPr>
            <w:hyperlink r:id="rId80">
              <w:r w:rsidRPr="00175D1B">
                <w:rPr>
                  <w:rFonts w:ascii="Calibri" w:hAnsi="Calibri" w:cs="Calibri"/>
                  <w:color w:val="0563C1"/>
                  <w:sz w:val="18"/>
                  <w:szCs w:val="32"/>
                  <w:u w:val="single"/>
                </w:rPr>
                <w:t>Instagram: @halososu</w:t>
              </w:r>
            </w:hyperlink>
          </w:p>
        </w:tc>
        <w:tc>
          <w:tcPr>
            <w:tcW w:w="1507" w:type="dxa"/>
            <w:shd w:val="clear" w:color="auto" w:fill="F7F7F7"/>
            <w:tcMar>
              <w:top w:w="35" w:type="dxa"/>
              <w:left w:w="45" w:type="dxa"/>
              <w:bottom w:w="35" w:type="dxa"/>
              <w:right w:w="45" w:type="dxa"/>
            </w:tcMar>
            <w:vAlign w:val="center"/>
          </w:tcPr>
          <w:p w14:paraId="56850F46"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49A7CA1E"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501CAFF"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70D57A44"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48C0768B" w14:textId="77777777" w:rsidR="0001782D" w:rsidRPr="00175D1B" w:rsidRDefault="00000000" w:rsidP="00AC6C95">
            <w:pPr>
              <w:spacing w:after="0" w:line="240" w:lineRule="auto"/>
              <w:ind w:left="630"/>
              <w:rPr>
                <w:rFonts w:ascii="Calibri" w:hAnsi="Calibri" w:cs="Calibri"/>
                <w:sz w:val="18"/>
                <w:szCs w:val="32"/>
              </w:rPr>
            </w:pPr>
            <w:hyperlink r:id="rId81" w:history="1">
              <w:r w:rsidRPr="00175D1B">
                <w:rPr>
                  <w:rFonts w:ascii="Calibri" w:eastAsia="Arial" w:hAnsi="Calibri" w:cs="Calibri"/>
                  <w:color w:val="0563C1"/>
                  <w:sz w:val="18"/>
                  <w:szCs w:val="32"/>
                  <w:u w:val="single"/>
                </w:rPr>
                <w:t>https://www.instagram.com/halososu/</w:t>
              </w:r>
            </w:hyperlink>
          </w:p>
        </w:tc>
      </w:tr>
      <w:tr w:rsidR="00EF31EA" w:rsidRPr="00175D1B" w14:paraId="053A6EEF" w14:textId="77777777" w:rsidTr="00175D1B">
        <w:trPr>
          <w:cantSplit/>
          <w:jc w:val="center"/>
        </w:trPr>
        <w:tc>
          <w:tcPr>
            <w:tcW w:w="1764" w:type="dxa"/>
            <w:tcMar>
              <w:top w:w="35" w:type="dxa"/>
              <w:left w:w="45" w:type="dxa"/>
              <w:bottom w:w="35" w:type="dxa"/>
              <w:right w:w="45" w:type="dxa"/>
            </w:tcMar>
            <w:vAlign w:val="center"/>
          </w:tcPr>
          <w:p w14:paraId="355C1CD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Honors Advisory Council (HAC)</w:t>
            </w:r>
          </w:p>
        </w:tc>
        <w:tc>
          <w:tcPr>
            <w:tcW w:w="1279" w:type="dxa"/>
            <w:tcMar>
              <w:top w:w="35" w:type="dxa"/>
              <w:left w:w="45" w:type="dxa"/>
              <w:bottom w:w="35" w:type="dxa"/>
              <w:right w:w="45" w:type="dxa"/>
            </w:tcMar>
            <w:vAlign w:val="center"/>
          </w:tcPr>
          <w:p w14:paraId="29CA2C75"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4C1856A0"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5CC014F6"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4FF0FD3B"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6B2F8E6E"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1A78158A" w14:textId="77777777" w:rsidR="0001782D" w:rsidRPr="00175D1B" w:rsidRDefault="00000000" w:rsidP="00AC6C95">
            <w:pPr>
              <w:spacing w:after="0" w:line="240" w:lineRule="auto"/>
              <w:ind w:left="630"/>
              <w:rPr>
                <w:rFonts w:ascii="Calibri" w:hAnsi="Calibri" w:cs="Calibri"/>
                <w:sz w:val="18"/>
                <w:szCs w:val="32"/>
              </w:rPr>
            </w:pPr>
            <w:hyperlink r:id="rId82" w:history="1">
              <w:r w:rsidRPr="00175D1B">
                <w:rPr>
                  <w:rFonts w:ascii="Calibri" w:eastAsia="Arial" w:hAnsi="Calibri" w:cs="Calibri"/>
                  <w:color w:val="0563C1"/>
                  <w:sz w:val="18"/>
                  <w:szCs w:val="32"/>
                  <w:u w:val="single"/>
                </w:rPr>
                <w:t>Related program page: Honors Program</w:t>
              </w:r>
            </w:hyperlink>
          </w:p>
        </w:tc>
        <w:tc>
          <w:tcPr>
            <w:tcW w:w="2554" w:type="dxa"/>
            <w:tcMar>
              <w:top w:w="35" w:type="dxa"/>
              <w:left w:w="45" w:type="dxa"/>
              <w:bottom w:w="35" w:type="dxa"/>
              <w:right w:w="45" w:type="dxa"/>
            </w:tcMar>
            <w:vAlign w:val="center"/>
          </w:tcPr>
          <w:p w14:paraId="0BDF011D" w14:textId="77777777" w:rsidR="0001782D" w:rsidRPr="00175D1B" w:rsidRDefault="00000000" w:rsidP="00AC6C95">
            <w:pPr>
              <w:spacing w:after="0" w:line="240" w:lineRule="auto"/>
              <w:ind w:left="630"/>
              <w:rPr>
                <w:rFonts w:ascii="Calibri" w:hAnsi="Calibri" w:cs="Calibri"/>
                <w:sz w:val="18"/>
                <w:szCs w:val="32"/>
              </w:rPr>
            </w:pPr>
            <w:hyperlink r:id="rId83" w:history="1">
              <w:r w:rsidRPr="00175D1B">
                <w:rPr>
                  <w:rFonts w:ascii="Calibri" w:eastAsia="Arial" w:hAnsi="Calibri" w:cs="Calibri"/>
                  <w:color w:val="0563C1"/>
                  <w:sz w:val="18"/>
                  <w:szCs w:val="32"/>
                  <w:u w:val="single"/>
                </w:rPr>
                <w:t>https://www.se.edu/honors-program/</w:t>
              </w:r>
            </w:hyperlink>
          </w:p>
        </w:tc>
      </w:tr>
      <w:tr w:rsidR="00EF31EA" w:rsidRPr="00175D1B" w14:paraId="3F52D4ED" w14:textId="77777777" w:rsidTr="00175D1B">
        <w:trPr>
          <w:cantSplit/>
          <w:jc w:val="center"/>
        </w:trPr>
        <w:tc>
          <w:tcPr>
            <w:tcW w:w="1764" w:type="dxa"/>
            <w:shd w:val="clear" w:color="auto" w:fill="F7F7F7"/>
            <w:tcMar>
              <w:top w:w="35" w:type="dxa"/>
              <w:left w:w="45" w:type="dxa"/>
              <w:bottom w:w="35" w:type="dxa"/>
              <w:right w:w="45" w:type="dxa"/>
            </w:tcMar>
            <w:vAlign w:val="center"/>
          </w:tcPr>
          <w:p w14:paraId="2DBE7F8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Interfraternity Council (IFC)</w:t>
            </w:r>
          </w:p>
        </w:tc>
        <w:tc>
          <w:tcPr>
            <w:tcW w:w="1279" w:type="dxa"/>
            <w:shd w:val="clear" w:color="auto" w:fill="F7F7F7"/>
            <w:tcMar>
              <w:top w:w="35" w:type="dxa"/>
              <w:left w:w="45" w:type="dxa"/>
              <w:bottom w:w="35" w:type="dxa"/>
              <w:right w:w="45" w:type="dxa"/>
            </w:tcMar>
            <w:vAlign w:val="center"/>
          </w:tcPr>
          <w:p w14:paraId="002FE49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486160AD"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5AC6B54C"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42614C8"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13F7ECEA"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29487F96" w14:textId="77777777" w:rsidR="0001782D" w:rsidRPr="00175D1B" w:rsidRDefault="00000000" w:rsidP="00AC6C95">
            <w:pPr>
              <w:spacing w:after="0" w:line="240" w:lineRule="auto"/>
              <w:ind w:left="630"/>
              <w:rPr>
                <w:rFonts w:ascii="Calibri" w:hAnsi="Calibri" w:cs="Calibri"/>
                <w:sz w:val="18"/>
                <w:szCs w:val="32"/>
              </w:rPr>
            </w:pPr>
            <w:hyperlink r:id="rId84" w:history="1">
              <w:r w:rsidRPr="00175D1B">
                <w:rPr>
                  <w:rFonts w:ascii="Calibri" w:eastAsia="Arial" w:hAnsi="Calibri" w:cs="Calibri"/>
                  <w:color w:val="0563C1"/>
                  <w:sz w:val="18"/>
                  <w:szCs w:val="32"/>
                  <w:u w:val="single"/>
                </w:rPr>
                <w:t>Related program page: Greek Life</w:t>
              </w:r>
            </w:hyperlink>
          </w:p>
          <w:p w14:paraId="5D536845" w14:textId="77777777" w:rsidR="0001782D" w:rsidRPr="00175D1B" w:rsidRDefault="00000000" w:rsidP="00AC6C95">
            <w:pPr>
              <w:spacing w:after="0" w:line="240" w:lineRule="auto"/>
              <w:ind w:left="630"/>
              <w:rPr>
                <w:rFonts w:ascii="Calibri" w:hAnsi="Calibri" w:cs="Calibri"/>
                <w:sz w:val="18"/>
                <w:szCs w:val="32"/>
              </w:rPr>
            </w:pPr>
            <w:hyperlink r:id="rId85" w:history="1">
              <w:r w:rsidRPr="00175D1B">
                <w:rPr>
                  <w:rFonts w:ascii="Calibri" w:eastAsia="Arial" w:hAnsi="Calibri" w:cs="Calibri"/>
                  <w:color w:val="0563C1"/>
                  <w:sz w:val="18"/>
                  <w:szCs w:val="32"/>
                  <w:u w:val="single"/>
                </w:rPr>
                <w:t>May contact Student Life</w:t>
              </w:r>
            </w:hyperlink>
          </w:p>
        </w:tc>
        <w:tc>
          <w:tcPr>
            <w:tcW w:w="2554" w:type="dxa"/>
            <w:shd w:val="clear" w:color="auto" w:fill="F7F7F7"/>
            <w:tcMar>
              <w:top w:w="35" w:type="dxa"/>
              <w:left w:w="45" w:type="dxa"/>
              <w:bottom w:w="35" w:type="dxa"/>
              <w:right w:w="45" w:type="dxa"/>
            </w:tcMar>
            <w:vAlign w:val="center"/>
          </w:tcPr>
          <w:p w14:paraId="63D4038B" w14:textId="77777777" w:rsidR="0001782D" w:rsidRPr="00175D1B" w:rsidRDefault="00000000" w:rsidP="00AC6C95">
            <w:pPr>
              <w:spacing w:after="0" w:line="240" w:lineRule="auto"/>
              <w:ind w:left="630"/>
              <w:rPr>
                <w:rFonts w:ascii="Calibri" w:hAnsi="Calibri" w:cs="Calibri"/>
                <w:sz w:val="18"/>
                <w:szCs w:val="32"/>
              </w:rPr>
            </w:pPr>
            <w:hyperlink r:id="rId86" w:history="1">
              <w:r w:rsidRPr="00175D1B">
                <w:rPr>
                  <w:rFonts w:ascii="Calibri" w:eastAsia="Arial" w:hAnsi="Calibri" w:cs="Calibri"/>
                  <w:color w:val="0563C1"/>
                  <w:sz w:val="18"/>
                  <w:szCs w:val="32"/>
                  <w:u w:val="single"/>
                </w:rPr>
                <w:t>https://www.se.edu/student-life/greek-life/</w:t>
              </w:r>
            </w:hyperlink>
          </w:p>
          <w:p w14:paraId="5798DB96" w14:textId="77777777" w:rsidR="0001782D" w:rsidRPr="00175D1B" w:rsidRDefault="00000000" w:rsidP="00AC6C95">
            <w:pPr>
              <w:spacing w:after="0" w:line="240" w:lineRule="auto"/>
              <w:ind w:left="630"/>
              <w:rPr>
                <w:rFonts w:ascii="Calibri" w:hAnsi="Calibri" w:cs="Calibri"/>
                <w:sz w:val="18"/>
                <w:szCs w:val="32"/>
              </w:rPr>
            </w:pPr>
            <w:hyperlink r:id="rId87" w:history="1">
              <w:r w:rsidRPr="00175D1B">
                <w:rPr>
                  <w:rFonts w:ascii="Calibri" w:eastAsia="Arial" w:hAnsi="Calibri" w:cs="Calibri"/>
                  <w:color w:val="0563C1"/>
                  <w:sz w:val="18"/>
                  <w:szCs w:val="32"/>
                  <w:u w:val="single"/>
                </w:rPr>
                <w:t>mailto:studentlife@se.edu</w:t>
              </w:r>
            </w:hyperlink>
          </w:p>
          <w:p w14:paraId="1E2CFF82" w14:textId="77777777" w:rsidR="0001782D" w:rsidRPr="00175D1B" w:rsidRDefault="00000000" w:rsidP="00AC6C95">
            <w:pPr>
              <w:spacing w:after="0" w:line="240" w:lineRule="auto"/>
              <w:ind w:left="630"/>
              <w:rPr>
                <w:rFonts w:ascii="Calibri" w:hAnsi="Calibri" w:cs="Calibri"/>
                <w:sz w:val="18"/>
                <w:szCs w:val="32"/>
              </w:rPr>
            </w:pPr>
            <w:hyperlink r:id="rId88" w:history="1">
              <w:r w:rsidRPr="00175D1B">
                <w:rPr>
                  <w:rFonts w:ascii="Calibri" w:eastAsia="Arial" w:hAnsi="Calibri" w:cs="Calibri"/>
                  <w:color w:val="0563C1"/>
                  <w:sz w:val="18"/>
                  <w:szCs w:val="32"/>
                  <w:u w:val="single"/>
                </w:rPr>
                <w:t>https://www.se.edu/student-life/</w:t>
              </w:r>
            </w:hyperlink>
          </w:p>
        </w:tc>
      </w:tr>
      <w:tr w:rsidR="00EF31EA" w:rsidRPr="00175D1B" w14:paraId="37291D01" w14:textId="77777777" w:rsidTr="00175D1B">
        <w:trPr>
          <w:cantSplit/>
          <w:jc w:val="center"/>
        </w:trPr>
        <w:tc>
          <w:tcPr>
            <w:tcW w:w="1764" w:type="dxa"/>
            <w:tcMar>
              <w:top w:w="35" w:type="dxa"/>
              <w:left w:w="45" w:type="dxa"/>
              <w:bottom w:w="35" w:type="dxa"/>
              <w:right w:w="45" w:type="dxa"/>
            </w:tcMar>
            <w:vAlign w:val="center"/>
          </w:tcPr>
          <w:p w14:paraId="67BF528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International Student Association</w:t>
            </w:r>
          </w:p>
        </w:tc>
        <w:tc>
          <w:tcPr>
            <w:tcW w:w="1279" w:type="dxa"/>
            <w:tcMar>
              <w:top w:w="35" w:type="dxa"/>
              <w:left w:w="45" w:type="dxa"/>
              <w:bottom w:w="35" w:type="dxa"/>
              <w:right w:w="45" w:type="dxa"/>
            </w:tcMar>
            <w:vAlign w:val="center"/>
          </w:tcPr>
          <w:p w14:paraId="31CCE08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1BCD6CD6" w14:textId="77777777" w:rsidR="00EF31EA" w:rsidRPr="00175D1B" w:rsidRDefault="00EF31EA" w:rsidP="00AC6C95">
            <w:pPr>
              <w:spacing w:after="0" w:line="240" w:lineRule="auto"/>
              <w:ind w:left="630"/>
              <w:rPr>
                <w:rFonts w:ascii="Calibri" w:hAnsi="Calibri" w:cs="Calibri"/>
                <w:sz w:val="18"/>
                <w:szCs w:val="32"/>
              </w:rPr>
            </w:pPr>
            <w:hyperlink r:id="rId89">
              <w:r w:rsidRPr="00175D1B">
                <w:rPr>
                  <w:rFonts w:ascii="Calibri" w:hAnsi="Calibri" w:cs="Calibri"/>
                  <w:color w:val="0563C1"/>
                  <w:sz w:val="18"/>
                  <w:szCs w:val="32"/>
                  <w:u w:val="single"/>
                </w:rPr>
                <w:t>Instagram: @international_se</w:t>
              </w:r>
            </w:hyperlink>
          </w:p>
        </w:tc>
        <w:tc>
          <w:tcPr>
            <w:tcW w:w="1507" w:type="dxa"/>
            <w:tcMar>
              <w:top w:w="35" w:type="dxa"/>
              <w:left w:w="45" w:type="dxa"/>
              <w:bottom w:w="35" w:type="dxa"/>
              <w:right w:w="45" w:type="dxa"/>
            </w:tcMar>
            <w:vAlign w:val="center"/>
          </w:tcPr>
          <w:p w14:paraId="32D51B85"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48D85A0"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44C0977"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6413F8DD" w14:textId="77777777" w:rsidR="0001782D" w:rsidRPr="00175D1B" w:rsidRDefault="00000000" w:rsidP="00AC6C95">
            <w:pPr>
              <w:spacing w:after="0" w:line="240" w:lineRule="auto"/>
              <w:ind w:left="630"/>
              <w:rPr>
                <w:rFonts w:ascii="Calibri" w:hAnsi="Calibri" w:cs="Calibri"/>
                <w:sz w:val="18"/>
                <w:szCs w:val="32"/>
              </w:rPr>
            </w:pPr>
            <w:hyperlink r:id="rId90" w:history="1">
              <w:r w:rsidRPr="00175D1B">
                <w:rPr>
                  <w:rFonts w:ascii="Calibri" w:eastAsia="Arial" w:hAnsi="Calibri" w:cs="Calibri"/>
                  <w:color w:val="0563C1"/>
                  <w:sz w:val="18"/>
                  <w:szCs w:val="32"/>
                  <w:u w:val="single"/>
                </w:rPr>
                <w:t>Related department page: International Student Services</w:t>
              </w:r>
            </w:hyperlink>
          </w:p>
        </w:tc>
        <w:tc>
          <w:tcPr>
            <w:tcW w:w="2554" w:type="dxa"/>
            <w:tcMar>
              <w:top w:w="35" w:type="dxa"/>
              <w:left w:w="45" w:type="dxa"/>
              <w:bottom w:w="35" w:type="dxa"/>
              <w:right w:w="45" w:type="dxa"/>
            </w:tcMar>
            <w:vAlign w:val="center"/>
          </w:tcPr>
          <w:p w14:paraId="6D3F1FEE" w14:textId="77777777" w:rsidR="0001782D" w:rsidRPr="00175D1B" w:rsidRDefault="00000000" w:rsidP="00AC6C95">
            <w:pPr>
              <w:spacing w:after="0" w:line="240" w:lineRule="auto"/>
              <w:ind w:left="630"/>
              <w:rPr>
                <w:rFonts w:ascii="Calibri" w:hAnsi="Calibri" w:cs="Calibri"/>
                <w:sz w:val="18"/>
                <w:szCs w:val="32"/>
              </w:rPr>
            </w:pPr>
            <w:hyperlink r:id="rId91" w:history="1">
              <w:r w:rsidRPr="00175D1B">
                <w:rPr>
                  <w:rFonts w:ascii="Calibri" w:eastAsia="Arial" w:hAnsi="Calibri" w:cs="Calibri"/>
                  <w:color w:val="0563C1"/>
                  <w:sz w:val="18"/>
                  <w:szCs w:val="32"/>
                  <w:u w:val="single"/>
                </w:rPr>
                <w:t>https://www.instagram.com/international_se/</w:t>
              </w:r>
            </w:hyperlink>
          </w:p>
          <w:p w14:paraId="29B8F203" w14:textId="77777777" w:rsidR="0001782D" w:rsidRPr="00175D1B" w:rsidRDefault="00000000" w:rsidP="00AC6C95">
            <w:pPr>
              <w:spacing w:after="0" w:line="240" w:lineRule="auto"/>
              <w:ind w:left="630"/>
              <w:rPr>
                <w:rFonts w:ascii="Calibri" w:hAnsi="Calibri" w:cs="Calibri"/>
                <w:sz w:val="18"/>
                <w:szCs w:val="32"/>
              </w:rPr>
            </w:pPr>
            <w:hyperlink r:id="rId92" w:history="1">
              <w:r w:rsidRPr="00175D1B">
                <w:rPr>
                  <w:rFonts w:ascii="Calibri" w:eastAsia="Arial" w:hAnsi="Calibri" w:cs="Calibri"/>
                  <w:color w:val="0563C1"/>
                  <w:sz w:val="18"/>
                  <w:szCs w:val="32"/>
                  <w:u w:val="single"/>
                </w:rPr>
                <w:t>https://www.se.edu/international-student/</w:t>
              </w:r>
            </w:hyperlink>
          </w:p>
        </w:tc>
      </w:tr>
      <w:tr w:rsidR="00EF31EA" w:rsidRPr="00175D1B" w14:paraId="2B831A65" w14:textId="77777777" w:rsidTr="00175D1B">
        <w:trPr>
          <w:cantSplit/>
          <w:jc w:val="center"/>
        </w:trPr>
        <w:tc>
          <w:tcPr>
            <w:tcW w:w="1764" w:type="dxa"/>
            <w:shd w:val="clear" w:color="auto" w:fill="F7F7F7"/>
            <w:tcMar>
              <w:top w:w="35" w:type="dxa"/>
              <w:left w:w="45" w:type="dxa"/>
              <w:bottom w:w="35" w:type="dxa"/>
              <w:right w:w="45" w:type="dxa"/>
            </w:tcMar>
            <w:vAlign w:val="center"/>
          </w:tcPr>
          <w:p w14:paraId="3F4A86E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Jazz Ensemble</w:t>
            </w:r>
          </w:p>
        </w:tc>
        <w:tc>
          <w:tcPr>
            <w:tcW w:w="1279" w:type="dxa"/>
            <w:shd w:val="clear" w:color="auto" w:fill="F7F7F7"/>
            <w:tcMar>
              <w:top w:w="35" w:type="dxa"/>
              <w:left w:w="45" w:type="dxa"/>
              <w:bottom w:w="35" w:type="dxa"/>
              <w:right w:w="45" w:type="dxa"/>
            </w:tcMar>
            <w:vAlign w:val="center"/>
          </w:tcPr>
          <w:p w14:paraId="2925459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5EAD818"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6D70D354"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C6829B7"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6315100B" w14:textId="77777777" w:rsidR="0001782D" w:rsidRPr="00175D1B" w:rsidRDefault="00000000" w:rsidP="00AC6C95">
            <w:pPr>
              <w:spacing w:after="0" w:line="240" w:lineRule="auto"/>
              <w:ind w:left="630"/>
              <w:rPr>
                <w:rFonts w:ascii="Calibri" w:hAnsi="Calibri" w:cs="Calibri"/>
                <w:sz w:val="18"/>
                <w:szCs w:val="32"/>
              </w:rPr>
            </w:pPr>
            <w:hyperlink r:id="rId93" w:history="1">
              <w:r w:rsidRPr="00175D1B">
                <w:rPr>
                  <w:rFonts w:ascii="Calibri" w:eastAsia="Arial" w:hAnsi="Calibri" w:cs="Calibri"/>
                  <w:color w:val="0563C1"/>
                  <w:sz w:val="18"/>
                  <w:szCs w:val="32"/>
                  <w:u w:val="single"/>
                </w:rPr>
                <w:t>Performing Ensembles page</w:t>
              </w:r>
            </w:hyperlink>
          </w:p>
        </w:tc>
        <w:tc>
          <w:tcPr>
            <w:tcW w:w="2844" w:type="dxa"/>
            <w:shd w:val="clear" w:color="auto" w:fill="F7F7F7"/>
            <w:tcMar>
              <w:top w:w="35" w:type="dxa"/>
              <w:left w:w="45" w:type="dxa"/>
              <w:bottom w:w="35" w:type="dxa"/>
              <w:right w:w="45" w:type="dxa"/>
            </w:tcMar>
            <w:vAlign w:val="center"/>
          </w:tcPr>
          <w:p w14:paraId="3A156989"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627E8A0E" w14:textId="77777777" w:rsidR="0001782D" w:rsidRPr="00175D1B" w:rsidRDefault="00000000" w:rsidP="00AC6C95">
            <w:pPr>
              <w:spacing w:after="0" w:line="240" w:lineRule="auto"/>
              <w:ind w:left="630"/>
              <w:rPr>
                <w:rFonts w:ascii="Calibri" w:hAnsi="Calibri" w:cs="Calibri"/>
                <w:sz w:val="18"/>
                <w:szCs w:val="32"/>
              </w:rPr>
            </w:pPr>
            <w:hyperlink r:id="rId94" w:history="1">
              <w:r w:rsidRPr="00175D1B">
                <w:rPr>
                  <w:rFonts w:ascii="Calibri" w:eastAsia="Arial" w:hAnsi="Calibri" w:cs="Calibri"/>
                  <w:color w:val="0563C1"/>
                  <w:sz w:val="18"/>
                  <w:szCs w:val="32"/>
                  <w:u w:val="single"/>
                </w:rPr>
                <w:t>https://www.se.edu/music/performing-ensembles/</w:t>
              </w:r>
            </w:hyperlink>
          </w:p>
        </w:tc>
      </w:tr>
      <w:tr w:rsidR="00EF31EA" w:rsidRPr="00175D1B" w14:paraId="260148DA" w14:textId="77777777" w:rsidTr="00175D1B">
        <w:trPr>
          <w:cantSplit/>
          <w:jc w:val="center"/>
        </w:trPr>
        <w:tc>
          <w:tcPr>
            <w:tcW w:w="1764" w:type="dxa"/>
            <w:tcMar>
              <w:top w:w="35" w:type="dxa"/>
              <w:left w:w="45" w:type="dxa"/>
              <w:bottom w:w="35" w:type="dxa"/>
              <w:right w:w="45" w:type="dxa"/>
            </w:tcMar>
            <w:vAlign w:val="center"/>
          </w:tcPr>
          <w:p w14:paraId="5F987054"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 xml:space="preserve">Kappa </w:t>
            </w:r>
            <w:proofErr w:type="spellStart"/>
            <w:r w:rsidRPr="00175D1B">
              <w:rPr>
                <w:rFonts w:ascii="Calibri" w:eastAsia="Arial" w:hAnsi="Calibri" w:cs="Calibri"/>
                <w:b/>
                <w:sz w:val="18"/>
                <w:szCs w:val="32"/>
              </w:rPr>
              <w:t>Kappa</w:t>
            </w:r>
            <w:proofErr w:type="spellEnd"/>
            <w:r w:rsidRPr="00175D1B">
              <w:rPr>
                <w:rFonts w:ascii="Calibri" w:eastAsia="Arial" w:hAnsi="Calibri" w:cs="Calibri"/>
                <w:b/>
                <w:sz w:val="18"/>
                <w:szCs w:val="32"/>
              </w:rPr>
              <w:t xml:space="preserve"> Psi, Eta Nu</w:t>
            </w:r>
          </w:p>
        </w:tc>
        <w:tc>
          <w:tcPr>
            <w:tcW w:w="1279" w:type="dxa"/>
            <w:tcMar>
              <w:top w:w="35" w:type="dxa"/>
              <w:left w:w="45" w:type="dxa"/>
              <w:bottom w:w="35" w:type="dxa"/>
              <w:right w:w="45" w:type="dxa"/>
            </w:tcMar>
            <w:vAlign w:val="center"/>
          </w:tcPr>
          <w:p w14:paraId="761A25F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642FAB07" w14:textId="77777777" w:rsidR="00EF31EA" w:rsidRPr="00175D1B" w:rsidRDefault="00EF31EA" w:rsidP="00AC6C95">
            <w:pPr>
              <w:spacing w:after="0" w:line="240" w:lineRule="auto"/>
              <w:ind w:left="630"/>
              <w:rPr>
                <w:rFonts w:ascii="Calibri" w:hAnsi="Calibri" w:cs="Calibri"/>
                <w:sz w:val="18"/>
                <w:szCs w:val="32"/>
              </w:rPr>
            </w:pPr>
            <w:hyperlink r:id="rId95">
              <w:r w:rsidRPr="00175D1B">
                <w:rPr>
                  <w:rFonts w:ascii="Calibri" w:hAnsi="Calibri" w:cs="Calibri"/>
                  <w:color w:val="0563C1"/>
                  <w:sz w:val="18"/>
                  <w:szCs w:val="32"/>
                  <w:u w:val="single"/>
                </w:rPr>
                <w:t>Instagram: @eta_nu_kkpsi</w:t>
              </w:r>
            </w:hyperlink>
          </w:p>
        </w:tc>
        <w:tc>
          <w:tcPr>
            <w:tcW w:w="1507" w:type="dxa"/>
            <w:tcMar>
              <w:top w:w="35" w:type="dxa"/>
              <w:left w:w="45" w:type="dxa"/>
              <w:bottom w:w="35" w:type="dxa"/>
              <w:right w:w="45" w:type="dxa"/>
            </w:tcMar>
            <w:vAlign w:val="center"/>
          </w:tcPr>
          <w:p w14:paraId="13C12933" w14:textId="77777777" w:rsidR="00EF31EA" w:rsidRPr="00175D1B" w:rsidRDefault="00EF31EA" w:rsidP="00AC6C95">
            <w:pPr>
              <w:spacing w:after="0" w:line="240" w:lineRule="auto"/>
              <w:ind w:left="630"/>
              <w:rPr>
                <w:rFonts w:ascii="Calibri" w:hAnsi="Calibri" w:cs="Calibri"/>
                <w:sz w:val="18"/>
                <w:szCs w:val="32"/>
              </w:rPr>
            </w:pPr>
            <w:hyperlink r:id="rId96">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74565474"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2EF2D88F"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356AA783"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57A923F5" w14:textId="77777777" w:rsidR="0001782D" w:rsidRPr="00175D1B" w:rsidRDefault="00000000" w:rsidP="00AC6C95">
            <w:pPr>
              <w:spacing w:after="0" w:line="240" w:lineRule="auto"/>
              <w:ind w:left="630"/>
              <w:rPr>
                <w:rFonts w:ascii="Calibri" w:hAnsi="Calibri" w:cs="Calibri"/>
                <w:sz w:val="18"/>
                <w:szCs w:val="32"/>
              </w:rPr>
            </w:pPr>
            <w:hyperlink r:id="rId97" w:history="1">
              <w:r w:rsidRPr="00175D1B">
                <w:rPr>
                  <w:rFonts w:ascii="Calibri" w:eastAsia="Arial" w:hAnsi="Calibri" w:cs="Calibri"/>
                  <w:color w:val="0563C1"/>
                  <w:sz w:val="18"/>
                  <w:szCs w:val="32"/>
                  <w:u w:val="single"/>
                </w:rPr>
                <w:t>https://www.facebook.com/kkpsietanu/</w:t>
              </w:r>
            </w:hyperlink>
          </w:p>
          <w:p w14:paraId="0ED53FE7" w14:textId="77777777" w:rsidR="0001782D" w:rsidRPr="00175D1B" w:rsidRDefault="00000000" w:rsidP="00AC6C95">
            <w:pPr>
              <w:spacing w:after="0" w:line="240" w:lineRule="auto"/>
              <w:ind w:left="630"/>
              <w:rPr>
                <w:rFonts w:ascii="Calibri" w:hAnsi="Calibri" w:cs="Calibri"/>
                <w:sz w:val="18"/>
                <w:szCs w:val="32"/>
              </w:rPr>
            </w:pPr>
            <w:hyperlink r:id="rId98" w:history="1">
              <w:r w:rsidRPr="00175D1B">
                <w:rPr>
                  <w:rFonts w:ascii="Calibri" w:eastAsia="Arial" w:hAnsi="Calibri" w:cs="Calibri"/>
                  <w:color w:val="0563C1"/>
                  <w:sz w:val="18"/>
                  <w:szCs w:val="32"/>
                  <w:u w:val="single"/>
                </w:rPr>
                <w:t>https://www.instagram.com/eta_nu_kkpsi/</w:t>
              </w:r>
            </w:hyperlink>
          </w:p>
        </w:tc>
      </w:tr>
      <w:tr w:rsidR="00EF31EA" w:rsidRPr="00175D1B" w14:paraId="18200B48" w14:textId="77777777" w:rsidTr="00175D1B">
        <w:trPr>
          <w:cantSplit/>
          <w:jc w:val="center"/>
        </w:trPr>
        <w:tc>
          <w:tcPr>
            <w:tcW w:w="1764" w:type="dxa"/>
            <w:shd w:val="clear" w:color="auto" w:fill="F7F7F7"/>
            <w:tcMar>
              <w:top w:w="35" w:type="dxa"/>
              <w:left w:w="45" w:type="dxa"/>
              <w:bottom w:w="35" w:type="dxa"/>
              <w:right w:w="45" w:type="dxa"/>
            </w:tcMar>
            <w:vAlign w:val="center"/>
          </w:tcPr>
          <w:p w14:paraId="1A54950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KSSU 91.9 FM / U92</w:t>
            </w:r>
          </w:p>
        </w:tc>
        <w:tc>
          <w:tcPr>
            <w:tcW w:w="1279" w:type="dxa"/>
            <w:shd w:val="clear" w:color="auto" w:fill="F7F7F7"/>
            <w:tcMar>
              <w:top w:w="35" w:type="dxa"/>
              <w:left w:w="45" w:type="dxa"/>
              <w:bottom w:w="35" w:type="dxa"/>
              <w:right w:w="45" w:type="dxa"/>
            </w:tcMar>
            <w:vAlign w:val="center"/>
          </w:tcPr>
          <w:p w14:paraId="39E72D54"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74C2B0ED" w14:textId="77777777" w:rsidR="00EF31EA" w:rsidRPr="00175D1B" w:rsidRDefault="00EF31EA" w:rsidP="00AC6C95">
            <w:pPr>
              <w:spacing w:after="0" w:line="240" w:lineRule="auto"/>
              <w:ind w:left="630"/>
              <w:rPr>
                <w:rFonts w:ascii="Calibri" w:hAnsi="Calibri" w:cs="Calibri"/>
                <w:sz w:val="18"/>
                <w:szCs w:val="32"/>
              </w:rPr>
            </w:pPr>
            <w:hyperlink r:id="rId99">
              <w:r w:rsidRPr="00175D1B">
                <w:rPr>
                  <w:rFonts w:ascii="Calibri" w:hAnsi="Calibri" w:cs="Calibri"/>
                  <w:color w:val="0563C1"/>
                  <w:sz w:val="18"/>
                  <w:szCs w:val="32"/>
                  <w:u w:val="single"/>
                </w:rPr>
                <w:t>Instagram: @kssu92</w:t>
              </w:r>
            </w:hyperlink>
          </w:p>
        </w:tc>
        <w:tc>
          <w:tcPr>
            <w:tcW w:w="1507" w:type="dxa"/>
            <w:shd w:val="clear" w:color="auto" w:fill="F7F7F7"/>
            <w:tcMar>
              <w:top w:w="35" w:type="dxa"/>
              <w:left w:w="45" w:type="dxa"/>
              <w:bottom w:w="35" w:type="dxa"/>
              <w:right w:w="45" w:type="dxa"/>
            </w:tcMar>
            <w:vAlign w:val="center"/>
          </w:tcPr>
          <w:p w14:paraId="6C0A63E3" w14:textId="77777777" w:rsidR="00EF31EA" w:rsidRPr="00175D1B" w:rsidRDefault="00EF31EA" w:rsidP="00AC6C95">
            <w:pPr>
              <w:spacing w:after="0" w:line="240" w:lineRule="auto"/>
              <w:ind w:left="630"/>
              <w:rPr>
                <w:rFonts w:ascii="Calibri" w:hAnsi="Calibri" w:cs="Calibri"/>
                <w:sz w:val="18"/>
                <w:szCs w:val="32"/>
              </w:rPr>
            </w:pPr>
            <w:hyperlink r:id="rId100">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65A6FBF7" w14:textId="77777777" w:rsidR="00EF31EA" w:rsidRPr="00175D1B" w:rsidRDefault="00EF31EA" w:rsidP="00AC6C95">
            <w:pPr>
              <w:spacing w:after="0" w:line="240" w:lineRule="auto"/>
              <w:ind w:left="630"/>
              <w:rPr>
                <w:rFonts w:ascii="Calibri" w:hAnsi="Calibri" w:cs="Calibri"/>
                <w:sz w:val="18"/>
                <w:szCs w:val="32"/>
              </w:rPr>
            </w:pPr>
            <w:hyperlink r:id="rId101">
              <w:r w:rsidRPr="00175D1B">
                <w:rPr>
                  <w:rFonts w:ascii="Calibri" w:hAnsi="Calibri" w:cs="Calibri"/>
                  <w:color w:val="0563C1"/>
                  <w:sz w:val="18"/>
                  <w:szCs w:val="32"/>
                  <w:u w:val="single"/>
                </w:rPr>
                <w:t>X: @TheStorm919</w:t>
              </w:r>
            </w:hyperlink>
          </w:p>
        </w:tc>
        <w:tc>
          <w:tcPr>
            <w:tcW w:w="1727" w:type="dxa"/>
            <w:shd w:val="clear" w:color="auto" w:fill="F7F7F7"/>
            <w:tcMar>
              <w:top w:w="35" w:type="dxa"/>
              <w:left w:w="45" w:type="dxa"/>
              <w:bottom w:w="35" w:type="dxa"/>
              <w:right w:w="45" w:type="dxa"/>
            </w:tcMar>
            <w:vAlign w:val="center"/>
          </w:tcPr>
          <w:p w14:paraId="521D205A" w14:textId="77777777" w:rsidR="00EF31EA" w:rsidRPr="00175D1B" w:rsidRDefault="00EF31EA" w:rsidP="00AC6C95">
            <w:pPr>
              <w:spacing w:after="0" w:line="240" w:lineRule="auto"/>
              <w:ind w:left="630"/>
              <w:rPr>
                <w:rFonts w:ascii="Calibri" w:hAnsi="Calibri" w:cs="Calibri"/>
                <w:sz w:val="18"/>
                <w:szCs w:val="32"/>
              </w:rPr>
            </w:pPr>
            <w:hyperlink r:id="rId102">
              <w:r w:rsidRPr="00175D1B">
                <w:rPr>
                  <w:rFonts w:ascii="Calibri" w:hAnsi="Calibri" w:cs="Calibri"/>
                  <w:color w:val="0563C1"/>
                  <w:sz w:val="18"/>
                  <w:szCs w:val="32"/>
                  <w:u w:val="single"/>
                </w:rPr>
                <w:t>Station page</w:t>
              </w:r>
            </w:hyperlink>
          </w:p>
        </w:tc>
        <w:tc>
          <w:tcPr>
            <w:tcW w:w="2844" w:type="dxa"/>
            <w:shd w:val="clear" w:color="auto" w:fill="F7F7F7"/>
            <w:tcMar>
              <w:top w:w="35" w:type="dxa"/>
              <w:left w:w="45" w:type="dxa"/>
              <w:bottom w:w="35" w:type="dxa"/>
              <w:right w:w="45" w:type="dxa"/>
            </w:tcMar>
            <w:vAlign w:val="center"/>
          </w:tcPr>
          <w:p w14:paraId="426EEC92"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347668A5" w14:textId="77777777" w:rsidR="0001782D" w:rsidRPr="00175D1B" w:rsidRDefault="00000000" w:rsidP="00AC6C95">
            <w:pPr>
              <w:spacing w:after="0" w:line="240" w:lineRule="auto"/>
              <w:ind w:left="630"/>
              <w:rPr>
                <w:rFonts w:ascii="Calibri" w:hAnsi="Calibri" w:cs="Calibri"/>
                <w:sz w:val="18"/>
                <w:szCs w:val="32"/>
              </w:rPr>
            </w:pPr>
            <w:hyperlink r:id="rId103" w:history="1">
              <w:r w:rsidRPr="00175D1B">
                <w:rPr>
                  <w:rFonts w:ascii="Calibri" w:eastAsia="Arial" w:hAnsi="Calibri" w:cs="Calibri"/>
                  <w:color w:val="0563C1"/>
                  <w:sz w:val="18"/>
                  <w:szCs w:val="32"/>
                  <w:u w:val="single"/>
                </w:rPr>
                <w:t>https://www.facebook.com/KSSU92FM</w:t>
              </w:r>
            </w:hyperlink>
          </w:p>
          <w:p w14:paraId="3D993FFC" w14:textId="77777777" w:rsidR="0001782D" w:rsidRPr="00175D1B" w:rsidRDefault="00000000" w:rsidP="00AC6C95">
            <w:pPr>
              <w:spacing w:after="0" w:line="240" w:lineRule="auto"/>
              <w:ind w:left="630"/>
              <w:rPr>
                <w:rFonts w:ascii="Calibri" w:hAnsi="Calibri" w:cs="Calibri"/>
                <w:sz w:val="18"/>
                <w:szCs w:val="32"/>
              </w:rPr>
            </w:pPr>
            <w:hyperlink r:id="rId104" w:history="1">
              <w:r w:rsidRPr="00175D1B">
                <w:rPr>
                  <w:rFonts w:ascii="Calibri" w:eastAsia="Arial" w:hAnsi="Calibri" w:cs="Calibri"/>
                  <w:color w:val="0563C1"/>
                  <w:sz w:val="18"/>
                  <w:szCs w:val="32"/>
                  <w:u w:val="single"/>
                </w:rPr>
                <w:t>https://www.instagram.com/kssu92/</w:t>
              </w:r>
            </w:hyperlink>
          </w:p>
          <w:p w14:paraId="3B38694F" w14:textId="77777777" w:rsidR="0001782D" w:rsidRPr="00175D1B" w:rsidRDefault="00000000" w:rsidP="00AC6C95">
            <w:pPr>
              <w:spacing w:after="0" w:line="240" w:lineRule="auto"/>
              <w:ind w:left="630"/>
              <w:rPr>
                <w:rFonts w:ascii="Calibri" w:hAnsi="Calibri" w:cs="Calibri"/>
                <w:sz w:val="18"/>
                <w:szCs w:val="32"/>
              </w:rPr>
            </w:pPr>
            <w:hyperlink r:id="rId105" w:history="1">
              <w:r w:rsidRPr="00175D1B">
                <w:rPr>
                  <w:rFonts w:ascii="Calibri" w:eastAsia="Arial" w:hAnsi="Calibri" w:cs="Calibri"/>
                  <w:color w:val="0563C1"/>
                  <w:sz w:val="18"/>
                  <w:szCs w:val="32"/>
                  <w:u w:val="single"/>
                </w:rPr>
                <w:t>https://www.se.edu/kssu-u92-fm/</w:t>
              </w:r>
            </w:hyperlink>
          </w:p>
          <w:p w14:paraId="7E2CCF77" w14:textId="77777777" w:rsidR="0001782D" w:rsidRPr="00175D1B" w:rsidRDefault="00000000" w:rsidP="00AC6C95">
            <w:pPr>
              <w:spacing w:after="0" w:line="240" w:lineRule="auto"/>
              <w:ind w:left="630"/>
              <w:rPr>
                <w:rFonts w:ascii="Calibri" w:hAnsi="Calibri" w:cs="Calibri"/>
                <w:sz w:val="18"/>
                <w:szCs w:val="32"/>
              </w:rPr>
            </w:pPr>
            <w:hyperlink r:id="rId106" w:history="1">
              <w:r w:rsidRPr="00175D1B">
                <w:rPr>
                  <w:rFonts w:ascii="Calibri" w:eastAsia="Arial" w:hAnsi="Calibri" w:cs="Calibri"/>
                  <w:color w:val="0563C1"/>
                  <w:sz w:val="18"/>
                  <w:szCs w:val="32"/>
                  <w:u w:val="single"/>
                </w:rPr>
                <w:t>https://x.com/TheStorm919</w:t>
              </w:r>
            </w:hyperlink>
          </w:p>
        </w:tc>
      </w:tr>
      <w:tr w:rsidR="00EF31EA" w:rsidRPr="00175D1B" w14:paraId="4CC97A9C" w14:textId="77777777" w:rsidTr="00175D1B">
        <w:trPr>
          <w:cantSplit/>
          <w:jc w:val="center"/>
        </w:trPr>
        <w:tc>
          <w:tcPr>
            <w:tcW w:w="1764" w:type="dxa"/>
            <w:tcMar>
              <w:top w:w="35" w:type="dxa"/>
              <w:left w:w="45" w:type="dxa"/>
              <w:bottom w:w="35" w:type="dxa"/>
              <w:right w:w="45" w:type="dxa"/>
            </w:tcMar>
            <w:vAlign w:val="center"/>
          </w:tcPr>
          <w:p w14:paraId="205D972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Line Dancing Club</w:t>
            </w:r>
          </w:p>
        </w:tc>
        <w:tc>
          <w:tcPr>
            <w:tcW w:w="1279" w:type="dxa"/>
            <w:tcMar>
              <w:top w:w="35" w:type="dxa"/>
              <w:left w:w="45" w:type="dxa"/>
              <w:bottom w:w="35" w:type="dxa"/>
              <w:right w:w="45" w:type="dxa"/>
            </w:tcMar>
            <w:vAlign w:val="center"/>
          </w:tcPr>
          <w:p w14:paraId="417CB6B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687B6F5D" w14:textId="77777777" w:rsidR="00EF31EA" w:rsidRPr="00175D1B" w:rsidRDefault="00EF31EA" w:rsidP="00AC6C95">
            <w:pPr>
              <w:spacing w:after="0" w:line="240" w:lineRule="auto"/>
              <w:ind w:left="630"/>
              <w:rPr>
                <w:rFonts w:ascii="Calibri" w:hAnsi="Calibri" w:cs="Calibri"/>
                <w:sz w:val="18"/>
                <w:szCs w:val="32"/>
              </w:rPr>
            </w:pPr>
            <w:hyperlink r:id="rId107">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sosu.line</w:t>
              </w:r>
              <w:proofErr w:type="gramEnd"/>
              <w:r w:rsidRPr="00175D1B">
                <w:rPr>
                  <w:rFonts w:ascii="Calibri" w:hAnsi="Calibri" w:cs="Calibri"/>
                  <w:color w:val="0563C1"/>
                  <w:sz w:val="18"/>
                  <w:szCs w:val="32"/>
                  <w:u w:val="single"/>
                </w:rPr>
                <w:t>.dancing</w:t>
              </w:r>
            </w:hyperlink>
          </w:p>
        </w:tc>
        <w:tc>
          <w:tcPr>
            <w:tcW w:w="1507" w:type="dxa"/>
            <w:tcMar>
              <w:top w:w="35" w:type="dxa"/>
              <w:left w:w="45" w:type="dxa"/>
              <w:bottom w:w="35" w:type="dxa"/>
              <w:right w:w="45" w:type="dxa"/>
            </w:tcMar>
            <w:vAlign w:val="center"/>
          </w:tcPr>
          <w:p w14:paraId="626C228B"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69760D94"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0F3D3DC"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55138ABE"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69BE838C" w14:textId="77777777" w:rsidR="0001782D" w:rsidRPr="00175D1B" w:rsidRDefault="00000000" w:rsidP="00AC6C95">
            <w:pPr>
              <w:spacing w:after="0" w:line="240" w:lineRule="auto"/>
              <w:ind w:left="630"/>
              <w:rPr>
                <w:rFonts w:ascii="Calibri" w:hAnsi="Calibri" w:cs="Calibri"/>
                <w:sz w:val="18"/>
                <w:szCs w:val="32"/>
              </w:rPr>
            </w:pPr>
            <w:hyperlink r:id="rId108" w:history="1">
              <w:r w:rsidRPr="00175D1B">
                <w:rPr>
                  <w:rFonts w:ascii="Calibri" w:eastAsia="Arial" w:hAnsi="Calibri" w:cs="Calibri"/>
                  <w:color w:val="0563C1"/>
                  <w:sz w:val="18"/>
                  <w:szCs w:val="32"/>
                  <w:u w:val="single"/>
                </w:rPr>
                <w:t>https://www.instagram.com/sosu.line.dancing/</w:t>
              </w:r>
            </w:hyperlink>
          </w:p>
        </w:tc>
      </w:tr>
      <w:tr w:rsidR="00EF31EA" w:rsidRPr="00175D1B" w14:paraId="7378D46C" w14:textId="77777777" w:rsidTr="00175D1B">
        <w:trPr>
          <w:cantSplit/>
          <w:jc w:val="center"/>
        </w:trPr>
        <w:tc>
          <w:tcPr>
            <w:tcW w:w="1764" w:type="dxa"/>
            <w:shd w:val="clear" w:color="auto" w:fill="F7F7F7"/>
            <w:tcMar>
              <w:top w:w="35" w:type="dxa"/>
              <w:left w:w="45" w:type="dxa"/>
              <w:bottom w:w="35" w:type="dxa"/>
              <w:right w:w="45" w:type="dxa"/>
            </w:tcMar>
            <w:vAlign w:val="center"/>
          </w:tcPr>
          <w:p w14:paraId="687189F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Mascot Team</w:t>
            </w:r>
          </w:p>
        </w:tc>
        <w:tc>
          <w:tcPr>
            <w:tcW w:w="1279" w:type="dxa"/>
            <w:shd w:val="clear" w:color="auto" w:fill="F7F7F7"/>
            <w:tcMar>
              <w:top w:w="35" w:type="dxa"/>
              <w:left w:w="45" w:type="dxa"/>
              <w:bottom w:w="35" w:type="dxa"/>
              <w:right w:w="45" w:type="dxa"/>
            </w:tcMar>
            <w:vAlign w:val="center"/>
          </w:tcPr>
          <w:p w14:paraId="66C693A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6B1B8672"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1A01AB44"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4D142040"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18261B35"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08EE7F92" w14:textId="77777777" w:rsidR="0001782D" w:rsidRPr="00175D1B" w:rsidRDefault="00000000" w:rsidP="00AC6C95">
            <w:pPr>
              <w:spacing w:after="0" w:line="240" w:lineRule="auto"/>
              <w:ind w:left="630"/>
              <w:rPr>
                <w:rFonts w:ascii="Calibri" w:hAnsi="Calibri" w:cs="Calibri"/>
                <w:sz w:val="18"/>
                <w:szCs w:val="32"/>
              </w:rPr>
            </w:pPr>
            <w:hyperlink r:id="rId109" w:history="1">
              <w:r w:rsidRPr="00175D1B">
                <w:rPr>
                  <w:rFonts w:ascii="Calibri" w:eastAsia="Arial" w:hAnsi="Calibri" w:cs="Calibri"/>
                  <w:color w:val="0563C1"/>
                  <w:sz w:val="18"/>
                  <w:szCs w:val="32"/>
                  <w:u w:val="single"/>
                </w:rPr>
                <w:t>Related department page: Southeastern Athletics</w:t>
              </w:r>
            </w:hyperlink>
          </w:p>
        </w:tc>
        <w:tc>
          <w:tcPr>
            <w:tcW w:w="2554" w:type="dxa"/>
            <w:shd w:val="clear" w:color="auto" w:fill="F7F7F7"/>
            <w:tcMar>
              <w:top w:w="35" w:type="dxa"/>
              <w:left w:w="45" w:type="dxa"/>
              <w:bottom w:w="35" w:type="dxa"/>
              <w:right w:w="45" w:type="dxa"/>
            </w:tcMar>
            <w:vAlign w:val="center"/>
          </w:tcPr>
          <w:p w14:paraId="40A0CA2C" w14:textId="77777777" w:rsidR="0001782D" w:rsidRPr="00175D1B" w:rsidRDefault="00000000" w:rsidP="00AC6C95">
            <w:pPr>
              <w:spacing w:after="0" w:line="240" w:lineRule="auto"/>
              <w:ind w:left="630"/>
              <w:rPr>
                <w:rFonts w:ascii="Calibri" w:hAnsi="Calibri" w:cs="Calibri"/>
                <w:sz w:val="18"/>
                <w:szCs w:val="32"/>
              </w:rPr>
            </w:pPr>
            <w:hyperlink r:id="rId110" w:history="1">
              <w:r w:rsidRPr="00175D1B">
                <w:rPr>
                  <w:rFonts w:ascii="Calibri" w:eastAsia="Arial" w:hAnsi="Calibri" w:cs="Calibri"/>
                  <w:color w:val="0563C1"/>
                  <w:sz w:val="18"/>
                  <w:szCs w:val="32"/>
                  <w:u w:val="single"/>
                </w:rPr>
                <w:t>https://gosoutheastern.com/</w:t>
              </w:r>
            </w:hyperlink>
          </w:p>
        </w:tc>
      </w:tr>
      <w:tr w:rsidR="00EF31EA" w:rsidRPr="00175D1B" w14:paraId="71468881" w14:textId="77777777" w:rsidTr="00175D1B">
        <w:trPr>
          <w:cantSplit/>
          <w:jc w:val="center"/>
        </w:trPr>
        <w:tc>
          <w:tcPr>
            <w:tcW w:w="1764" w:type="dxa"/>
            <w:tcMar>
              <w:top w:w="35" w:type="dxa"/>
              <w:left w:w="45" w:type="dxa"/>
              <w:bottom w:w="35" w:type="dxa"/>
              <w:right w:w="45" w:type="dxa"/>
            </w:tcMar>
            <w:vAlign w:val="center"/>
          </w:tcPr>
          <w:p w14:paraId="7D7A1649" w14:textId="77777777" w:rsidR="0001782D" w:rsidRPr="00175D1B" w:rsidRDefault="00000000" w:rsidP="00AC6C95">
            <w:pPr>
              <w:spacing w:after="0" w:line="240" w:lineRule="auto"/>
              <w:ind w:left="630"/>
              <w:rPr>
                <w:rFonts w:ascii="Calibri" w:hAnsi="Calibri" w:cs="Calibri"/>
                <w:sz w:val="18"/>
                <w:szCs w:val="32"/>
              </w:rPr>
            </w:pPr>
            <w:proofErr w:type="spellStart"/>
            <w:r w:rsidRPr="00175D1B">
              <w:rPr>
                <w:rFonts w:ascii="Calibri" w:eastAsia="Arial" w:hAnsi="Calibri" w:cs="Calibri"/>
                <w:b/>
                <w:sz w:val="18"/>
                <w:szCs w:val="32"/>
              </w:rPr>
              <w:t>NAfME</w:t>
            </w:r>
            <w:proofErr w:type="spellEnd"/>
            <w:r w:rsidRPr="00175D1B">
              <w:rPr>
                <w:rFonts w:ascii="Calibri" w:eastAsia="Arial" w:hAnsi="Calibri" w:cs="Calibri"/>
                <w:b/>
                <w:sz w:val="18"/>
                <w:szCs w:val="32"/>
              </w:rPr>
              <w:t xml:space="preserve"> Collegiate</w:t>
            </w:r>
          </w:p>
        </w:tc>
        <w:tc>
          <w:tcPr>
            <w:tcW w:w="1279" w:type="dxa"/>
            <w:tcMar>
              <w:top w:w="35" w:type="dxa"/>
              <w:left w:w="45" w:type="dxa"/>
              <w:bottom w:w="35" w:type="dxa"/>
              <w:right w:w="45" w:type="dxa"/>
            </w:tcMar>
            <w:vAlign w:val="center"/>
          </w:tcPr>
          <w:p w14:paraId="4FB5F3D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Reforming</w:t>
            </w:r>
          </w:p>
        </w:tc>
        <w:tc>
          <w:tcPr>
            <w:tcW w:w="1570" w:type="dxa"/>
            <w:tcMar>
              <w:top w:w="35" w:type="dxa"/>
              <w:left w:w="45" w:type="dxa"/>
              <w:bottom w:w="35" w:type="dxa"/>
              <w:right w:w="45" w:type="dxa"/>
            </w:tcMar>
            <w:vAlign w:val="center"/>
          </w:tcPr>
          <w:p w14:paraId="1257782A"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40A99190"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444224E4"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88E2807"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40A26F48" w14:textId="77777777" w:rsidR="0001782D" w:rsidRPr="00175D1B" w:rsidRDefault="00000000" w:rsidP="00AC6C95">
            <w:pPr>
              <w:spacing w:after="0" w:line="240" w:lineRule="auto"/>
              <w:ind w:left="630"/>
              <w:rPr>
                <w:rFonts w:ascii="Calibri" w:hAnsi="Calibri" w:cs="Calibri"/>
                <w:sz w:val="18"/>
                <w:szCs w:val="32"/>
              </w:rPr>
            </w:pPr>
            <w:hyperlink r:id="rId111" w:history="1">
              <w:r w:rsidRPr="00175D1B">
                <w:rPr>
                  <w:rFonts w:ascii="Calibri" w:eastAsia="Arial" w:hAnsi="Calibri" w:cs="Calibri"/>
                  <w:color w:val="0563C1"/>
                  <w:sz w:val="18"/>
                  <w:szCs w:val="32"/>
                  <w:u w:val="single"/>
                </w:rPr>
                <w:t>Related department page: Music Department</w:t>
              </w:r>
            </w:hyperlink>
          </w:p>
        </w:tc>
        <w:tc>
          <w:tcPr>
            <w:tcW w:w="2554" w:type="dxa"/>
            <w:tcMar>
              <w:top w:w="35" w:type="dxa"/>
              <w:left w:w="45" w:type="dxa"/>
              <w:bottom w:w="35" w:type="dxa"/>
              <w:right w:w="45" w:type="dxa"/>
            </w:tcMar>
            <w:vAlign w:val="center"/>
          </w:tcPr>
          <w:p w14:paraId="3293F5B9" w14:textId="77777777" w:rsidR="0001782D" w:rsidRPr="00175D1B" w:rsidRDefault="00000000" w:rsidP="00AC6C95">
            <w:pPr>
              <w:spacing w:after="0" w:line="240" w:lineRule="auto"/>
              <w:ind w:left="630"/>
              <w:rPr>
                <w:rFonts w:ascii="Calibri" w:hAnsi="Calibri" w:cs="Calibri"/>
                <w:sz w:val="18"/>
                <w:szCs w:val="32"/>
              </w:rPr>
            </w:pPr>
            <w:hyperlink r:id="rId112" w:history="1">
              <w:r w:rsidRPr="00175D1B">
                <w:rPr>
                  <w:rFonts w:ascii="Calibri" w:eastAsia="Arial" w:hAnsi="Calibri" w:cs="Calibri"/>
                  <w:color w:val="0563C1"/>
                  <w:sz w:val="18"/>
                  <w:szCs w:val="32"/>
                  <w:u w:val="single"/>
                </w:rPr>
                <w:t>https://www.se.edu/music/</w:t>
              </w:r>
            </w:hyperlink>
          </w:p>
        </w:tc>
      </w:tr>
      <w:tr w:rsidR="00EF31EA" w:rsidRPr="00175D1B" w14:paraId="73F16CAA" w14:textId="77777777" w:rsidTr="00175D1B">
        <w:trPr>
          <w:cantSplit/>
          <w:jc w:val="center"/>
        </w:trPr>
        <w:tc>
          <w:tcPr>
            <w:tcW w:w="1764" w:type="dxa"/>
            <w:shd w:val="clear" w:color="auto" w:fill="F7F7F7"/>
            <w:tcMar>
              <w:top w:w="35" w:type="dxa"/>
              <w:left w:w="45" w:type="dxa"/>
              <w:bottom w:w="35" w:type="dxa"/>
              <w:right w:w="45" w:type="dxa"/>
            </w:tcMar>
            <w:vAlign w:val="center"/>
          </w:tcPr>
          <w:p w14:paraId="39EFB5F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Southeastern Panhellenic Council</w:t>
            </w:r>
          </w:p>
        </w:tc>
        <w:tc>
          <w:tcPr>
            <w:tcW w:w="1279" w:type="dxa"/>
            <w:shd w:val="clear" w:color="auto" w:fill="F7F7F7"/>
            <w:tcMar>
              <w:top w:w="35" w:type="dxa"/>
              <w:left w:w="45" w:type="dxa"/>
              <w:bottom w:w="35" w:type="dxa"/>
              <w:right w:w="45" w:type="dxa"/>
            </w:tcMar>
            <w:vAlign w:val="center"/>
          </w:tcPr>
          <w:p w14:paraId="3C23F32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Confirm current local status</w:t>
            </w:r>
          </w:p>
        </w:tc>
        <w:tc>
          <w:tcPr>
            <w:tcW w:w="1570" w:type="dxa"/>
            <w:shd w:val="clear" w:color="auto" w:fill="F7F7F7"/>
            <w:tcMar>
              <w:top w:w="35" w:type="dxa"/>
              <w:left w:w="45" w:type="dxa"/>
              <w:bottom w:w="35" w:type="dxa"/>
              <w:right w:w="45" w:type="dxa"/>
            </w:tcMar>
            <w:vAlign w:val="center"/>
          </w:tcPr>
          <w:p w14:paraId="4A33409C"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2B4271AC"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2F0F9486"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03C1A5A3"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36FC003C" w14:textId="77777777" w:rsidR="0001782D" w:rsidRPr="00175D1B" w:rsidRDefault="00000000" w:rsidP="00AC6C95">
            <w:pPr>
              <w:spacing w:after="0" w:line="240" w:lineRule="auto"/>
              <w:ind w:left="630"/>
              <w:rPr>
                <w:rFonts w:ascii="Calibri" w:hAnsi="Calibri" w:cs="Calibri"/>
                <w:sz w:val="18"/>
                <w:szCs w:val="32"/>
              </w:rPr>
            </w:pPr>
            <w:hyperlink r:id="rId113" w:history="1">
              <w:r w:rsidRPr="00175D1B">
                <w:rPr>
                  <w:rFonts w:ascii="Calibri" w:eastAsia="Arial" w:hAnsi="Calibri" w:cs="Calibri"/>
                  <w:color w:val="0563C1"/>
                  <w:sz w:val="18"/>
                  <w:szCs w:val="32"/>
                  <w:u w:val="single"/>
                </w:rPr>
                <w:t>Related program page: Greek Life</w:t>
              </w:r>
            </w:hyperlink>
          </w:p>
          <w:p w14:paraId="7CA1C31A" w14:textId="77777777" w:rsidR="0001782D" w:rsidRPr="00175D1B" w:rsidRDefault="00000000" w:rsidP="00AC6C95">
            <w:pPr>
              <w:spacing w:after="0" w:line="240" w:lineRule="auto"/>
              <w:ind w:left="630"/>
              <w:rPr>
                <w:rFonts w:ascii="Calibri" w:hAnsi="Calibri" w:cs="Calibri"/>
                <w:sz w:val="18"/>
                <w:szCs w:val="32"/>
              </w:rPr>
            </w:pPr>
            <w:hyperlink r:id="rId114" w:history="1">
              <w:r w:rsidRPr="00175D1B">
                <w:rPr>
                  <w:rFonts w:ascii="Calibri" w:eastAsia="Arial" w:hAnsi="Calibri" w:cs="Calibri"/>
                  <w:color w:val="0563C1"/>
                  <w:sz w:val="18"/>
                  <w:szCs w:val="32"/>
                  <w:u w:val="single"/>
                </w:rPr>
                <w:t>May contact Student Life</w:t>
              </w:r>
            </w:hyperlink>
          </w:p>
        </w:tc>
        <w:tc>
          <w:tcPr>
            <w:tcW w:w="2554" w:type="dxa"/>
            <w:shd w:val="clear" w:color="auto" w:fill="F7F7F7"/>
            <w:tcMar>
              <w:top w:w="35" w:type="dxa"/>
              <w:left w:w="45" w:type="dxa"/>
              <w:bottom w:w="35" w:type="dxa"/>
              <w:right w:w="45" w:type="dxa"/>
            </w:tcMar>
            <w:vAlign w:val="center"/>
          </w:tcPr>
          <w:p w14:paraId="64C6BD52" w14:textId="77777777" w:rsidR="0001782D" w:rsidRPr="00175D1B" w:rsidRDefault="00000000" w:rsidP="00AC6C95">
            <w:pPr>
              <w:spacing w:after="0" w:line="240" w:lineRule="auto"/>
              <w:ind w:left="630"/>
              <w:rPr>
                <w:rFonts w:ascii="Calibri" w:hAnsi="Calibri" w:cs="Calibri"/>
                <w:sz w:val="18"/>
                <w:szCs w:val="32"/>
              </w:rPr>
            </w:pPr>
            <w:hyperlink r:id="rId115" w:history="1">
              <w:r w:rsidRPr="00175D1B">
                <w:rPr>
                  <w:rFonts w:ascii="Calibri" w:eastAsia="Arial" w:hAnsi="Calibri" w:cs="Calibri"/>
                  <w:color w:val="0563C1"/>
                  <w:sz w:val="18"/>
                  <w:szCs w:val="32"/>
                  <w:u w:val="single"/>
                </w:rPr>
                <w:t>https://www.se.edu/student-life/greek-life/</w:t>
              </w:r>
            </w:hyperlink>
          </w:p>
          <w:p w14:paraId="3759DCD0" w14:textId="77777777" w:rsidR="0001782D" w:rsidRPr="00175D1B" w:rsidRDefault="00000000" w:rsidP="00AC6C95">
            <w:pPr>
              <w:spacing w:after="0" w:line="240" w:lineRule="auto"/>
              <w:ind w:left="630"/>
              <w:rPr>
                <w:rFonts w:ascii="Calibri" w:hAnsi="Calibri" w:cs="Calibri"/>
                <w:sz w:val="18"/>
                <w:szCs w:val="32"/>
              </w:rPr>
            </w:pPr>
            <w:hyperlink r:id="rId116" w:history="1">
              <w:r w:rsidRPr="00175D1B">
                <w:rPr>
                  <w:rFonts w:ascii="Calibri" w:eastAsia="Arial" w:hAnsi="Calibri" w:cs="Calibri"/>
                  <w:color w:val="0563C1"/>
                  <w:sz w:val="18"/>
                  <w:szCs w:val="32"/>
                  <w:u w:val="single"/>
                </w:rPr>
                <w:t>mailto:studentlife@se.edu</w:t>
              </w:r>
            </w:hyperlink>
          </w:p>
          <w:p w14:paraId="0D78F23B" w14:textId="77777777" w:rsidR="0001782D" w:rsidRPr="00175D1B" w:rsidRDefault="00000000" w:rsidP="00AC6C95">
            <w:pPr>
              <w:spacing w:after="0" w:line="240" w:lineRule="auto"/>
              <w:ind w:left="630"/>
              <w:rPr>
                <w:rFonts w:ascii="Calibri" w:hAnsi="Calibri" w:cs="Calibri"/>
                <w:sz w:val="18"/>
                <w:szCs w:val="32"/>
              </w:rPr>
            </w:pPr>
            <w:hyperlink r:id="rId117" w:history="1">
              <w:r w:rsidRPr="00175D1B">
                <w:rPr>
                  <w:rFonts w:ascii="Calibri" w:eastAsia="Arial" w:hAnsi="Calibri" w:cs="Calibri"/>
                  <w:color w:val="0563C1"/>
                  <w:sz w:val="18"/>
                  <w:szCs w:val="32"/>
                  <w:u w:val="single"/>
                </w:rPr>
                <w:t>https://www.se.edu/student-life/</w:t>
              </w:r>
            </w:hyperlink>
          </w:p>
        </w:tc>
      </w:tr>
      <w:tr w:rsidR="00EF31EA" w:rsidRPr="00175D1B" w14:paraId="3DED2ABA" w14:textId="77777777" w:rsidTr="00175D1B">
        <w:trPr>
          <w:cantSplit/>
          <w:jc w:val="center"/>
        </w:trPr>
        <w:tc>
          <w:tcPr>
            <w:tcW w:w="1764" w:type="dxa"/>
            <w:tcMar>
              <w:top w:w="35" w:type="dxa"/>
              <w:left w:w="45" w:type="dxa"/>
              <w:bottom w:w="35" w:type="dxa"/>
              <w:right w:w="45" w:type="dxa"/>
            </w:tcMar>
            <w:vAlign w:val="center"/>
          </w:tcPr>
          <w:p w14:paraId="0FE2AE8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Native American Student Association (NASA)</w:t>
            </w:r>
          </w:p>
        </w:tc>
        <w:tc>
          <w:tcPr>
            <w:tcW w:w="1279" w:type="dxa"/>
            <w:tcMar>
              <w:top w:w="35" w:type="dxa"/>
              <w:left w:w="45" w:type="dxa"/>
              <w:bottom w:w="35" w:type="dxa"/>
              <w:right w:w="45" w:type="dxa"/>
            </w:tcMar>
            <w:vAlign w:val="center"/>
          </w:tcPr>
          <w:p w14:paraId="064EDCD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Reforming</w:t>
            </w:r>
          </w:p>
        </w:tc>
        <w:tc>
          <w:tcPr>
            <w:tcW w:w="1570" w:type="dxa"/>
            <w:tcMar>
              <w:top w:w="35" w:type="dxa"/>
              <w:left w:w="45" w:type="dxa"/>
              <w:bottom w:w="35" w:type="dxa"/>
              <w:right w:w="45" w:type="dxa"/>
            </w:tcMar>
            <w:vAlign w:val="center"/>
          </w:tcPr>
          <w:p w14:paraId="1A7B15D9" w14:textId="77777777" w:rsidR="00EF31EA" w:rsidRPr="00175D1B" w:rsidRDefault="00EF31EA" w:rsidP="00AC6C95">
            <w:pPr>
              <w:spacing w:after="0" w:line="240" w:lineRule="auto"/>
              <w:ind w:left="630"/>
              <w:rPr>
                <w:rFonts w:ascii="Calibri" w:hAnsi="Calibri" w:cs="Calibri"/>
                <w:sz w:val="18"/>
                <w:szCs w:val="32"/>
              </w:rPr>
            </w:pPr>
            <w:hyperlink r:id="rId118">
              <w:r w:rsidRPr="00175D1B">
                <w:rPr>
                  <w:rFonts w:ascii="Calibri" w:hAnsi="Calibri" w:cs="Calibri"/>
                  <w:color w:val="0563C1"/>
                  <w:sz w:val="18"/>
                  <w:szCs w:val="32"/>
                  <w:u w:val="single"/>
                </w:rPr>
                <w:t>Instagram: @senasalife</w:t>
              </w:r>
            </w:hyperlink>
          </w:p>
        </w:tc>
        <w:tc>
          <w:tcPr>
            <w:tcW w:w="1507" w:type="dxa"/>
            <w:tcMar>
              <w:top w:w="35" w:type="dxa"/>
              <w:left w:w="45" w:type="dxa"/>
              <w:bottom w:w="35" w:type="dxa"/>
              <w:right w:w="45" w:type="dxa"/>
            </w:tcMar>
            <w:vAlign w:val="center"/>
          </w:tcPr>
          <w:p w14:paraId="7F01F554"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092D8D02"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3873203"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64965DFA" w14:textId="77777777" w:rsidR="0001782D" w:rsidRPr="00175D1B" w:rsidRDefault="00000000" w:rsidP="00AC6C95">
            <w:pPr>
              <w:spacing w:after="0" w:line="240" w:lineRule="auto"/>
              <w:ind w:left="630"/>
              <w:rPr>
                <w:rFonts w:ascii="Calibri" w:hAnsi="Calibri" w:cs="Calibri"/>
                <w:sz w:val="18"/>
                <w:szCs w:val="32"/>
              </w:rPr>
            </w:pPr>
            <w:hyperlink r:id="rId119" w:history="1">
              <w:r w:rsidRPr="00175D1B">
                <w:rPr>
                  <w:rFonts w:ascii="Calibri" w:eastAsia="Arial" w:hAnsi="Calibri" w:cs="Calibri"/>
                  <w:color w:val="0563C1"/>
                  <w:sz w:val="18"/>
                  <w:szCs w:val="32"/>
                  <w:u w:val="single"/>
                </w:rPr>
                <w:t>Related department page: Native American Institute</w:t>
              </w:r>
            </w:hyperlink>
          </w:p>
        </w:tc>
        <w:tc>
          <w:tcPr>
            <w:tcW w:w="2554" w:type="dxa"/>
            <w:tcMar>
              <w:top w:w="35" w:type="dxa"/>
              <w:left w:w="45" w:type="dxa"/>
              <w:bottom w:w="35" w:type="dxa"/>
              <w:right w:w="45" w:type="dxa"/>
            </w:tcMar>
            <w:vAlign w:val="center"/>
          </w:tcPr>
          <w:p w14:paraId="77A02532" w14:textId="77777777" w:rsidR="0001782D" w:rsidRPr="00175D1B" w:rsidRDefault="00000000" w:rsidP="00AC6C95">
            <w:pPr>
              <w:spacing w:after="0" w:line="240" w:lineRule="auto"/>
              <w:ind w:left="630"/>
              <w:rPr>
                <w:rFonts w:ascii="Calibri" w:hAnsi="Calibri" w:cs="Calibri"/>
                <w:sz w:val="18"/>
                <w:szCs w:val="32"/>
              </w:rPr>
            </w:pPr>
            <w:hyperlink r:id="rId120" w:history="1">
              <w:r w:rsidRPr="00175D1B">
                <w:rPr>
                  <w:rFonts w:ascii="Calibri" w:eastAsia="Arial" w:hAnsi="Calibri" w:cs="Calibri"/>
                  <w:color w:val="0563C1"/>
                  <w:sz w:val="18"/>
                  <w:szCs w:val="32"/>
                  <w:u w:val="single"/>
                </w:rPr>
                <w:t>https://www.instagram.com/senasalife/</w:t>
              </w:r>
            </w:hyperlink>
          </w:p>
          <w:p w14:paraId="55BFE626" w14:textId="77777777" w:rsidR="0001782D" w:rsidRPr="00175D1B" w:rsidRDefault="00000000" w:rsidP="00AC6C95">
            <w:pPr>
              <w:spacing w:after="0" w:line="240" w:lineRule="auto"/>
              <w:ind w:left="630"/>
              <w:rPr>
                <w:rFonts w:ascii="Calibri" w:hAnsi="Calibri" w:cs="Calibri"/>
                <w:sz w:val="18"/>
                <w:szCs w:val="32"/>
              </w:rPr>
            </w:pPr>
            <w:hyperlink r:id="rId121" w:history="1">
              <w:r w:rsidRPr="00175D1B">
                <w:rPr>
                  <w:rFonts w:ascii="Calibri" w:eastAsia="Arial" w:hAnsi="Calibri" w:cs="Calibri"/>
                  <w:color w:val="0563C1"/>
                  <w:sz w:val="18"/>
                  <w:szCs w:val="32"/>
                  <w:u w:val="single"/>
                </w:rPr>
                <w:t>https://www.se.edu/native-american/</w:t>
              </w:r>
            </w:hyperlink>
          </w:p>
        </w:tc>
      </w:tr>
      <w:tr w:rsidR="00EF31EA" w:rsidRPr="00175D1B" w14:paraId="3B4F8F0B" w14:textId="77777777" w:rsidTr="00175D1B">
        <w:trPr>
          <w:cantSplit/>
          <w:jc w:val="center"/>
        </w:trPr>
        <w:tc>
          <w:tcPr>
            <w:tcW w:w="1764" w:type="dxa"/>
            <w:shd w:val="clear" w:color="auto" w:fill="F7F7F7"/>
            <w:tcMar>
              <w:top w:w="35" w:type="dxa"/>
              <w:left w:w="45" w:type="dxa"/>
              <w:bottom w:w="35" w:type="dxa"/>
              <w:right w:w="45" w:type="dxa"/>
            </w:tcMar>
            <w:vAlign w:val="center"/>
          </w:tcPr>
          <w:p w14:paraId="4E8D032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North Hall Council</w:t>
            </w:r>
          </w:p>
        </w:tc>
        <w:tc>
          <w:tcPr>
            <w:tcW w:w="1279" w:type="dxa"/>
            <w:shd w:val="clear" w:color="auto" w:fill="F7F7F7"/>
            <w:tcMar>
              <w:top w:w="35" w:type="dxa"/>
              <w:left w:w="45" w:type="dxa"/>
              <w:bottom w:w="35" w:type="dxa"/>
              <w:right w:w="45" w:type="dxa"/>
            </w:tcMar>
            <w:vAlign w:val="center"/>
          </w:tcPr>
          <w:p w14:paraId="12BDCF8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16CE120E"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7A977188"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EEB756E"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A04BCBA"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32C8F527" w14:textId="77777777" w:rsidR="0001782D" w:rsidRPr="00175D1B" w:rsidRDefault="00000000" w:rsidP="00AC6C95">
            <w:pPr>
              <w:spacing w:after="0" w:line="240" w:lineRule="auto"/>
              <w:ind w:left="630"/>
              <w:rPr>
                <w:rFonts w:ascii="Calibri" w:hAnsi="Calibri" w:cs="Calibri"/>
                <w:sz w:val="18"/>
                <w:szCs w:val="32"/>
              </w:rPr>
            </w:pPr>
            <w:hyperlink r:id="rId122" w:history="1">
              <w:r w:rsidRPr="00175D1B">
                <w:rPr>
                  <w:rFonts w:ascii="Calibri" w:eastAsia="Arial" w:hAnsi="Calibri" w:cs="Calibri"/>
                  <w:color w:val="0563C1"/>
                  <w:sz w:val="18"/>
                  <w:szCs w:val="32"/>
                  <w:u w:val="single"/>
                </w:rPr>
                <w:t>Related department page: Housing and Residence Life</w:t>
              </w:r>
            </w:hyperlink>
          </w:p>
        </w:tc>
        <w:tc>
          <w:tcPr>
            <w:tcW w:w="2554" w:type="dxa"/>
            <w:shd w:val="clear" w:color="auto" w:fill="F7F7F7"/>
            <w:tcMar>
              <w:top w:w="35" w:type="dxa"/>
              <w:left w:w="45" w:type="dxa"/>
              <w:bottom w:w="35" w:type="dxa"/>
              <w:right w:w="45" w:type="dxa"/>
            </w:tcMar>
            <w:vAlign w:val="center"/>
          </w:tcPr>
          <w:p w14:paraId="62719AE1" w14:textId="77777777" w:rsidR="0001782D" w:rsidRPr="00175D1B" w:rsidRDefault="00000000" w:rsidP="00AC6C95">
            <w:pPr>
              <w:spacing w:after="0" w:line="240" w:lineRule="auto"/>
              <w:ind w:left="630"/>
              <w:rPr>
                <w:rFonts w:ascii="Calibri" w:hAnsi="Calibri" w:cs="Calibri"/>
                <w:sz w:val="18"/>
                <w:szCs w:val="32"/>
              </w:rPr>
            </w:pPr>
            <w:hyperlink r:id="rId123" w:history="1">
              <w:r w:rsidRPr="00175D1B">
                <w:rPr>
                  <w:rFonts w:ascii="Calibri" w:eastAsia="Arial" w:hAnsi="Calibri" w:cs="Calibri"/>
                  <w:color w:val="0563C1"/>
                  <w:sz w:val="18"/>
                  <w:szCs w:val="32"/>
                  <w:u w:val="single"/>
                </w:rPr>
                <w:t>https://www.se.edu/hrl/</w:t>
              </w:r>
            </w:hyperlink>
          </w:p>
        </w:tc>
      </w:tr>
      <w:tr w:rsidR="00EF31EA" w:rsidRPr="00175D1B" w14:paraId="1638B79A" w14:textId="77777777" w:rsidTr="00175D1B">
        <w:trPr>
          <w:cantSplit/>
          <w:jc w:val="center"/>
        </w:trPr>
        <w:tc>
          <w:tcPr>
            <w:tcW w:w="1764" w:type="dxa"/>
            <w:tcMar>
              <w:top w:w="35" w:type="dxa"/>
              <w:left w:w="45" w:type="dxa"/>
              <w:bottom w:w="35" w:type="dxa"/>
              <w:right w:w="45" w:type="dxa"/>
            </w:tcMar>
            <w:vAlign w:val="center"/>
          </w:tcPr>
          <w:p w14:paraId="762F62A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Oklahoma Intercollegiate Legislature (OIL)</w:t>
            </w:r>
          </w:p>
        </w:tc>
        <w:tc>
          <w:tcPr>
            <w:tcW w:w="1279" w:type="dxa"/>
            <w:tcMar>
              <w:top w:w="35" w:type="dxa"/>
              <w:left w:w="45" w:type="dxa"/>
              <w:bottom w:w="35" w:type="dxa"/>
              <w:right w:w="45" w:type="dxa"/>
            </w:tcMar>
            <w:vAlign w:val="center"/>
          </w:tcPr>
          <w:p w14:paraId="12E8695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791E5CA9" w14:textId="77777777" w:rsidR="00EF31EA" w:rsidRPr="00175D1B" w:rsidRDefault="00EF31EA" w:rsidP="00AC6C95">
            <w:pPr>
              <w:spacing w:after="0" w:line="240" w:lineRule="auto"/>
              <w:ind w:left="630"/>
              <w:rPr>
                <w:rFonts w:ascii="Calibri" w:hAnsi="Calibri" w:cs="Calibri"/>
                <w:sz w:val="18"/>
                <w:szCs w:val="32"/>
              </w:rPr>
            </w:pPr>
            <w:hyperlink r:id="rId124">
              <w:r w:rsidRPr="00175D1B">
                <w:rPr>
                  <w:rFonts w:ascii="Calibri" w:hAnsi="Calibri" w:cs="Calibri"/>
                  <w:color w:val="0563C1"/>
                  <w:sz w:val="18"/>
                  <w:szCs w:val="32"/>
                  <w:u w:val="single"/>
                </w:rPr>
                <w:t>Instagram: @savagestormoil</w:t>
              </w:r>
            </w:hyperlink>
          </w:p>
        </w:tc>
        <w:tc>
          <w:tcPr>
            <w:tcW w:w="1507" w:type="dxa"/>
            <w:tcMar>
              <w:top w:w="35" w:type="dxa"/>
              <w:left w:w="45" w:type="dxa"/>
              <w:bottom w:w="35" w:type="dxa"/>
              <w:right w:w="45" w:type="dxa"/>
            </w:tcMar>
            <w:vAlign w:val="center"/>
          </w:tcPr>
          <w:p w14:paraId="1CD5BDBA"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4EDC45A3"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368597A"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53D804E"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236FE1DE" w14:textId="77777777" w:rsidR="0001782D" w:rsidRPr="00175D1B" w:rsidRDefault="00000000" w:rsidP="00AC6C95">
            <w:pPr>
              <w:spacing w:after="0" w:line="240" w:lineRule="auto"/>
              <w:ind w:left="630"/>
              <w:rPr>
                <w:rFonts w:ascii="Calibri" w:hAnsi="Calibri" w:cs="Calibri"/>
                <w:sz w:val="18"/>
                <w:szCs w:val="32"/>
              </w:rPr>
            </w:pPr>
            <w:hyperlink r:id="rId125" w:history="1">
              <w:r w:rsidRPr="00175D1B">
                <w:rPr>
                  <w:rFonts w:ascii="Calibri" w:eastAsia="Arial" w:hAnsi="Calibri" w:cs="Calibri"/>
                  <w:color w:val="0563C1"/>
                  <w:sz w:val="18"/>
                  <w:szCs w:val="32"/>
                  <w:u w:val="single"/>
                </w:rPr>
                <w:t>https://www.instagram.com/savagestormoil/</w:t>
              </w:r>
            </w:hyperlink>
          </w:p>
        </w:tc>
      </w:tr>
      <w:tr w:rsidR="00EF31EA" w:rsidRPr="00175D1B" w14:paraId="130F20FE" w14:textId="77777777" w:rsidTr="00175D1B">
        <w:trPr>
          <w:cantSplit/>
          <w:jc w:val="center"/>
        </w:trPr>
        <w:tc>
          <w:tcPr>
            <w:tcW w:w="1764" w:type="dxa"/>
            <w:shd w:val="clear" w:color="auto" w:fill="F7F7F7"/>
            <w:tcMar>
              <w:top w:w="35" w:type="dxa"/>
              <w:left w:w="45" w:type="dxa"/>
              <w:bottom w:w="35" w:type="dxa"/>
              <w:right w:w="45" w:type="dxa"/>
            </w:tcMar>
            <w:vAlign w:val="center"/>
          </w:tcPr>
          <w:p w14:paraId="18E83A0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Opera Workshop</w:t>
            </w:r>
          </w:p>
        </w:tc>
        <w:tc>
          <w:tcPr>
            <w:tcW w:w="1279" w:type="dxa"/>
            <w:shd w:val="clear" w:color="auto" w:fill="F7F7F7"/>
            <w:tcMar>
              <w:top w:w="35" w:type="dxa"/>
              <w:left w:w="45" w:type="dxa"/>
              <w:bottom w:w="35" w:type="dxa"/>
              <w:right w:w="45" w:type="dxa"/>
            </w:tcMar>
            <w:vAlign w:val="center"/>
          </w:tcPr>
          <w:p w14:paraId="20070965"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49001BEB"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243BD100"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25CDC38B"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61D37D77" w14:textId="77777777" w:rsidR="0001782D" w:rsidRPr="00175D1B" w:rsidRDefault="00000000" w:rsidP="00AC6C95">
            <w:pPr>
              <w:spacing w:after="0" w:line="240" w:lineRule="auto"/>
              <w:ind w:left="630"/>
              <w:rPr>
                <w:rFonts w:ascii="Calibri" w:hAnsi="Calibri" w:cs="Calibri"/>
                <w:sz w:val="18"/>
                <w:szCs w:val="32"/>
              </w:rPr>
            </w:pPr>
            <w:hyperlink r:id="rId126" w:history="1">
              <w:r w:rsidRPr="00175D1B">
                <w:rPr>
                  <w:rFonts w:ascii="Calibri" w:eastAsia="Arial" w:hAnsi="Calibri" w:cs="Calibri"/>
                  <w:color w:val="0563C1"/>
                  <w:sz w:val="18"/>
                  <w:szCs w:val="32"/>
                  <w:u w:val="single"/>
                </w:rPr>
                <w:t>Performing Ensembles page</w:t>
              </w:r>
            </w:hyperlink>
          </w:p>
        </w:tc>
        <w:tc>
          <w:tcPr>
            <w:tcW w:w="2844" w:type="dxa"/>
            <w:shd w:val="clear" w:color="auto" w:fill="F7F7F7"/>
            <w:tcMar>
              <w:top w:w="35" w:type="dxa"/>
              <w:left w:w="45" w:type="dxa"/>
              <w:bottom w:w="35" w:type="dxa"/>
              <w:right w:w="45" w:type="dxa"/>
            </w:tcMar>
            <w:vAlign w:val="center"/>
          </w:tcPr>
          <w:p w14:paraId="0981337F"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3CA14CE1" w14:textId="77777777" w:rsidR="0001782D" w:rsidRPr="00175D1B" w:rsidRDefault="00000000" w:rsidP="00AC6C95">
            <w:pPr>
              <w:spacing w:after="0" w:line="240" w:lineRule="auto"/>
              <w:ind w:left="630"/>
              <w:rPr>
                <w:rFonts w:ascii="Calibri" w:hAnsi="Calibri" w:cs="Calibri"/>
                <w:sz w:val="18"/>
                <w:szCs w:val="32"/>
              </w:rPr>
            </w:pPr>
            <w:hyperlink r:id="rId127" w:history="1">
              <w:r w:rsidRPr="00175D1B">
                <w:rPr>
                  <w:rFonts w:ascii="Calibri" w:eastAsia="Arial" w:hAnsi="Calibri" w:cs="Calibri"/>
                  <w:color w:val="0563C1"/>
                  <w:sz w:val="18"/>
                  <w:szCs w:val="32"/>
                  <w:u w:val="single"/>
                </w:rPr>
                <w:t>https://www.se.edu/music/performing-ensembles/</w:t>
              </w:r>
            </w:hyperlink>
          </w:p>
        </w:tc>
      </w:tr>
      <w:tr w:rsidR="00EF31EA" w:rsidRPr="00175D1B" w14:paraId="0FB54613" w14:textId="77777777" w:rsidTr="00175D1B">
        <w:trPr>
          <w:cantSplit/>
          <w:jc w:val="center"/>
        </w:trPr>
        <w:tc>
          <w:tcPr>
            <w:tcW w:w="1764" w:type="dxa"/>
            <w:tcMar>
              <w:top w:w="35" w:type="dxa"/>
              <w:left w:w="45" w:type="dxa"/>
              <w:bottom w:w="35" w:type="dxa"/>
              <w:right w:w="45" w:type="dxa"/>
            </w:tcMar>
            <w:vAlign w:val="center"/>
          </w:tcPr>
          <w:p w14:paraId="46716E2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Percussion Ensemble</w:t>
            </w:r>
          </w:p>
        </w:tc>
        <w:tc>
          <w:tcPr>
            <w:tcW w:w="1279" w:type="dxa"/>
            <w:tcMar>
              <w:top w:w="35" w:type="dxa"/>
              <w:left w:w="45" w:type="dxa"/>
              <w:bottom w:w="35" w:type="dxa"/>
              <w:right w:w="45" w:type="dxa"/>
            </w:tcMar>
            <w:vAlign w:val="center"/>
          </w:tcPr>
          <w:p w14:paraId="089C1C7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67FC1D6D"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4E01BA89"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35DEEBD"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59CA1C0" w14:textId="77777777" w:rsidR="0001782D" w:rsidRPr="00175D1B" w:rsidRDefault="00000000" w:rsidP="00AC6C95">
            <w:pPr>
              <w:spacing w:after="0" w:line="240" w:lineRule="auto"/>
              <w:ind w:left="630"/>
              <w:rPr>
                <w:rFonts w:ascii="Calibri" w:hAnsi="Calibri" w:cs="Calibri"/>
                <w:sz w:val="18"/>
                <w:szCs w:val="32"/>
              </w:rPr>
            </w:pPr>
            <w:hyperlink r:id="rId128" w:history="1">
              <w:r w:rsidRPr="00175D1B">
                <w:rPr>
                  <w:rFonts w:ascii="Calibri" w:eastAsia="Arial" w:hAnsi="Calibri" w:cs="Calibri"/>
                  <w:color w:val="0563C1"/>
                  <w:sz w:val="18"/>
                  <w:szCs w:val="32"/>
                  <w:u w:val="single"/>
                </w:rPr>
                <w:t>Performing Ensembles page</w:t>
              </w:r>
            </w:hyperlink>
          </w:p>
        </w:tc>
        <w:tc>
          <w:tcPr>
            <w:tcW w:w="2844" w:type="dxa"/>
            <w:tcMar>
              <w:top w:w="35" w:type="dxa"/>
              <w:left w:w="45" w:type="dxa"/>
              <w:bottom w:w="35" w:type="dxa"/>
              <w:right w:w="45" w:type="dxa"/>
            </w:tcMar>
            <w:vAlign w:val="center"/>
          </w:tcPr>
          <w:p w14:paraId="54F61B77"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00888079" w14:textId="77777777" w:rsidR="0001782D" w:rsidRPr="00175D1B" w:rsidRDefault="00000000" w:rsidP="00AC6C95">
            <w:pPr>
              <w:spacing w:after="0" w:line="240" w:lineRule="auto"/>
              <w:ind w:left="630"/>
              <w:rPr>
                <w:rFonts w:ascii="Calibri" w:hAnsi="Calibri" w:cs="Calibri"/>
                <w:sz w:val="18"/>
                <w:szCs w:val="32"/>
              </w:rPr>
            </w:pPr>
            <w:hyperlink r:id="rId129" w:history="1">
              <w:r w:rsidRPr="00175D1B">
                <w:rPr>
                  <w:rFonts w:ascii="Calibri" w:eastAsia="Arial" w:hAnsi="Calibri" w:cs="Calibri"/>
                  <w:color w:val="0563C1"/>
                  <w:sz w:val="18"/>
                  <w:szCs w:val="32"/>
                  <w:u w:val="single"/>
                </w:rPr>
                <w:t>https://www.se.edu/music/performing-ensembles/</w:t>
              </w:r>
            </w:hyperlink>
          </w:p>
        </w:tc>
      </w:tr>
      <w:tr w:rsidR="00EF31EA" w:rsidRPr="00175D1B" w14:paraId="47C10609" w14:textId="77777777" w:rsidTr="00175D1B">
        <w:trPr>
          <w:cantSplit/>
          <w:jc w:val="center"/>
        </w:trPr>
        <w:tc>
          <w:tcPr>
            <w:tcW w:w="1764" w:type="dxa"/>
            <w:shd w:val="clear" w:color="auto" w:fill="F7F7F7"/>
            <w:tcMar>
              <w:top w:w="35" w:type="dxa"/>
              <w:left w:w="45" w:type="dxa"/>
              <w:bottom w:w="35" w:type="dxa"/>
              <w:right w:w="45" w:type="dxa"/>
            </w:tcMar>
            <w:vAlign w:val="center"/>
          </w:tcPr>
          <w:p w14:paraId="384E0F8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Phi Beta Lambda</w:t>
            </w:r>
          </w:p>
        </w:tc>
        <w:tc>
          <w:tcPr>
            <w:tcW w:w="1279" w:type="dxa"/>
            <w:shd w:val="clear" w:color="auto" w:fill="F7F7F7"/>
            <w:tcMar>
              <w:top w:w="35" w:type="dxa"/>
              <w:left w:w="45" w:type="dxa"/>
              <w:bottom w:w="35" w:type="dxa"/>
              <w:right w:w="45" w:type="dxa"/>
            </w:tcMar>
            <w:vAlign w:val="center"/>
          </w:tcPr>
          <w:p w14:paraId="25B5D3F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Reforming</w:t>
            </w:r>
          </w:p>
        </w:tc>
        <w:tc>
          <w:tcPr>
            <w:tcW w:w="1570" w:type="dxa"/>
            <w:shd w:val="clear" w:color="auto" w:fill="F7F7F7"/>
            <w:tcMar>
              <w:top w:w="35" w:type="dxa"/>
              <w:left w:w="45" w:type="dxa"/>
              <w:bottom w:w="35" w:type="dxa"/>
              <w:right w:w="45" w:type="dxa"/>
            </w:tcMar>
            <w:vAlign w:val="center"/>
          </w:tcPr>
          <w:p w14:paraId="4B90A150"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06894EF6"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5CA6DF20"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08CAAB77"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6220A9BA" w14:textId="77777777" w:rsidR="0001782D" w:rsidRPr="00175D1B" w:rsidRDefault="00000000" w:rsidP="00AC6C95">
            <w:pPr>
              <w:spacing w:after="0" w:line="240" w:lineRule="auto"/>
              <w:ind w:left="630"/>
              <w:rPr>
                <w:rFonts w:ascii="Calibri" w:hAnsi="Calibri" w:cs="Calibri"/>
                <w:sz w:val="18"/>
                <w:szCs w:val="32"/>
              </w:rPr>
            </w:pPr>
            <w:hyperlink r:id="rId130" w:history="1">
              <w:r w:rsidRPr="00175D1B">
                <w:rPr>
                  <w:rFonts w:ascii="Calibri" w:eastAsia="Arial" w:hAnsi="Calibri" w:cs="Calibri"/>
                  <w:color w:val="0563C1"/>
                  <w:sz w:val="18"/>
                  <w:szCs w:val="32"/>
                  <w:u w:val="single"/>
                </w:rPr>
                <w:t>Related department page: John Massey School of Business</w:t>
              </w:r>
            </w:hyperlink>
          </w:p>
        </w:tc>
        <w:tc>
          <w:tcPr>
            <w:tcW w:w="2554" w:type="dxa"/>
            <w:shd w:val="clear" w:color="auto" w:fill="F7F7F7"/>
            <w:tcMar>
              <w:top w:w="35" w:type="dxa"/>
              <w:left w:w="45" w:type="dxa"/>
              <w:bottom w:w="35" w:type="dxa"/>
              <w:right w:w="45" w:type="dxa"/>
            </w:tcMar>
            <w:vAlign w:val="center"/>
          </w:tcPr>
          <w:p w14:paraId="1A1C38F0" w14:textId="77777777" w:rsidR="0001782D" w:rsidRPr="00175D1B" w:rsidRDefault="00000000" w:rsidP="00AC6C95">
            <w:pPr>
              <w:spacing w:after="0" w:line="240" w:lineRule="auto"/>
              <w:ind w:left="630"/>
              <w:rPr>
                <w:rFonts w:ascii="Calibri" w:hAnsi="Calibri" w:cs="Calibri"/>
                <w:sz w:val="18"/>
                <w:szCs w:val="32"/>
              </w:rPr>
            </w:pPr>
            <w:hyperlink r:id="rId131" w:history="1">
              <w:r w:rsidRPr="00175D1B">
                <w:rPr>
                  <w:rFonts w:ascii="Calibri" w:eastAsia="Arial" w:hAnsi="Calibri" w:cs="Calibri"/>
                  <w:color w:val="0563C1"/>
                  <w:sz w:val="18"/>
                  <w:szCs w:val="32"/>
                  <w:u w:val="single"/>
                </w:rPr>
                <w:t>https://www.se.edu/business/</w:t>
              </w:r>
            </w:hyperlink>
          </w:p>
        </w:tc>
      </w:tr>
      <w:tr w:rsidR="00EF31EA" w:rsidRPr="00175D1B" w14:paraId="156562F3" w14:textId="77777777" w:rsidTr="00175D1B">
        <w:trPr>
          <w:cantSplit/>
          <w:jc w:val="center"/>
        </w:trPr>
        <w:tc>
          <w:tcPr>
            <w:tcW w:w="1764" w:type="dxa"/>
            <w:tcMar>
              <w:top w:w="35" w:type="dxa"/>
              <w:left w:w="45" w:type="dxa"/>
              <w:bottom w:w="35" w:type="dxa"/>
              <w:right w:w="45" w:type="dxa"/>
            </w:tcMar>
            <w:vAlign w:val="center"/>
          </w:tcPr>
          <w:p w14:paraId="53115F9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Pre-Health Association</w:t>
            </w:r>
          </w:p>
        </w:tc>
        <w:tc>
          <w:tcPr>
            <w:tcW w:w="1279" w:type="dxa"/>
            <w:tcMar>
              <w:top w:w="35" w:type="dxa"/>
              <w:left w:w="45" w:type="dxa"/>
              <w:bottom w:w="35" w:type="dxa"/>
              <w:right w:w="45" w:type="dxa"/>
            </w:tcMar>
            <w:vAlign w:val="center"/>
          </w:tcPr>
          <w:p w14:paraId="5C8DC36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458F320C" w14:textId="77777777" w:rsidR="00EF31EA" w:rsidRPr="00175D1B" w:rsidRDefault="00EF31EA" w:rsidP="00AC6C95">
            <w:pPr>
              <w:spacing w:after="0" w:line="240" w:lineRule="auto"/>
              <w:ind w:left="630"/>
              <w:rPr>
                <w:rFonts w:ascii="Calibri" w:hAnsi="Calibri" w:cs="Calibri"/>
                <w:sz w:val="18"/>
                <w:szCs w:val="32"/>
              </w:rPr>
            </w:pPr>
            <w:hyperlink r:id="rId132">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se.prehealth</w:t>
              </w:r>
              <w:proofErr w:type="gramEnd"/>
            </w:hyperlink>
          </w:p>
        </w:tc>
        <w:tc>
          <w:tcPr>
            <w:tcW w:w="1507" w:type="dxa"/>
            <w:tcMar>
              <w:top w:w="35" w:type="dxa"/>
              <w:left w:w="45" w:type="dxa"/>
              <w:bottom w:w="35" w:type="dxa"/>
              <w:right w:w="45" w:type="dxa"/>
            </w:tcMar>
            <w:vAlign w:val="center"/>
          </w:tcPr>
          <w:p w14:paraId="217FBD18"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C86072E"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CCE31CB"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D5940E5"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341B4651" w14:textId="77777777" w:rsidR="0001782D" w:rsidRPr="00175D1B" w:rsidRDefault="00000000" w:rsidP="00AC6C95">
            <w:pPr>
              <w:spacing w:after="0" w:line="240" w:lineRule="auto"/>
              <w:ind w:left="630"/>
              <w:rPr>
                <w:rFonts w:ascii="Calibri" w:hAnsi="Calibri" w:cs="Calibri"/>
                <w:sz w:val="18"/>
                <w:szCs w:val="32"/>
              </w:rPr>
            </w:pPr>
            <w:hyperlink r:id="rId133" w:history="1">
              <w:r w:rsidRPr="00175D1B">
                <w:rPr>
                  <w:rFonts w:ascii="Calibri" w:eastAsia="Arial" w:hAnsi="Calibri" w:cs="Calibri"/>
                  <w:color w:val="0563C1"/>
                  <w:sz w:val="18"/>
                  <w:szCs w:val="32"/>
                  <w:u w:val="single"/>
                </w:rPr>
                <w:t>https://www.instagram.com/se.prehealth/</w:t>
              </w:r>
            </w:hyperlink>
          </w:p>
        </w:tc>
      </w:tr>
      <w:tr w:rsidR="00EF31EA" w:rsidRPr="00175D1B" w14:paraId="18019682" w14:textId="77777777" w:rsidTr="00175D1B">
        <w:trPr>
          <w:cantSplit/>
          <w:jc w:val="center"/>
        </w:trPr>
        <w:tc>
          <w:tcPr>
            <w:tcW w:w="1764" w:type="dxa"/>
            <w:shd w:val="clear" w:color="auto" w:fill="F7F7F7"/>
            <w:tcMar>
              <w:top w:w="35" w:type="dxa"/>
              <w:left w:w="45" w:type="dxa"/>
              <w:bottom w:w="35" w:type="dxa"/>
              <w:right w:w="45" w:type="dxa"/>
            </w:tcMar>
            <w:vAlign w:val="center"/>
          </w:tcPr>
          <w:p w14:paraId="6D91CFB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President’s Club (Organization Presidents)</w:t>
            </w:r>
          </w:p>
        </w:tc>
        <w:tc>
          <w:tcPr>
            <w:tcW w:w="1279" w:type="dxa"/>
            <w:shd w:val="clear" w:color="auto" w:fill="F7F7F7"/>
            <w:tcMar>
              <w:top w:w="35" w:type="dxa"/>
              <w:left w:w="45" w:type="dxa"/>
              <w:bottom w:w="35" w:type="dxa"/>
              <w:right w:w="45" w:type="dxa"/>
            </w:tcMar>
            <w:vAlign w:val="center"/>
          </w:tcPr>
          <w:p w14:paraId="0DDB0F67"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27EAAD93"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71119AFE"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4B740420"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3CCF1139"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6ED48A20" w14:textId="77777777" w:rsidR="0001782D" w:rsidRPr="00175D1B" w:rsidRDefault="00000000" w:rsidP="00AC6C95">
            <w:pPr>
              <w:spacing w:after="0" w:line="240" w:lineRule="auto"/>
              <w:ind w:left="630"/>
              <w:rPr>
                <w:rFonts w:ascii="Calibri" w:hAnsi="Calibri" w:cs="Calibri"/>
                <w:sz w:val="18"/>
                <w:szCs w:val="32"/>
              </w:rPr>
            </w:pPr>
            <w:hyperlink r:id="rId134" w:history="1">
              <w:r w:rsidRPr="00175D1B">
                <w:rPr>
                  <w:rFonts w:ascii="Calibri" w:eastAsia="Arial" w:hAnsi="Calibri" w:cs="Calibri"/>
                  <w:color w:val="0563C1"/>
                  <w:sz w:val="18"/>
                  <w:szCs w:val="32"/>
                  <w:u w:val="single"/>
                </w:rPr>
                <w:t>May contact Student Life</w:t>
              </w:r>
            </w:hyperlink>
          </w:p>
          <w:p w14:paraId="6AC3E655" w14:textId="77777777" w:rsidR="0001782D" w:rsidRPr="00175D1B" w:rsidRDefault="00000000" w:rsidP="00AC6C95">
            <w:pPr>
              <w:spacing w:after="0" w:line="240" w:lineRule="auto"/>
              <w:ind w:left="630"/>
              <w:rPr>
                <w:rFonts w:ascii="Calibri" w:hAnsi="Calibri" w:cs="Calibri"/>
                <w:sz w:val="18"/>
                <w:szCs w:val="32"/>
              </w:rPr>
            </w:pPr>
            <w:hyperlink r:id="rId135" w:history="1">
              <w:r w:rsidRPr="00175D1B">
                <w:rPr>
                  <w:rFonts w:ascii="Calibri" w:eastAsia="Arial" w:hAnsi="Calibri" w:cs="Calibri"/>
                  <w:color w:val="0563C1"/>
                  <w:sz w:val="18"/>
                  <w:szCs w:val="32"/>
                  <w:u w:val="single"/>
                </w:rPr>
                <w:t>Student Life landing page</w:t>
              </w:r>
            </w:hyperlink>
          </w:p>
        </w:tc>
        <w:tc>
          <w:tcPr>
            <w:tcW w:w="2554" w:type="dxa"/>
            <w:shd w:val="clear" w:color="auto" w:fill="F7F7F7"/>
            <w:tcMar>
              <w:top w:w="35" w:type="dxa"/>
              <w:left w:w="45" w:type="dxa"/>
              <w:bottom w:w="35" w:type="dxa"/>
              <w:right w:w="45" w:type="dxa"/>
            </w:tcMar>
            <w:vAlign w:val="center"/>
          </w:tcPr>
          <w:p w14:paraId="78683CB1" w14:textId="77777777" w:rsidR="0001782D" w:rsidRPr="00175D1B" w:rsidRDefault="00000000" w:rsidP="00AC6C95">
            <w:pPr>
              <w:spacing w:after="0" w:line="240" w:lineRule="auto"/>
              <w:ind w:left="630"/>
              <w:rPr>
                <w:rFonts w:ascii="Calibri" w:hAnsi="Calibri" w:cs="Calibri"/>
                <w:sz w:val="18"/>
                <w:szCs w:val="32"/>
              </w:rPr>
            </w:pPr>
            <w:hyperlink r:id="rId136" w:history="1">
              <w:r w:rsidRPr="00175D1B">
                <w:rPr>
                  <w:rFonts w:ascii="Calibri" w:eastAsia="Arial" w:hAnsi="Calibri" w:cs="Calibri"/>
                  <w:color w:val="0563C1"/>
                  <w:sz w:val="18"/>
                  <w:szCs w:val="32"/>
                  <w:u w:val="single"/>
                </w:rPr>
                <w:t>mailto:studentlife@se.edu</w:t>
              </w:r>
            </w:hyperlink>
          </w:p>
          <w:p w14:paraId="51ED4F21" w14:textId="77777777" w:rsidR="0001782D" w:rsidRPr="00175D1B" w:rsidRDefault="00000000" w:rsidP="00AC6C95">
            <w:pPr>
              <w:spacing w:after="0" w:line="240" w:lineRule="auto"/>
              <w:ind w:left="630"/>
              <w:rPr>
                <w:rFonts w:ascii="Calibri" w:hAnsi="Calibri" w:cs="Calibri"/>
                <w:sz w:val="18"/>
                <w:szCs w:val="32"/>
              </w:rPr>
            </w:pPr>
            <w:hyperlink r:id="rId137" w:history="1">
              <w:r w:rsidRPr="00175D1B">
                <w:rPr>
                  <w:rFonts w:ascii="Calibri" w:eastAsia="Arial" w:hAnsi="Calibri" w:cs="Calibri"/>
                  <w:color w:val="0563C1"/>
                  <w:sz w:val="18"/>
                  <w:szCs w:val="32"/>
                  <w:u w:val="single"/>
                </w:rPr>
                <w:t>https://www.se.edu/student-life/</w:t>
              </w:r>
            </w:hyperlink>
          </w:p>
        </w:tc>
      </w:tr>
      <w:tr w:rsidR="00EF31EA" w:rsidRPr="00175D1B" w14:paraId="5393886C" w14:textId="77777777" w:rsidTr="00175D1B">
        <w:trPr>
          <w:cantSplit/>
          <w:jc w:val="center"/>
        </w:trPr>
        <w:tc>
          <w:tcPr>
            <w:tcW w:w="1764" w:type="dxa"/>
            <w:tcMar>
              <w:top w:w="35" w:type="dxa"/>
              <w:left w:w="45" w:type="dxa"/>
              <w:bottom w:w="35" w:type="dxa"/>
              <w:right w:w="45" w:type="dxa"/>
            </w:tcMar>
            <w:vAlign w:val="center"/>
          </w:tcPr>
          <w:p w14:paraId="0FF7B3D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President’s Leadership Class (PLC)</w:t>
            </w:r>
          </w:p>
        </w:tc>
        <w:tc>
          <w:tcPr>
            <w:tcW w:w="1279" w:type="dxa"/>
            <w:tcMar>
              <w:top w:w="35" w:type="dxa"/>
              <w:left w:w="45" w:type="dxa"/>
              <w:bottom w:w="35" w:type="dxa"/>
              <w:right w:w="45" w:type="dxa"/>
            </w:tcMar>
            <w:vAlign w:val="center"/>
          </w:tcPr>
          <w:p w14:paraId="2CBA5AC7"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043955D2"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269DFE61"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1634A5B5"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CC5DBC1" w14:textId="77777777" w:rsidR="0001782D" w:rsidRPr="00175D1B" w:rsidRDefault="00000000" w:rsidP="00AC6C95">
            <w:pPr>
              <w:spacing w:after="0" w:line="240" w:lineRule="auto"/>
              <w:ind w:left="630"/>
              <w:rPr>
                <w:rFonts w:ascii="Calibri" w:hAnsi="Calibri" w:cs="Calibri"/>
                <w:sz w:val="18"/>
                <w:szCs w:val="32"/>
              </w:rPr>
            </w:pPr>
            <w:hyperlink r:id="rId138" w:history="1">
              <w:r w:rsidRPr="00175D1B">
                <w:rPr>
                  <w:rFonts w:ascii="Calibri" w:eastAsia="Arial" w:hAnsi="Calibri" w:cs="Calibri"/>
                  <w:color w:val="0563C1"/>
                  <w:sz w:val="18"/>
                  <w:szCs w:val="32"/>
                  <w:u w:val="single"/>
                </w:rPr>
                <w:t>Program page</w:t>
              </w:r>
            </w:hyperlink>
          </w:p>
        </w:tc>
        <w:tc>
          <w:tcPr>
            <w:tcW w:w="2844" w:type="dxa"/>
            <w:tcMar>
              <w:top w:w="35" w:type="dxa"/>
              <w:left w:w="45" w:type="dxa"/>
              <w:bottom w:w="35" w:type="dxa"/>
              <w:right w:w="45" w:type="dxa"/>
            </w:tcMar>
            <w:vAlign w:val="center"/>
          </w:tcPr>
          <w:p w14:paraId="4D8C747F"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205E0FDE" w14:textId="77777777" w:rsidR="0001782D" w:rsidRPr="00175D1B" w:rsidRDefault="00000000" w:rsidP="00AC6C95">
            <w:pPr>
              <w:spacing w:after="0" w:line="240" w:lineRule="auto"/>
              <w:ind w:left="630"/>
              <w:rPr>
                <w:rFonts w:ascii="Calibri" w:hAnsi="Calibri" w:cs="Calibri"/>
                <w:sz w:val="18"/>
                <w:szCs w:val="32"/>
              </w:rPr>
            </w:pPr>
            <w:hyperlink r:id="rId139" w:history="1">
              <w:r w:rsidRPr="00175D1B">
                <w:rPr>
                  <w:rFonts w:ascii="Calibri" w:eastAsia="Arial" w:hAnsi="Calibri" w:cs="Calibri"/>
                  <w:color w:val="0563C1"/>
                  <w:sz w:val="18"/>
                  <w:szCs w:val="32"/>
                  <w:u w:val="single"/>
                </w:rPr>
                <w:t>https://www.se.edu/president/presidents-leadership-class/</w:t>
              </w:r>
            </w:hyperlink>
          </w:p>
        </w:tc>
      </w:tr>
      <w:tr w:rsidR="00EF31EA" w:rsidRPr="00175D1B" w14:paraId="690B9FEC" w14:textId="77777777" w:rsidTr="00175D1B">
        <w:trPr>
          <w:cantSplit/>
          <w:jc w:val="center"/>
        </w:trPr>
        <w:tc>
          <w:tcPr>
            <w:tcW w:w="1764" w:type="dxa"/>
            <w:shd w:val="clear" w:color="auto" w:fill="F7F7F7"/>
            <w:tcMar>
              <w:top w:w="35" w:type="dxa"/>
              <w:left w:w="45" w:type="dxa"/>
              <w:bottom w:w="35" w:type="dxa"/>
              <w:right w:w="45" w:type="dxa"/>
            </w:tcMar>
            <w:vAlign w:val="center"/>
          </w:tcPr>
          <w:p w14:paraId="5DE569B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Psi Chi International Honor Society</w:t>
            </w:r>
          </w:p>
        </w:tc>
        <w:tc>
          <w:tcPr>
            <w:tcW w:w="1279" w:type="dxa"/>
            <w:shd w:val="clear" w:color="auto" w:fill="F7F7F7"/>
            <w:tcMar>
              <w:top w:w="35" w:type="dxa"/>
              <w:left w:w="45" w:type="dxa"/>
              <w:bottom w:w="35" w:type="dxa"/>
              <w:right w:w="45" w:type="dxa"/>
            </w:tcMar>
            <w:vAlign w:val="center"/>
          </w:tcPr>
          <w:p w14:paraId="4516044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78ADD281" w14:textId="77777777" w:rsidR="00EF31EA" w:rsidRPr="00175D1B" w:rsidRDefault="00EF31EA" w:rsidP="00AC6C95">
            <w:pPr>
              <w:spacing w:after="0" w:line="240" w:lineRule="auto"/>
              <w:ind w:left="630"/>
              <w:rPr>
                <w:rFonts w:ascii="Calibri" w:hAnsi="Calibri" w:cs="Calibri"/>
                <w:sz w:val="18"/>
                <w:szCs w:val="32"/>
              </w:rPr>
            </w:pPr>
            <w:hyperlink r:id="rId140">
              <w:r w:rsidRPr="00175D1B">
                <w:rPr>
                  <w:rFonts w:ascii="Calibri" w:hAnsi="Calibri" w:cs="Calibri"/>
                  <w:color w:val="0563C1"/>
                  <w:sz w:val="18"/>
                  <w:szCs w:val="32"/>
                  <w:u w:val="single"/>
                </w:rPr>
                <w:t>Instagram: @se_psi_chi</w:t>
              </w:r>
            </w:hyperlink>
          </w:p>
        </w:tc>
        <w:tc>
          <w:tcPr>
            <w:tcW w:w="1507" w:type="dxa"/>
            <w:shd w:val="clear" w:color="auto" w:fill="F7F7F7"/>
            <w:tcMar>
              <w:top w:w="35" w:type="dxa"/>
              <w:left w:w="45" w:type="dxa"/>
              <w:bottom w:w="35" w:type="dxa"/>
              <w:right w:w="45" w:type="dxa"/>
            </w:tcMar>
            <w:vAlign w:val="center"/>
          </w:tcPr>
          <w:p w14:paraId="3F71951A"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0371D234"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099BA81"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6494C7BE"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3ABFBEE8" w14:textId="77777777" w:rsidR="0001782D" w:rsidRPr="00175D1B" w:rsidRDefault="00000000" w:rsidP="00AC6C95">
            <w:pPr>
              <w:spacing w:after="0" w:line="240" w:lineRule="auto"/>
              <w:ind w:left="630"/>
              <w:rPr>
                <w:rFonts w:ascii="Calibri" w:hAnsi="Calibri" w:cs="Calibri"/>
                <w:sz w:val="18"/>
                <w:szCs w:val="32"/>
              </w:rPr>
            </w:pPr>
            <w:hyperlink r:id="rId141" w:history="1">
              <w:r w:rsidRPr="00175D1B">
                <w:rPr>
                  <w:rFonts w:ascii="Calibri" w:eastAsia="Arial" w:hAnsi="Calibri" w:cs="Calibri"/>
                  <w:color w:val="0563C1"/>
                  <w:sz w:val="18"/>
                  <w:szCs w:val="32"/>
                  <w:u w:val="single"/>
                </w:rPr>
                <w:t>https://www.instagram.com/se_psi_chi/</w:t>
              </w:r>
            </w:hyperlink>
          </w:p>
        </w:tc>
      </w:tr>
      <w:tr w:rsidR="00EF31EA" w:rsidRPr="00175D1B" w14:paraId="10D7C538" w14:textId="77777777" w:rsidTr="00175D1B">
        <w:trPr>
          <w:cantSplit/>
          <w:jc w:val="center"/>
        </w:trPr>
        <w:tc>
          <w:tcPr>
            <w:tcW w:w="1764" w:type="dxa"/>
            <w:tcMar>
              <w:top w:w="35" w:type="dxa"/>
              <w:left w:w="45" w:type="dxa"/>
              <w:bottom w:w="35" w:type="dxa"/>
              <w:right w:w="45" w:type="dxa"/>
            </w:tcMar>
            <w:vAlign w:val="center"/>
          </w:tcPr>
          <w:p w14:paraId="7E03122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Rainbow Connection</w:t>
            </w:r>
          </w:p>
        </w:tc>
        <w:tc>
          <w:tcPr>
            <w:tcW w:w="1279" w:type="dxa"/>
            <w:tcMar>
              <w:top w:w="35" w:type="dxa"/>
              <w:left w:w="45" w:type="dxa"/>
              <w:bottom w:w="35" w:type="dxa"/>
              <w:right w:w="45" w:type="dxa"/>
            </w:tcMar>
            <w:vAlign w:val="center"/>
          </w:tcPr>
          <w:p w14:paraId="56DD225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7C7B1CEC" w14:textId="77777777" w:rsidR="00EF31EA" w:rsidRPr="00175D1B" w:rsidRDefault="00EF31EA" w:rsidP="00AC6C95">
            <w:pPr>
              <w:spacing w:after="0" w:line="240" w:lineRule="auto"/>
              <w:ind w:left="630"/>
              <w:rPr>
                <w:rFonts w:ascii="Calibri" w:hAnsi="Calibri" w:cs="Calibri"/>
                <w:sz w:val="18"/>
                <w:szCs w:val="32"/>
              </w:rPr>
            </w:pPr>
            <w:hyperlink r:id="rId142">
              <w:r w:rsidRPr="00175D1B">
                <w:rPr>
                  <w:rFonts w:ascii="Calibri" w:hAnsi="Calibri" w:cs="Calibri"/>
                  <w:color w:val="0563C1"/>
                  <w:sz w:val="18"/>
                  <w:szCs w:val="32"/>
                  <w:u w:val="single"/>
                </w:rPr>
                <w:t>Instagram: @se_rainbow_connection</w:t>
              </w:r>
            </w:hyperlink>
          </w:p>
        </w:tc>
        <w:tc>
          <w:tcPr>
            <w:tcW w:w="1507" w:type="dxa"/>
            <w:tcMar>
              <w:top w:w="35" w:type="dxa"/>
              <w:left w:w="45" w:type="dxa"/>
              <w:bottom w:w="35" w:type="dxa"/>
              <w:right w:w="45" w:type="dxa"/>
            </w:tcMar>
            <w:vAlign w:val="center"/>
          </w:tcPr>
          <w:p w14:paraId="1A118837"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2DA370D6"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22C86D3"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313D38A0"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14B2223A" w14:textId="77777777" w:rsidR="0001782D" w:rsidRPr="00175D1B" w:rsidRDefault="00000000" w:rsidP="00AC6C95">
            <w:pPr>
              <w:spacing w:after="0" w:line="240" w:lineRule="auto"/>
              <w:ind w:left="630"/>
              <w:rPr>
                <w:rFonts w:ascii="Calibri" w:hAnsi="Calibri" w:cs="Calibri"/>
                <w:sz w:val="18"/>
                <w:szCs w:val="32"/>
              </w:rPr>
            </w:pPr>
            <w:hyperlink r:id="rId143" w:history="1">
              <w:r w:rsidRPr="00175D1B">
                <w:rPr>
                  <w:rFonts w:ascii="Calibri" w:eastAsia="Arial" w:hAnsi="Calibri" w:cs="Calibri"/>
                  <w:color w:val="0563C1"/>
                  <w:sz w:val="18"/>
                  <w:szCs w:val="32"/>
                  <w:u w:val="single"/>
                </w:rPr>
                <w:t>https://www.instagram.com/se_rainbow_connection/</w:t>
              </w:r>
            </w:hyperlink>
          </w:p>
        </w:tc>
      </w:tr>
      <w:tr w:rsidR="00EF31EA" w:rsidRPr="00175D1B" w14:paraId="3D0A7538" w14:textId="77777777" w:rsidTr="00175D1B">
        <w:trPr>
          <w:cantSplit/>
          <w:jc w:val="center"/>
        </w:trPr>
        <w:tc>
          <w:tcPr>
            <w:tcW w:w="1764" w:type="dxa"/>
            <w:shd w:val="clear" w:color="auto" w:fill="F7F7F7"/>
            <w:tcMar>
              <w:top w:w="35" w:type="dxa"/>
              <w:left w:w="45" w:type="dxa"/>
              <w:bottom w:w="35" w:type="dxa"/>
              <w:right w:w="45" w:type="dxa"/>
            </w:tcMar>
            <w:vAlign w:val="center"/>
          </w:tcPr>
          <w:p w14:paraId="40B5A70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Rotaract</w:t>
            </w:r>
          </w:p>
        </w:tc>
        <w:tc>
          <w:tcPr>
            <w:tcW w:w="1279" w:type="dxa"/>
            <w:shd w:val="clear" w:color="auto" w:fill="F7F7F7"/>
            <w:tcMar>
              <w:top w:w="35" w:type="dxa"/>
              <w:left w:w="45" w:type="dxa"/>
              <w:bottom w:w="35" w:type="dxa"/>
              <w:right w:w="45" w:type="dxa"/>
            </w:tcMar>
            <w:vAlign w:val="center"/>
          </w:tcPr>
          <w:p w14:paraId="13D5551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7A2D3661" w14:textId="77777777" w:rsidR="00EF31EA" w:rsidRPr="00175D1B" w:rsidRDefault="00EF31EA" w:rsidP="00AC6C95">
            <w:pPr>
              <w:spacing w:after="0" w:line="240" w:lineRule="auto"/>
              <w:ind w:left="630"/>
              <w:rPr>
                <w:rFonts w:ascii="Calibri" w:hAnsi="Calibri" w:cs="Calibri"/>
                <w:sz w:val="18"/>
                <w:szCs w:val="32"/>
              </w:rPr>
            </w:pPr>
            <w:hyperlink r:id="rId144">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sosu.rotaract</w:t>
              </w:r>
              <w:proofErr w:type="gramEnd"/>
            </w:hyperlink>
          </w:p>
        </w:tc>
        <w:tc>
          <w:tcPr>
            <w:tcW w:w="1507" w:type="dxa"/>
            <w:shd w:val="clear" w:color="auto" w:fill="F7F7F7"/>
            <w:tcMar>
              <w:top w:w="35" w:type="dxa"/>
              <w:left w:w="45" w:type="dxa"/>
              <w:bottom w:w="35" w:type="dxa"/>
              <w:right w:w="45" w:type="dxa"/>
            </w:tcMar>
            <w:vAlign w:val="center"/>
          </w:tcPr>
          <w:p w14:paraId="338C12D6"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FBB6F4A"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74A931A9"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19E3210D"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39779E8E" w14:textId="77777777" w:rsidR="0001782D" w:rsidRPr="00175D1B" w:rsidRDefault="00000000" w:rsidP="00AC6C95">
            <w:pPr>
              <w:spacing w:after="0" w:line="240" w:lineRule="auto"/>
              <w:ind w:left="630"/>
              <w:rPr>
                <w:rFonts w:ascii="Calibri" w:hAnsi="Calibri" w:cs="Calibri"/>
                <w:sz w:val="18"/>
                <w:szCs w:val="32"/>
              </w:rPr>
            </w:pPr>
            <w:hyperlink r:id="rId145" w:history="1">
              <w:r w:rsidRPr="00175D1B">
                <w:rPr>
                  <w:rFonts w:ascii="Calibri" w:eastAsia="Arial" w:hAnsi="Calibri" w:cs="Calibri"/>
                  <w:color w:val="0563C1"/>
                  <w:sz w:val="18"/>
                  <w:szCs w:val="32"/>
                  <w:u w:val="single"/>
                </w:rPr>
                <w:t>https://www.instagram.com/sosu.rotaract/</w:t>
              </w:r>
            </w:hyperlink>
          </w:p>
        </w:tc>
      </w:tr>
      <w:tr w:rsidR="00EF31EA" w:rsidRPr="00175D1B" w14:paraId="5B77155F" w14:textId="77777777" w:rsidTr="00175D1B">
        <w:trPr>
          <w:cantSplit/>
          <w:jc w:val="center"/>
        </w:trPr>
        <w:tc>
          <w:tcPr>
            <w:tcW w:w="1764" w:type="dxa"/>
            <w:tcMar>
              <w:top w:w="35" w:type="dxa"/>
              <w:left w:w="45" w:type="dxa"/>
              <w:bottom w:w="35" w:type="dxa"/>
              <w:right w:w="45" w:type="dxa"/>
            </w:tcMar>
            <w:vAlign w:val="center"/>
          </w:tcPr>
          <w:p w14:paraId="553FB1B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Savage Storm Cheer</w:t>
            </w:r>
          </w:p>
        </w:tc>
        <w:tc>
          <w:tcPr>
            <w:tcW w:w="1279" w:type="dxa"/>
            <w:tcMar>
              <w:top w:w="35" w:type="dxa"/>
              <w:left w:w="45" w:type="dxa"/>
              <w:bottom w:w="35" w:type="dxa"/>
              <w:right w:w="45" w:type="dxa"/>
            </w:tcMar>
            <w:vAlign w:val="center"/>
          </w:tcPr>
          <w:p w14:paraId="0790D707"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5A95E775" w14:textId="77777777" w:rsidR="00EF31EA" w:rsidRPr="00175D1B" w:rsidRDefault="00EF31EA" w:rsidP="00AC6C95">
            <w:pPr>
              <w:spacing w:after="0" w:line="240" w:lineRule="auto"/>
              <w:ind w:left="630"/>
              <w:rPr>
                <w:rFonts w:ascii="Calibri" w:hAnsi="Calibri" w:cs="Calibri"/>
                <w:sz w:val="18"/>
                <w:szCs w:val="32"/>
              </w:rPr>
            </w:pPr>
            <w:hyperlink r:id="rId146">
              <w:r w:rsidRPr="00175D1B">
                <w:rPr>
                  <w:rFonts w:ascii="Calibri" w:hAnsi="Calibri" w:cs="Calibri"/>
                  <w:color w:val="0563C1"/>
                  <w:sz w:val="18"/>
                  <w:szCs w:val="32"/>
                  <w:u w:val="single"/>
                </w:rPr>
                <w:t>Instagram: @savagestormcheer</w:t>
              </w:r>
            </w:hyperlink>
          </w:p>
        </w:tc>
        <w:tc>
          <w:tcPr>
            <w:tcW w:w="1507" w:type="dxa"/>
            <w:tcMar>
              <w:top w:w="35" w:type="dxa"/>
              <w:left w:w="45" w:type="dxa"/>
              <w:bottom w:w="35" w:type="dxa"/>
              <w:right w:w="45" w:type="dxa"/>
            </w:tcMar>
            <w:vAlign w:val="center"/>
          </w:tcPr>
          <w:p w14:paraId="43DD4B05"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1B93DEA7"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12D16C5C"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736C809"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5BA4C71A" w14:textId="77777777" w:rsidR="0001782D" w:rsidRPr="00175D1B" w:rsidRDefault="00000000" w:rsidP="00AC6C95">
            <w:pPr>
              <w:spacing w:after="0" w:line="240" w:lineRule="auto"/>
              <w:ind w:left="630"/>
              <w:rPr>
                <w:rFonts w:ascii="Calibri" w:hAnsi="Calibri" w:cs="Calibri"/>
                <w:sz w:val="18"/>
                <w:szCs w:val="32"/>
              </w:rPr>
            </w:pPr>
            <w:hyperlink r:id="rId147" w:history="1">
              <w:r w:rsidRPr="00175D1B">
                <w:rPr>
                  <w:rFonts w:ascii="Calibri" w:eastAsia="Arial" w:hAnsi="Calibri" w:cs="Calibri"/>
                  <w:color w:val="0563C1"/>
                  <w:sz w:val="18"/>
                  <w:szCs w:val="32"/>
                  <w:u w:val="single"/>
                </w:rPr>
                <w:t>https://www.instagram.com/savagestormcheer/</w:t>
              </w:r>
            </w:hyperlink>
          </w:p>
        </w:tc>
      </w:tr>
      <w:tr w:rsidR="00EF31EA" w:rsidRPr="00175D1B" w14:paraId="0932D3B3" w14:textId="77777777" w:rsidTr="00175D1B">
        <w:trPr>
          <w:cantSplit/>
          <w:jc w:val="center"/>
        </w:trPr>
        <w:tc>
          <w:tcPr>
            <w:tcW w:w="1764" w:type="dxa"/>
            <w:shd w:val="clear" w:color="auto" w:fill="F7F7F7"/>
            <w:tcMar>
              <w:top w:w="35" w:type="dxa"/>
              <w:left w:w="45" w:type="dxa"/>
              <w:bottom w:w="35" w:type="dxa"/>
              <w:right w:w="45" w:type="dxa"/>
            </w:tcMar>
            <w:vAlign w:val="center"/>
          </w:tcPr>
          <w:p w14:paraId="027BD10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Savage Storm Leaders (SSL)</w:t>
            </w:r>
          </w:p>
        </w:tc>
        <w:tc>
          <w:tcPr>
            <w:tcW w:w="1279" w:type="dxa"/>
            <w:shd w:val="clear" w:color="auto" w:fill="F7F7F7"/>
            <w:tcMar>
              <w:top w:w="35" w:type="dxa"/>
              <w:left w:w="45" w:type="dxa"/>
              <w:bottom w:w="35" w:type="dxa"/>
              <w:right w:w="45" w:type="dxa"/>
            </w:tcMar>
            <w:vAlign w:val="center"/>
          </w:tcPr>
          <w:p w14:paraId="630FBD0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6DD2D509"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4C43ACE9"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5B4D3D2F"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3D312C69" w14:textId="77777777" w:rsidR="0001782D" w:rsidRPr="00175D1B" w:rsidRDefault="00000000" w:rsidP="00AC6C95">
            <w:pPr>
              <w:spacing w:after="0" w:line="240" w:lineRule="auto"/>
              <w:ind w:left="630"/>
              <w:rPr>
                <w:rFonts w:ascii="Calibri" w:hAnsi="Calibri" w:cs="Calibri"/>
                <w:sz w:val="18"/>
                <w:szCs w:val="32"/>
              </w:rPr>
            </w:pPr>
            <w:hyperlink r:id="rId148" w:history="1">
              <w:r w:rsidRPr="00175D1B">
                <w:rPr>
                  <w:rFonts w:ascii="Calibri" w:eastAsia="Arial" w:hAnsi="Calibri" w:cs="Calibri"/>
                  <w:color w:val="0563C1"/>
                  <w:sz w:val="18"/>
                  <w:szCs w:val="32"/>
                  <w:u w:val="single"/>
                </w:rPr>
                <w:t>Program page</w:t>
              </w:r>
            </w:hyperlink>
          </w:p>
        </w:tc>
        <w:tc>
          <w:tcPr>
            <w:tcW w:w="2844" w:type="dxa"/>
            <w:shd w:val="clear" w:color="auto" w:fill="F7F7F7"/>
            <w:tcMar>
              <w:top w:w="35" w:type="dxa"/>
              <w:left w:w="45" w:type="dxa"/>
              <w:bottom w:w="35" w:type="dxa"/>
              <w:right w:w="45" w:type="dxa"/>
            </w:tcMar>
            <w:vAlign w:val="center"/>
          </w:tcPr>
          <w:p w14:paraId="2281870C"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5E269519" w14:textId="77777777" w:rsidR="0001782D" w:rsidRPr="00175D1B" w:rsidRDefault="00000000" w:rsidP="00AC6C95">
            <w:pPr>
              <w:spacing w:after="0" w:line="240" w:lineRule="auto"/>
              <w:ind w:left="630"/>
              <w:rPr>
                <w:rFonts w:ascii="Calibri" w:hAnsi="Calibri" w:cs="Calibri"/>
                <w:sz w:val="18"/>
                <w:szCs w:val="32"/>
              </w:rPr>
            </w:pPr>
            <w:hyperlink r:id="rId149" w:history="1">
              <w:r w:rsidRPr="00175D1B">
                <w:rPr>
                  <w:rFonts w:ascii="Calibri" w:eastAsia="Arial" w:hAnsi="Calibri" w:cs="Calibri"/>
                  <w:color w:val="0563C1"/>
                  <w:sz w:val="18"/>
                  <w:szCs w:val="32"/>
                  <w:u w:val="single"/>
                </w:rPr>
                <w:t>https://www.se.edu/student-life/savage-storm-leaders/</w:t>
              </w:r>
            </w:hyperlink>
          </w:p>
        </w:tc>
      </w:tr>
      <w:tr w:rsidR="00EF31EA" w:rsidRPr="00175D1B" w14:paraId="6EDAC09A" w14:textId="77777777" w:rsidTr="00175D1B">
        <w:trPr>
          <w:cantSplit/>
          <w:jc w:val="center"/>
        </w:trPr>
        <w:tc>
          <w:tcPr>
            <w:tcW w:w="1764" w:type="dxa"/>
            <w:tcMar>
              <w:top w:w="35" w:type="dxa"/>
              <w:left w:w="45" w:type="dxa"/>
              <w:bottom w:w="35" w:type="dxa"/>
              <w:right w:w="45" w:type="dxa"/>
            </w:tcMar>
            <w:vAlign w:val="center"/>
          </w:tcPr>
          <w:p w14:paraId="7DF037E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School of Business Advisory Board</w:t>
            </w:r>
          </w:p>
        </w:tc>
        <w:tc>
          <w:tcPr>
            <w:tcW w:w="1279" w:type="dxa"/>
            <w:tcMar>
              <w:top w:w="35" w:type="dxa"/>
              <w:left w:w="45" w:type="dxa"/>
              <w:bottom w:w="35" w:type="dxa"/>
              <w:right w:w="45" w:type="dxa"/>
            </w:tcMar>
            <w:vAlign w:val="center"/>
          </w:tcPr>
          <w:p w14:paraId="039E0D9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617B0309"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4730532D"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23F3B633"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57A175A1"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682A76AE" w14:textId="77777777" w:rsidR="0001782D" w:rsidRPr="00175D1B" w:rsidRDefault="00000000" w:rsidP="00AC6C95">
            <w:pPr>
              <w:spacing w:after="0" w:line="240" w:lineRule="auto"/>
              <w:ind w:left="630"/>
              <w:rPr>
                <w:rFonts w:ascii="Calibri" w:hAnsi="Calibri" w:cs="Calibri"/>
                <w:sz w:val="18"/>
                <w:szCs w:val="32"/>
              </w:rPr>
            </w:pPr>
            <w:hyperlink r:id="rId150" w:history="1">
              <w:r w:rsidRPr="00175D1B">
                <w:rPr>
                  <w:rFonts w:ascii="Calibri" w:eastAsia="Arial" w:hAnsi="Calibri" w:cs="Calibri"/>
                  <w:color w:val="0563C1"/>
                  <w:sz w:val="18"/>
                  <w:szCs w:val="32"/>
                  <w:u w:val="single"/>
                </w:rPr>
                <w:t>Related department page: John Massey School of Business</w:t>
              </w:r>
            </w:hyperlink>
          </w:p>
        </w:tc>
        <w:tc>
          <w:tcPr>
            <w:tcW w:w="2554" w:type="dxa"/>
            <w:tcMar>
              <w:top w:w="35" w:type="dxa"/>
              <w:left w:w="45" w:type="dxa"/>
              <w:bottom w:w="35" w:type="dxa"/>
              <w:right w:w="45" w:type="dxa"/>
            </w:tcMar>
            <w:vAlign w:val="center"/>
          </w:tcPr>
          <w:p w14:paraId="4017DF35" w14:textId="77777777" w:rsidR="0001782D" w:rsidRPr="00175D1B" w:rsidRDefault="00000000" w:rsidP="00AC6C95">
            <w:pPr>
              <w:spacing w:after="0" w:line="240" w:lineRule="auto"/>
              <w:ind w:left="630"/>
              <w:rPr>
                <w:rFonts w:ascii="Calibri" w:hAnsi="Calibri" w:cs="Calibri"/>
                <w:sz w:val="18"/>
                <w:szCs w:val="32"/>
              </w:rPr>
            </w:pPr>
            <w:hyperlink r:id="rId151" w:history="1">
              <w:r w:rsidRPr="00175D1B">
                <w:rPr>
                  <w:rFonts w:ascii="Calibri" w:eastAsia="Arial" w:hAnsi="Calibri" w:cs="Calibri"/>
                  <w:color w:val="0563C1"/>
                  <w:sz w:val="18"/>
                  <w:szCs w:val="32"/>
                  <w:u w:val="single"/>
                </w:rPr>
                <w:t>https://www.se.edu/business/</w:t>
              </w:r>
            </w:hyperlink>
          </w:p>
        </w:tc>
      </w:tr>
      <w:tr w:rsidR="00EF31EA" w:rsidRPr="00175D1B" w14:paraId="4C38146E" w14:textId="77777777" w:rsidTr="00175D1B">
        <w:trPr>
          <w:cantSplit/>
          <w:jc w:val="center"/>
        </w:trPr>
        <w:tc>
          <w:tcPr>
            <w:tcW w:w="1764" w:type="dxa"/>
            <w:shd w:val="clear" w:color="auto" w:fill="F7F7F7"/>
            <w:tcMar>
              <w:top w:w="35" w:type="dxa"/>
              <w:left w:w="45" w:type="dxa"/>
              <w:bottom w:w="35" w:type="dxa"/>
              <w:right w:w="45" w:type="dxa"/>
            </w:tcMar>
            <w:vAlign w:val="center"/>
          </w:tcPr>
          <w:p w14:paraId="591BD7A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SE Color Guard</w:t>
            </w:r>
          </w:p>
        </w:tc>
        <w:tc>
          <w:tcPr>
            <w:tcW w:w="1279" w:type="dxa"/>
            <w:shd w:val="clear" w:color="auto" w:fill="F7F7F7"/>
            <w:tcMar>
              <w:top w:w="35" w:type="dxa"/>
              <w:left w:w="45" w:type="dxa"/>
              <w:bottom w:w="35" w:type="dxa"/>
              <w:right w:w="45" w:type="dxa"/>
            </w:tcMar>
            <w:vAlign w:val="center"/>
          </w:tcPr>
          <w:p w14:paraId="1C2DA18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D9B5D51"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6C579DA7"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7847F677"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7BC73B86" w14:textId="77777777" w:rsidR="0001782D" w:rsidRPr="00175D1B" w:rsidRDefault="00000000" w:rsidP="00AC6C95">
            <w:pPr>
              <w:spacing w:after="0" w:line="240" w:lineRule="auto"/>
              <w:ind w:left="630"/>
              <w:rPr>
                <w:rFonts w:ascii="Calibri" w:hAnsi="Calibri" w:cs="Calibri"/>
                <w:sz w:val="18"/>
                <w:szCs w:val="32"/>
              </w:rPr>
            </w:pPr>
            <w:hyperlink r:id="rId152" w:history="1">
              <w:r w:rsidRPr="00175D1B">
                <w:rPr>
                  <w:rFonts w:ascii="Calibri" w:eastAsia="Arial" w:hAnsi="Calibri" w:cs="Calibri"/>
                  <w:color w:val="0563C1"/>
                  <w:sz w:val="18"/>
                  <w:szCs w:val="32"/>
                  <w:u w:val="single"/>
                </w:rPr>
                <w:t>Performing Ensembles page</w:t>
              </w:r>
            </w:hyperlink>
          </w:p>
        </w:tc>
        <w:tc>
          <w:tcPr>
            <w:tcW w:w="2844" w:type="dxa"/>
            <w:shd w:val="clear" w:color="auto" w:fill="F7F7F7"/>
            <w:tcMar>
              <w:top w:w="35" w:type="dxa"/>
              <w:left w:w="45" w:type="dxa"/>
              <w:bottom w:w="35" w:type="dxa"/>
              <w:right w:w="45" w:type="dxa"/>
            </w:tcMar>
            <w:vAlign w:val="center"/>
          </w:tcPr>
          <w:p w14:paraId="25436D1B"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26BD6E2A" w14:textId="77777777" w:rsidR="0001782D" w:rsidRPr="00175D1B" w:rsidRDefault="00000000" w:rsidP="00AC6C95">
            <w:pPr>
              <w:spacing w:after="0" w:line="240" w:lineRule="auto"/>
              <w:ind w:left="630"/>
              <w:rPr>
                <w:rFonts w:ascii="Calibri" w:hAnsi="Calibri" w:cs="Calibri"/>
                <w:sz w:val="18"/>
                <w:szCs w:val="32"/>
              </w:rPr>
            </w:pPr>
            <w:hyperlink r:id="rId153" w:history="1">
              <w:r w:rsidRPr="00175D1B">
                <w:rPr>
                  <w:rFonts w:ascii="Calibri" w:eastAsia="Arial" w:hAnsi="Calibri" w:cs="Calibri"/>
                  <w:color w:val="0563C1"/>
                  <w:sz w:val="18"/>
                  <w:szCs w:val="32"/>
                  <w:u w:val="single"/>
                </w:rPr>
                <w:t>https://www.se.edu/music/performing-ensembles/</w:t>
              </w:r>
            </w:hyperlink>
          </w:p>
        </w:tc>
      </w:tr>
      <w:tr w:rsidR="00EF31EA" w:rsidRPr="00175D1B" w14:paraId="1469947B" w14:textId="77777777" w:rsidTr="00175D1B">
        <w:trPr>
          <w:cantSplit/>
          <w:jc w:val="center"/>
        </w:trPr>
        <w:tc>
          <w:tcPr>
            <w:tcW w:w="1764" w:type="dxa"/>
            <w:tcMar>
              <w:top w:w="35" w:type="dxa"/>
              <w:left w:w="45" w:type="dxa"/>
              <w:bottom w:w="35" w:type="dxa"/>
              <w:right w:w="45" w:type="dxa"/>
            </w:tcMar>
            <w:vAlign w:val="center"/>
          </w:tcPr>
          <w:p w14:paraId="1E748B44"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SE Disc Golf Club</w:t>
            </w:r>
          </w:p>
        </w:tc>
        <w:tc>
          <w:tcPr>
            <w:tcW w:w="1279" w:type="dxa"/>
            <w:tcMar>
              <w:top w:w="35" w:type="dxa"/>
              <w:left w:w="45" w:type="dxa"/>
              <w:bottom w:w="35" w:type="dxa"/>
              <w:right w:w="45" w:type="dxa"/>
            </w:tcMar>
            <w:vAlign w:val="center"/>
          </w:tcPr>
          <w:p w14:paraId="780F783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0484690C" w14:textId="77777777" w:rsidR="00EF31EA" w:rsidRPr="00175D1B" w:rsidRDefault="00EF31EA" w:rsidP="00AC6C95">
            <w:pPr>
              <w:spacing w:after="0" w:line="240" w:lineRule="auto"/>
              <w:ind w:left="630"/>
              <w:rPr>
                <w:rFonts w:ascii="Calibri" w:hAnsi="Calibri" w:cs="Calibri"/>
                <w:sz w:val="18"/>
                <w:szCs w:val="32"/>
              </w:rPr>
            </w:pPr>
            <w:hyperlink r:id="rId154">
              <w:r w:rsidRPr="00175D1B">
                <w:rPr>
                  <w:rFonts w:ascii="Calibri" w:hAnsi="Calibri" w:cs="Calibri"/>
                  <w:color w:val="0563C1"/>
                  <w:sz w:val="18"/>
                  <w:szCs w:val="32"/>
                  <w:u w:val="single"/>
                </w:rPr>
                <w:t>Instagram: @sediscgolf</w:t>
              </w:r>
            </w:hyperlink>
          </w:p>
        </w:tc>
        <w:tc>
          <w:tcPr>
            <w:tcW w:w="1507" w:type="dxa"/>
            <w:tcMar>
              <w:top w:w="35" w:type="dxa"/>
              <w:left w:w="45" w:type="dxa"/>
              <w:bottom w:w="35" w:type="dxa"/>
              <w:right w:w="45" w:type="dxa"/>
            </w:tcMar>
            <w:vAlign w:val="center"/>
          </w:tcPr>
          <w:p w14:paraId="66BE9D57"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9A70459"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575E99D4"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63404F80"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3536DA83" w14:textId="77777777" w:rsidR="0001782D" w:rsidRPr="00175D1B" w:rsidRDefault="00000000" w:rsidP="00AC6C95">
            <w:pPr>
              <w:spacing w:after="0" w:line="240" w:lineRule="auto"/>
              <w:ind w:left="630"/>
              <w:rPr>
                <w:rFonts w:ascii="Calibri" w:hAnsi="Calibri" w:cs="Calibri"/>
                <w:sz w:val="18"/>
                <w:szCs w:val="32"/>
              </w:rPr>
            </w:pPr>
            <w:hyperlink r:id="rId155" w:history="1">
              <w:r w:rsidRPr="00175D1B">
                <w:rPr>
                  <w:rFonts w:ascii="Calibri" w:eastAsia="Arial" w:hAnsi="Calibri" w:cs="Calibri"/>
                  <w:color w:val="0563C1"/>
                  <w:sz w:val="18"/>
                  <w:szCs w:val="32"/>
                  <w:u w:val="single"/>
                </w:rPr>
                <w:t>https://www.instagram.com/sediscgolf/</w:t>
              </w:r>
            </w:hyperlink>
          </w:p>
        </w:tc>
      </w:tr>
      <w:tr w:rsidR="00EF31EA" w:rsidRPr="00175D1B" w14:paraId="125AFB75" w14:textId="77777777" w:rsidTr="00175D1B">
        <w:trPr>
          <w:cantSplit/>
          <w:jc w:val="center"/>
        </w:trPr>
        <w:tc>
          <w:tcPr>
            <w:tcW w:w="1764" w:type="dxa"/>
            <w:shd w:val="clear" w:color="auto" w:fill="F7F7F7"/>
            <w:tcMar>
              <w:top w:w="35" w:type="dxa"/>
              <w:left w:w="45" w:type="dxa"/>
              <w:bottom w:w="35" w:type="dxa"/>
              <w:right w:w="45" w:type="dxa"/>
            </w:tcMar>
            <w:vAlign w:val="center"/>
          </w:tcPr>
          <w:p w14:paraId="3171F1B3" w14:textId="77777777" w:rsidR="0001782D" w:rsidRPr="00175D1B" w:rsidRDefault="00000000" w:rsidP="00AC6C95">
            <w:pPr>
              <w:spacing w:after="0" w:line="240" w:lineRule="auto"/>
              <w:ind w:left="630"/>
              <w:rPr>
                <w:rFonts w:ascii="Calibri" w:hAnsi="Calibri" w:cs="Calibri"/>
                <w:sz w:val="18"/>
                <w:szCs w:val="32"/>
              </w:rPr>
            </w:pPr>
            <w:proofErr w:type="spellStart"/>
            <w:r w:rsidRPr="00175D1B">
              <w:rPr>
                <w:rFonts w:ascii="Calibri" w:eastAsia="Arial" w:hAnsi="Calibri" w:cs="Calibri"/>
                <w:b/>
                <w:sz w:val="18"/>
                <w:szCs w:val="32"/>
              </w:rPr>
              <w:t>SEsports</w:t>
            </w:r>
            <w:proofErr w:type="spellEnd"/>
          </w:p>
        </w:tc>
        <w:tc>
          <w:tcPr>
            <w:tcW w:w="1279" w:type="dxa"/>
            <w:shd w:val="clear" w:color="auto" w:fill="F7F7F7"/>
            <w:tcMar>
              <w:top w:w="35" w:type="dxa"/>
              <w:left w:w="45" w:type="dxa"/>
              <w:bottom w:w="35" w:type="dxa"/>
              <w:right w:w="45" w:type="dxa"/>
            </w:tcMar>
            <w:vAlign w:val="center"/>
          </w:tcPr>
          <w:p w14:paraId="7B5230A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B213B3B" w14:textId="77777777" w:rsidR="00EF31EA" w:rsidRPr="00175D1B" w:rsidRDefault="00EF31EA" w:rsidP="00AC6C95">
            <w:pPr>
              <w:spacing w:after="0" w:line="240" w:lineRule="auto"/>
              <w:ind w:left="630"/>
              <w:rPr>
                <w:rFonts w:ascii="Calibri" w:hAnsi="Calibri" w:cs="Calibri"/>
                <w:sz w:val="18"/>
                <w:szCs w:val="32"/>
              </w:rPr>
            </w:pPr>
            <w:hyperlink r:id="rId156">
              <w:r w:rsidRPr="00175D1B">
                <w:rPr>
                  <w:rFonts w:ascii="Calibri" w:hAnsi="Calibri" w:cs="Calibri"/>
                  <w:color w:val="0563C1"/>
                  <w:sz w:val="18"/>
                  <w:szCs w:val="32"/>
                  <w:u w:val="single"/>
                </w:rPr>
                <w:t>Instagram: @sesportshq</w:t>
              </w:r>
            </w:hyperlink>
          </w:p>
        </w:tc>
        <w:tc>
          <w:tcPr>
            <w:tcW w:w="1507" w:type="dxa"/>
            <w:shd w:val="clear" w:color="auto" w:fill="F7F7F7"/>
            <w:tcMar>
              <w:top w:w="35" w:type="dxa"/>
              <w:left w:w="45" w:type="dxa"/>
              <w:bottom w:w="35" w:type="dxa"/>
              <w:right w:w="45" w:type="dxa"/>
            </w:tcMar>
            <w:vAlign w:val="center"/>
          </w:tcPr>
          <w:p w14:paraId="64EA01B3" w14:textId="77777777" w:rsidR="00EF31EA" w:rsidRPr="00175D1B" w:rsidRDefault="00EF31EA" w:rsidP="00AC6C95">
            <w:pPr>
              <w:spacing w:after="0" w:line="240" w:lineRule="auto"/>
              <w:ind w:left="630"/>
              <w:rPr>
                <w:rFonts w:ascii="Calibri" w:hAnsi="Calibri" w:cs="Calibri"/>
                <w:sz w:val="18"/>
                <w:szCs w:val="32"/>
              </w:rPr>
            </w:pPr>
            <w:hyperlink r:id="rId157">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005023DF" w14:textId="77777777" w:rsidR="00EF31EA" w:rsidRPr="00175D1B" w:rsidRDefault="00EF31EA" w:rsidP="00AC6C95">
            <w:pPr>
              <w:spacing w:after="0" w:line="240" w:lineRule="auto"/>
              <w:ind w:left="630"/>
              <w:rPr>
                <w:rFonts w:ascii="Calibri" w:hAnsi="Calibri" w:cs="Calibri"/>
                <w:sz w:val="18"/>
                <w:szCs w:val="32"/>
              </w:rPr>
            </w:pPr>
            <w:hyperlink r:id="rId158">
              <w:r w:rsidRPr="00175D1B">
                <w:rPr>
                  <w:rFonts w:ascii="Calibri" w:hAnsi="Calibri" w:cs="Calibri"/>
                  <w:color w:val="0563C1"/>
                  <w:sz w:val="18"/>
                  <w:szCs w:val="32"/>
                  <w:u w:val="single"/>
                </w:rPr>
                <w:t>X: @sesportshq</w:t>
              </w:r>
            </w:hyperlink>
          </w:p>
        </w:tc>
        <w:tc>
          <w:tcPr>
            <w:tcW w:w="1727" w:type="dxa"/>
            <w:shd w:val="clear" w:color="auto" w:fill="F7F7F7"/>
            <w:tcMar>
              <w:top w:w="35" w:type="dxa"/>
              <w:left w:w="45" w:type="dxa"/>
              <w:bottom w:w="35" w:type="dxa"/>
              <w:right w:w="45" w:type="dxa"/>
            </w:tcMar>
            <w:vAlign w:val="center"/>
          </w:tcPr>
          <w:p w14:paraId="1D7CCE72"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5808BA3D"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61DDA1AE" w14:textId="77777777" w:rsidR="0001782D" w:rsidRPr="00175D1B" w:rsidRDefault="00000000" w:rsidP="00AC6C95">
            <w:pPr>
              <w:spacing w:after="0" w:line="240" w:lineRule="auto"/>
              <w:ind w:left="630"/>
              <w:rPr>
                <w:rFonts w:ascii="Calibri" w:hAnsi="Calibri" w:cs="Calibri"/>
                <w:sz w:val="18"/>
                <w:szCs w:val="32"/>
              </w:rPr>
            </w:pPr>
            <w:hyperlink r:id="rId159" w:history="1">
              <w:r w:rsidRPr="00175D1B">
                <w:rPr>
                  <w:rFonts w:ascii="Calibri" w:eastAsia="Arial" w:hAnsi="Calibri" w:cs="Calibri"/>
                  <w:color w:val="0563C1"/>
                  <w:sz w:val="18"/>
                  <w:szCs w:val="32"/>
                  <w:u w:val="single"/>
                </w:rPr>
                <w:t>https://www.facebook.com/sesportshq/</w:t>
              </w:r>
            </w:hyperlink>
          </w:p>
          <w:p w14:paraId="0E908327" w14:textId="77777777" w:rsidR="0001782D" w:rsidRPr="00175D1B" w:rsidRDefault="00000000" w:rsidP="00AC6C95">
            <w:pPr>
              <w:spacing w:after="0" w:line="240" w:lineRule="auto"/>
              <w:ind w:left="630"/>
              <w:rPr>
                <w:rFonts w:ascii="Calibri" w:hAnsi="Calibri" w:cs="Calibri"/>
                <w:sz w:val="18"/>
                <w:szCs w:val="32"/>
              </w:rPr>
            </w:pPr>
            <w:hyperlink r:id="rId160" w:history="1">
              <w:r w:rsidRPr="00175D1B">
                <w:rPr>
                  <w:rFonts w:ascii="Calibri" w:eastAsia="Arial" w:hAnsi="Calibri" w:cs="Calibri"/>
                  <w:color w:val="0563C1"/>
                  <w:sz w:val="18"/>
                  <w:szCs w:val="32"/>
                  <w:u w:val="single"/>
                </w:rPr>
                <w:t>https://www.instagram.com/sesportshq/</w:t>
              </w:r>
            </w:hyperlink>
          </w:p>
          <w:p w14:paraId="59043B12" w14:textId="77777777" w:rsidR="0001782D" w:rsidRPr="00175D1B" w:rsidRDefault="00000000" w:rsidP="00AC6C95">
            <w:pPr>
              <w:spacing w:after="0" w:line="240" w:lineRule="auto"/>
              <w:ind w:left="630"/>
              <w:rPr>
                <w:rFonts w:ascii="Calibri" w:hAnsi="Calibri" w:cs="Calibri"/>
                <w:sz w:val="18"/>
                <w:szCs w:val="32"/>
              </w:rPr>
            </w:pPr>
            <w:hyperlink r:id="rId161" w:history="1">
              <w:r w:rsidRPr="00175D1B">
                <w:rPr>
                  <w:rFonts w:ascii="Calibri" w:eastAsia="Arial" w:hAnsi="Calibri" w:cs="Calibri"/>
                  <w:color w:val="0563C1"/>
                  <w:sz w:val="18"/>
                  <w:szCs w:val="32"/>
                  <w:u w:val="single"/>
                </w:rPr>
                <w:t>https://x.com/sesportshq</w:t>
              </w:r>
            </w:hyperlink>
          </w:p>
        </w:tc>
      </w:tr>
      <w:tr w:rsidR="00EF31EA" w:rsidRPr="00175D1B" w14:paraId="2E2631C2" w14:textId="77777777" w:rsidTr="00175D1B">
        <w:trPr>
          <w:cantSplit/>
          <w:jc w:val="center"/>
        </w:trPr>
        <w:tc>
          <w:tcPr>
            <w:tcW w:w="1764" w:type="dxa"/>
            <w:tcMar>
              <w:top w:w="35" w:type="dxa"/>
              <w:left w:w="45" w:type="dxa"/>
              <w:bottom w:w="35" w:type="dxa"/>
              <w:right w:w="45" w:type="dxa"/>
            </w:tcMar>
            <w:vAlign w:val="center"/>
          </w:tcPr>
          <w:p w14:paraId="476D69C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Shearer Hall Council</w:t>
            </w:r>
          </w:p>
        </w:tc>
        <w:tc>
          <w:tcPr>
            <w:tcW w:w="1279" w:type="dxa"/>
            <w:tcMar>
              <w:top w:w="35" w:type="dxa"/>
              <w:left w:w="45" w:type="dxa"/>
              <w:bottom w:w="35" w:type="dxa"/>
              <w:right w:w="45" w:type="dxa"/>
            </w:tcMar>
            <w:vAlign w:val="center"/>
          </w:tcPr>
          <w:p w14:paraId="4B7FF2E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tcMar>
              <w:top w:w="35" w:type="dxa"/>
              <w:left w:w="45" w:type="dxa"/>
              <w:bottom w:w="35" w:type="dxa"/>
              <w:right w:w="45" w:type="dxa"/>
            </w:tcMar>
            <w:vAlign w:val="center"/>
          </w:tcPr>
          <w:p w14:paraId="06973CB4"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73006741"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71862CB6"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36E24F3"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738C483B" w14:textId="77777777" w:rsidR="0001782D" w:rsidRPr="00175D1B" w:rsidRDefault="00000000" w:rsidP="00AC6C95">
            <w:pPr>
              <w:spacing w:after="0" w:line="240" w:lineRule="auto"/>
              <w:ind w:left="630"/>
              <w:rPr>
                <w:rFonts w:ascii="Calibri" w:hAnsi="Calibri" w:cs="Calibri"/>
                <w:sz w:val="18"/>
                <w:szCs w:val="32"/>
              </w:rPr>
            </w:pPr>
            <w:hyperlink r:id="rId162" w:history="1">
              <w:r w:rsidRPr="00175D1B">
                <w:rPr>
                  <w:rFonts w:ascii="Calibri" w:eastAsia="Arial" w:hAnsi="Calibri" w:cs="Calibri"/>
                  <w:color w:val="0563C1"/>
                  <w:sz w:val="18"/>
                  <w:szCs w:val="32"/>
                  <w:u w:val="single"/>
                </w:rPr>
                <w:t>Related department page: Housing and Residence Life</w:t>
              </w:r>
            </w:hyperlink>
          </w:p>
        </w:tc>
        <w:tc>
          <w:tcPr>
            <w:tcW w:w="2554" w:type="dxa"/>
            <w:tcMar>
              <w:top w:w="35" w:type="dxa"/>
              <w:left w:w="45" w:type="dxa"/>
              <w:bottom w:w="35" w:type="dxa"/>
              <w:right w:w="45" w:type="dxa"/>
            </w:tcMar>
            <w:vAlign w:val="center"/>
          </w:tcPr>
          <w:p w14:paraId="67BBE3FC" w14:textId="77777777" w:rsidR="0001782D" w:rsidRPr="00175D1B" w:rsidRDefault="00000000" w:rsidP="00AC6C95">
            <w:pPr>
              <w:spacing w:after="0" w:line="240" w:lineRule="auto"/>
              <w:ind w:left="630"/>
              <w:rPr>
                <w:rFonts w:ascii="Calibri" w:hAnsi="Calibri" w:cs="Calibri"/>
                <w:sz w:val="18"/>
                <w:szCs w:val="32"/>
              </w:rPr>
            </w:pPr>
            <w:hyperlink r:id="rId163" w:history="1">
              <w:r w:rsidRPr="00175D1B">
                <w:rPr>
                  <w:rFonts w:ascii="Calibri" w:eastAsia="Arial" w:hAnsi="Calibri" w:cs="Calibri"/>
                  <w:color w:val="0563C1"/>
                  <w:sz w:val="18"/>
                  <w:szCs w:val="32"/>
                  <w:u w:val="single"/>
                </w:rPr>
                <w:t>https://www.se.edu/hrl/</w:t>
              </w:r>
            </w:hyperlink>
          </w:p>
        </w:tc>
      </w:tr>
      <w:tr w:rsidR="00EF31EA" w:rsidRPr="00175D1B" w14:paraId="1E6A2DD5" w14:textId="77777777" w:rsidTr="00175D1B">
        <w:trPr>
          <w:cantSplit/>
          <w:jc w:val="center"/>
        </w:trPr>
        <w:tc>
          <w:tcPr>
            <w:tcW w:w="1764" w:type="dxa"/>
            <w:shd w:val="clear" w:color="auto" w:fill="F7F7F7"/>
            <w:tcMar>
              <w:top w:w="35" w:type="dxa"/>
              <w:left w:w="45" w:type="dxa"/>
              <w:bottom w:w="35" w:type="dxa"/>
              <w:right w:w="45" w:type="dxa"/>
            </w:tcMar>
            <w:vAlign w:val="center"/>
          </w:tcPr>
          <w:p w14:paraId="0A4FB8F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Sigma Tau Delta</w:t>
            </w:r>
          </w:p>
          <w:p w14:paraId="2F76CABF" w14:textId="6C153FD9" w:rsidR="0001782D" w:rsidRPr="00175D1B" w:rsidRDefault="0001782D" w:rsidP="00175D1B">
            <w:pPr>
              <w:spacing w:after="0" w:line="240" w:lineRule="auto"/>
              <w:rPr>
                <w:rFonts w:ascii="Calibri" w:hAnsi="Calibri" w:cs="Calibri"/>
                <w:sz w:val="18"/>
                <w:szCs w:val="32"/>
              </w:rPr>
            </w:pPr>
          </w:p>
        </w:tc>
        <w:tc>
          <w:tcPr>
            <w:tcW w:w="1279" w:type="dxa"/>
            <w:shd w:val="clear" w:color="auto" w:fill="F7F7F7"/>
            <w:tcMar>
              <w:top w:w="35" w:type="dxa"/>
              <w:left w:w="45" w:type="dxa"/>
              <w:bottom w:w="35" w:type="dxa"/>
              <w:right w:w="45" w:type="dxa"/>
            </w:tcMar>
            <w:vAlign w:val="center"/>
          </w:tcPr>
          <w:p w14:paraId="7B4CC904"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4BC8912B"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6875FC0E"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1539256"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E219A46" w14:textId="77777777" w:rsidR="00EF31EA" w:rsidRPr="00175D1B" w:rsidRDefault="00EF31EA" w:rsidP="00AC6C95">
            <w:pPr>
              <w:spacing w:after="0" w:line="240" w:lineRule="auto"/>
              <w:ind w:left="630"/>
              <w:rPr>
                <w:rFonts w:ascii="Calibri" w:hAnsi="Calibri" w:cs="Calibri"/>
                <w:sz w:val="18"/>
                <w:szCs w:val="32"/>
              </w:rPr>
            </w:pPr>
            <w:hyperlink r:id="rId164">
              <w:r w:rsidRPr="00175D1B">
                <w:rPr>
                  <w:rFonts w:ascii="Calibri" w:hAnsi="Calibri" w:cs="Calibri"/>
                  <w:color w:val="0563C1"/>
                  <w:sz w:val="18"/>
                  <w:szCs w:val="32"/>
                  <w:u w:val="single"/>
                </w:rPr>
                <w:t>National website</w:t>
              </w:r>
            </w:hyperlink>
          </w:p>
        </w:tc>
        <w:tc>
          <w:tcPr>
            <w:tcW w:w="2844" w:type="dxa"/>
            <w:shd w:val="clear" w:color="auto" w:fill="F7F7F7"/>
            <w:tcMar>
              <w:top w:w="35" w:type="dxa"/>
              <w:left w:w="45" w:type="dxa"/>
              <w:bottom w:w="35" w:type="dxa"/>
              <w:right w:w="45" w:type="dxa"/>
            </w:tcMar>
            <w:vAlign w:val="center"/>
          </w:tcPr>
          <w:p w14:paraId="7A284FA2"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778402BE" w14:textId="77777777" w:rsidR="0001782D" w:rsidRPr="00175D1B" w:rsidRDefault="00000000" w:rsidP="00AC6C95">
            <w:pPr>
              <w:spacing w:after="0" w:line="240" w:lineRule="auto"/>
              <w:ind w:left="630"/>
              <w:rPr>
                <w:rFonts w:ascii="Calibri" w:hAnsi="Calibri" w:cs="Calibri"/>
                <w:sz w:val="18"/>
                <w:szCs w:val="32"/>
              </w:rPr>
            </w:pPr>
            <w:hyperlink r:id="rId165" w:history="1">
              <w:r w:rsidRPr="00175D1B">
                <w:rPr>
                  <w:rFonts w:ascii="Calibri" w:eastAsia="Arial" w:hAnsi="Calibri" w:cs="Calibri"/>
                  <w:color w:val="0563C1"/>
                  <w:sz w:val="18"/>
                  <w:szCs w:val="32"/>
                  <w:u w:val="single"/>
                </w:rPr>
                <w:t>https://english.org/</w:t>
              </w:r>
            </w:hyperlink>
          </w:p>
        </w:tc>
      </w:tr>
      <w:tr w:rsidR="00EF31EA" w:rsidRPr="00175D1B" w14:paraId="1DC1DFD1" w14:textId="77777777" w:rsidTr="00175D1B">
        <w:trPr>
          <w:cantSplit/>
          <w:jc w:val="center"/>
        </w:trPr>
        <w:tc>
          <w:tcPr>
            <w:tcW w:w="1764" w:type="dxa"/>
            <w:tcMar>
              <w:top w:w="35" w:type="dxa"/>
              <w:left w:w="45" w:type="dxa"/>
              <w:bottom w:w="35" w:type="dxa"/>
              <w:right w:w="45" w:type="dxa"/>
            </w:tcMar>
            <w:vAlign w:val="center"/>
          </w:tcPr>
          <w:p w14:paraId="6A6D132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Sigma Tau Gamma Fraternity</w:t>
            </w:r>
          </w:p>
        </w:tc>
        <w:tc>
          <w:tcPr>
            <w:tcW w:w="1279" w:type="dxa"/>
            <w:tcMar>
              <w:top w:w="35" w:type="dxa"/>
              <w:left w:w="45" w:type="dxa"/>
              <w:bottom w:w="35" w:type="dxa"/>
              <w:right w:w="45" w:type="dxa"/>
            </w:tcMar>
            <w:vAlign w:val="center"/>
          </w:tcPr>
          <w:p w14:paraId="7583AF27"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57E36706" w14:textId="77777777" w:rsidR="00EF31EA" w:rsidRPr="00175D1B" w:rsidRDefault="00EF31EA" w:rsidP="00AC6C95">
            <w:pPr>
              <w:spacing w:after="0" w:line="240" w:lineRule="auto"/>
              <w:ind w:left="630"/>
              <w:rPr>
                <w:rFonts w:ascii="Calibri" w:hAnsi="Calibri" w:cs="Calibri"/>
                <w:sz w:val="18"/>
                <w:szCs w:val="32"/>
              </w:rPr>
            </w:pPr>
            <w:hyperlink r:id="rId166">
              <w:r w:rsidRPr="00175D1B">
                <w:rPr>
                  <w:rFonts w:ascii="Calibri" w:hAnsi="Calibri" w:cs="Calibri"/>
                  <w:color w:val="0563C1"/>
                  <w:sz w:val="18"/>
                  <w:szCs w:val="32"/>
                  <w:u w:val="single"/>
                </w:rPr>
                <w:t>Instagram: @sigtausoutheastern</w:t>
              </w:r>
            </w:hyperlink>
          </w:p>
        </w:tc>
        <w:tc>
          <w:tcPr>
            <w:tcW w:w="1507" w:type="dxa"/>
            <w:tcMar>
              <w:top w:w="35" w:type="dxa"/>
              <w:left w:w="45" w:type="dxa"/>
              <w:bottom w:w="35" w:type="dxa"/>
              <w:right w:w="45" w:type="dxa"/>
            </w:tcMar>
            <w:vAlign w:val="center"/>
          </w:tcPr>
          <w:p w14:paraId="49F434C2" w14:textId="77777777" w:rsidR="00EF31EA" w:rsidRPr="00175D1B" w:rsidRDefault="00EF31EA" w:rsidP="00AC6C95">
            <w:pPr>
              <w:spacing w:after="0" w:line="240" w:lineRule="auto"/>
              <w:ind w:left="630"/>
              <w:rPr>
                <w:rFonts w:ascii="Calibri" w:hAnsi="Calibri" w:cs="Calibri"/>
                <w:sz w:val="18"/>
                <w:szCs w:val="32"/>
              </w:rPr>
            </w:pPr>
            <w:hyperlink r:id="rId167">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3898DFAD"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5BC9CA96"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676DB50E"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76C7CEBF" w14:textId="77777777" w:rsidR="0001782D" w:rsidRPr="00175D1B" w:rsidRDefault="00000000" w:rsidP="00AC6C95">
            <w:pPr>
              <w:spacing w:after="0" w:line="240" w:lineRule="auto"/>
              <w:ind w:left="630"/>
              <w:rPr>
                <w:rFonts w:ascii="Calibri" w:hAnsi="Calibri" w:cs="Calibri"/>
                <w:sz w:val="18"/>
                <w:szCs w:val="32"/>
              </w:rPr>
            </w:pPr>
            <w:hyperlink r:id="rId168" w:history="1">
              <w:r w:rsidRPr="00175D1B">
                <w:rPr>
                  <w:rFonts w:ascii="Calibri" w:eastAsia="Arial" w:hAnsi="Calibri" w:cs="Calibri"/>
                  <w:color w:val="0563C1"/>
                  <w:sz w:val="18"/>
                  <w:szCs w:val="32"/>
                  <w:u w:val="single"/>
                </w:rPr>
                <w:t>https://www.facebook.com/SigTauSoutheastern/</w:t>
              </w:r>
            </w:hyperlink>
          </w:p>
          <w:p w14:paraId="6A536E78" w14:textId="77777777" w:rsidR="0001782D" w:rsidRPr="00175D1B" w:rsidRDefault="00000000" w:rsidP="00AC6C95">
            <w:pPr>
              <w:spacing w:after="0" w:line="240" w:lineRule="auto"/>
              <w:ind w:left="630"/>
              <w:rPr>
                <w:rFonts w:ascii="Calibri" w:hAnsi="Calibri" w:cs="Calibri"/>
                <w:sz w:val="18"/>
                <w:szCs w:val="32"/>
              </w:rPr>
            </w:pPr>
            <w:hyperlink r:id="rId169" w:history="1">
              <w:r w:rsidRPr="00175D1B">
                <w:rPr>
                  <w:rFonts w:ascii="Calibri" w:eastAsia="Arial" w:hAnsi="Calibri" w:cs="Calibri"/>
                  <w:color w:val="0563C1"/>
                  <w:sz w:val="18"/>
                  <w:szCs w:val="32"/>
                  <w:u w:val="single"/>
                </w:rPr>
                <w:t>https://www.instagram.com/sigtausoutheastern/</w:t>
              </w:r>
            </w:hyperlink>
          </w:p>
        </w:tc>
      </w:tr>
      <w:tr w:rsidR="00EF31EA" w:rsidRPr="00175D1B" w14:paraId="6EB53355" w14:textId="77777777" w:rsidTr="00175D1B">
        <w:trPr>
          <w:cantSplit/>
          <w:jc w:val="center"/>
        </w:trPr>
        <w:tc>
          <w:tcPr>
            <w:tcW w:w="1764" w:type="dxa"/>
            <w:shd w:val="clear" w:color="auto" w:fill="F7F7F7"/>
            <w:tcMar>
              <w:top w:w="35" w:type="dxa"/>
              <w:left w:w="45" w:type="dxa"/>
              <w:bottom w:w="35" w:type="dxa"/>
              <w:right w:w="45" w:type="dxa"/>
            </w:tcMar>
            <w:vAlign w:val="center"/>
          </w:tcPr>
          <w:p w14:paraId="31B40FD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Southeastern Accounting and Finance Association</w:t>
            </w:r>
          </w:p>
        </w:tc>
        <w:tc>
          <w:tcPr>
            <w:tcW w:w="1279" w:type="dxa"/>
            <w:shd w:val="clear" w:color="auto" w:fill="F7F7F7"/>
            <w:tcMar>
              <w:top w:w="35" w:type="dxa"/>
              <w:left w:w="45" w:type="dxa"/>
              <w:bottom w:w="35" w:type="dxa"/>
              <w:right w:w="45" w:type="dxa"/>
            </w:tcMar>
            <w:vAlign w:val="center"/>
          </w:tcPr>
          <w:p w14:paraId="63CFBC4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Reforming</w:t>
            </w:r>
          </w:p>
        </w:tc>
        <w:tc>
          <w:tcPr>
            <w:tcW w:w="1570" w:type="dxa"/>
            <w:shd w:val="clear" w:color="auto" w:fill="F7F7F7"/>
            <w:tcMar>
              <w:top w:w="35" w:type="dxa"/>
              <w:left w:w="45" w:type="dxa"/>
              <w:bottom w:w="35" w:type="dxa"/>
              <w:right w:w="45" w:type="dxa"/>
            </w:tcMar>
            <w:vAlign w:val="center"/>
          </w:tcPr>
          <w:p w14:paraId="337723EC"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7CA9E1AF"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1C43E552"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73C1403F"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57CA9956" w14:textId="77777777" w:rsidR="0001782D" w:rsidRPr="00175D1B" w:rsidRDefault="00000000" w:rsidP="00AC6C95">
            <w:pPr>
              <w:spacing w:after="0" w:line="240" w:lineRule="auto"/>
              <w:ind w:left="630"/>
              <w:rPr>
                <w:rFonts w:ascii="Calibri" w:hAnsi="Calibri" w:cs="Calibri"/>
                <w:sz w:val="18"/>
                <w:szCs w:val="32"/>
              </w:rPr>
            </w:pPr>
            <w:hyperlink r:id="rId170" w:history="1">
              <w:r w:rsidRPr="00175D1B">
                <w:rPr>
                  <w:rFonts w:ascii="Calibri" w:eastAsia="Arial" w:hAnsi="Calibri" w:cs="Calibri"/>
                  <w:color w:val="0563C1"/>
                  <w:sz w:val="18"/>
                  <w:szCs w:val="32"/>
                  <w:u w:val="single"/>
                </w:rPr>
                <w:t>Related department page: John Massey School of Business</w:t>
              </w:r>
            </w:hyperlink>
          </w:p>
        </w:tc>
        <w:tc>
          <w:tcPr>
            <w:tcW w:w="2554" w:type="dxa"/>
            <w:shd w:val="clear" w:color="auto" w:fill="F7F7F7"/>
            <w:tcMar>
              <w:top w:w="35" w:type="dxa"/>
              <w:left w:w="45" w:type="dxa"/>
              <w:bottom w:w="35" w:type="dxa"/>
              <w:right w:w="45" w:type="dxa"/>
            </w:tcMar>
            <w:vAlign w:val="center"/>
          </w:tcPr>
          <w:p w14:paraId="12695A2D" w14:textId="77777777" w:rsidR="0001782D" w:rsidRPr="00175D1B" w:rsidRDefault="00000000" w:rsidP="00AC6C95">
            <w:pPr>
              <w:spacing w:after="0" w:line="240" w:lineRule="auto"/>
              <w:ind w:left="630"/>
              <w:rPr>
                <w:rFonts w:ascii="Calibri" w:hAnsi="Calibri" w:cs="Calibri"/>
                <w:sz w:val="18"/>
                <w:szCs w:val="32"/>
              </w:rPr>
            </w:pPr>
            <w:hyperlink r:id="rId171" w:history="1">
              <w:r w:rsidRPr="00175D1B">
                <w:rPr>
                  <w:rFonts w:ascii="Calibri" w:eastAsia="Arial" w:hAnsi="Calibri" w:cs="Calibri"/>
                  <w:color w:val="0563C1"/>
                  <w:sz w:val="18"/>
                  <w:szCs w:val="32"/>
                  <w:u w:val="single"/>
                </w:rPr>
                <w:t>https://www.se.edu/business/</w:t>
              </w:r>
            </w:hyperlink>
          </w:p>
        </w:tc>
      </w:tr>
      <w:tr w:rsidR="00EF31EA" w:rsidRPr="00175D1B" w14:paraId="69D64430" w14:textId="77777777" w:rsidTr="00175D1B">
        <w:trPr>
          <w:cantSplit/>
          <w:jc w:val="center"/>
        </w:trPr>
        <w:tc>
          <w:tcPr>
            <w:tcW w:w="1764" w:type="dxa"/>
            <w:tcMar>
              <w:top w:w="35" w:type="dxa"/>
              <w:left w:w="45" w:type="dxa"/>
              <w:bottom w:w="35" w:type="dxa"/>
              <w:right w:w="45" w:type="dxa"/>
            </w:tcMar>
            <w:vAlign w:val="center"/>
          </w:tcPr>
          <w:p w14:paraId="387F2C8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Southeastern Chorale</w:t>
            </w:r>
          </w:p>
        </w:tc>
        <w:tc>
          <w:tcPr>
            <w:tcW w:w="1279" w:type="dxa"/>
            <w:tcMar>
              <w:top w:w="35" w:type="dxa"/>
              <w:left w:w="45" w:type="dxa"/>
              <w:bottom w:w="35" w:type="dxa"/>
              <w:right w:w="45" w:type="dxa"/>
            </w:tcMar>
            <w:vAlign w:val="center"/>
          </w:tcPr>
          <w:p w14:paraId="01DD13F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19548091"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59D5023C"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5BC3942F"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918A77D" w14:textId="77777777" w:rsidR="0001782D" w:rsidRPr="00175D1B" w:rsidRDefault="00000000" w:rsidP="00AC6C95">
            <w:pPr>
              <w:spacing w:after="0" w:line="240" w:lineRule="auto"/>
              <w:ind w:left="630"/>
              <w:rPr>
                <w:rFonts w:ascii="Calibri" w:hAnsi="Calibri" w:cs="Calibri"/>
                <w:sz w:val="18"/>
                <w:szCs w:val="32"/>
              </w:rPr>
            </w:pPr>
            <w:hyperlink r:id="rId172" w:history="1">
              <w:r w:rsidRPr="00175D1B">
                <w:rPr>
                  <w:rFonts w:ascii="Calibri" w:eastAsia="Arial" w:hAnsi="Calibri" w:cs="Calibri"/>
                  <w:color w:val="0563C1"/>
                  <w:sz w:val="18"/>
                  <w:szCs w:val="32"/>
                  <w:u w:val="single"/>
                </w:rPr>
                <w:t>Performing Ensembles page</w:t>
              </w:r>
            </w:hyperlink>
          </w:p>
        </w:tc>
        <w:tc>
          <w:tcPr>
            <w:tcW w:w="2844" w:type="dxa"/>
            <w:tcMar>
              <w:top w:w="35" w:type="dxa"/>
              <w:left w:w="45" w:type="dxa"/>
              <w:bottom w:w="35" w:type="dxa"/>
              <w:right w:w="45" w:type="dxa"/>
            </w:tcMar>
            <w:vAlign w:val="center"/>
          </w:tcPr>
          <w:p w14:paraId="41DE4D23"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084212C2" w14:textId="77777777" w:rsidR="0001782D" w:rsidRPr="00175D1B" w:rsidRDefault="00000000" w:rsidP="00AC6C95">
            <w:pPr>
              <w:spacing w:after="0" w:line="240" w:lineRule="auto"/>
              <w:ind w:left="630"/>
              <w:rPr>
                <w:rFonts w:ascii="Calibri" w:hAnsi="Calibri" w:cs="Calibri"/>
                <w:sz w:val="18"/>
                <w:szCs w:val="32"/>
              </w:rPr>
            </w:pPr>
            <w:hyperlink r:id="rId173" w:history="1">
              <w:r w:rsidRPr="00175D1B">
                <w:rPr>
                  <w:rFonts w:ascii="Calibri" w:eastAsia="Arial" w:hAnsi="Calibri" w:cs="Calibri"/>
                  <w:color w:val="0563C1"/>
                  <w:sz w:val="18"/>
                  <w:szCs w:val="32"/>
                  <w:u w:val="single"/>
                </w:rPr>
                <w:t>https://www.se.edu/music/performing-ensembles/</w:t>
              </w:r>
            </w:hyperlink>
          </w:p>
        </w:tc>
      </w:tr>
      <w:tr w:rsidR="00EF31EA" w:rsidRPr="00175D1B" w14:paraId="08E5DC1C" w14:textId="77777777" w:rsidTr="00175D1B">
        <w:trPr>
          <w:cantSplit/>
          <w:jc w:val="center"/>
        </w:trPr>
        <w:tc>
          <w:tcPr>
            <w:tcW w:w="1764" w:type="dxa"/>
            <w:shd w:val="clear" w:color="auto" w:fill="F7F7F7"/>
            <w:tcMar>
              <w:top w:w="35" w:type="dxa"/>
              <w:left w:w="45" w:type="dxa"/>
              <w:bottom w:w="35" w:type="dxa"/>
              <w:right w:w="45" w:type="dxa"/>
            </w:tcMar>
            <w:vAlign w:val="center"/>
          </w:tcPr>
          <w:p w14:paraId="5C02C99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Southeastern Speech and Debate Association</w:t>
            </w:r>
          </w:p>
        </w:tc>
        <w:tc>
          <w:tcPr>
            <w:tcW w:w="1279" w:type="dxa"/>
            <w:shd w:val="clear" w:color="auto" w:fill="F7F7F7"/>
            <w:tcMar>
              <w:top w:w="35" w:type="dxa"/>
              <w:left w:w="45" w:type="dxa"/>
              <w:bottom w:w="35" w:type="dxa"/>
              <w:right w:w="45" w:type="dxa"/>
            </w:tcMar>
            <w:vAlign w:val="center"/>
          </w:tcPr>
          <w:p w14:paraId="71FD869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Reforming</w:t>
            </w:r>
          </w:p>
        </w:tc>
        <w:tc>
          <w:tcPr>
            <w:tcW w:w="1570" w:type="dxa"/>
            <w:shd w:val="clear" w:color="auto" w:fill="F7F7F7"/>
            <w:tcMar>
              <w:top w:w="35" w:type="dxa"/>
              <w:left w:w="45" w:type="dxa"/>
              <w:bottom w:w="35" w:type="dxa"/>
              <w:right w:w="45" w:type="dxa"/>
            </w:tcMar>
            <w:vAlign w:val="center"/>
          </w:tcPr>
          <w:p w14:paraId="26223B89" w14:textId="77777777" w:rsidR="00EF31EA" w:rsidRPr="00175D1B" w:rsidRDefault="00EF31EA" w:rsidP="00AC6C95">
            <w:pPr>
              <w:spacing w:after="0" w:line="240" w:lineRule="auto"/>
              <w:ind w:left="630"/>
              <w:rPr>
                <w:rFonts w:ascii="Calibri" w:hAnsi="Calibri" w:cs="Calibri"/>
                <w:sz w:val="18"/>
                <w:szCs w:val="32"/>
              </w:rPr>
            </w:pPr>
            <w:hyperlink r:id="rId174">
              <w:r w:rsidRPr="00175D1B">
                <w:rPr>
                  <w:rFonts w:ascii="Calibri" w:hAnsi="Calibri" w:cs="Calibri"/>
                  <w:color w:val="0563C1"/>
                  <w:sz w:val="18"/>
                  <w:szCs w:val="32"/>
                  <w:u w:val="single"/>
                </w:rPr>
                <w:t>Instagram: @southeastern.sda</w:t>
              </w:r>
            </w:hyperlink>
          </w:p>
        </w:tc>
        <w:tc>
          <w:tcPr>
            <w:tcW w:w="1507" w:type="dxa"/>
            <w:shd w:val="clear" w:color="auto" w:fill="F7F7F7"/>
            <w:tcMar>
              <w:top w:w="35" w:type="dxa"/>
              <w:left w:w="45" w:type="dxa"/>
              <w:bottom w:w="35" w:type="dxa"/>
              <w:right w:w="45" w:type="dxa"/>
            </w:tcMar>
            <w:vAlign w:val="center"/>
          </w:tcPr>
          <w:p w14:paraId="0A52AC0C"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209F0175"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0F07A8B8" w14:textId="77777777" w:rsidR="00EF31EA" w:rsidRPr="00175D1B" w:rsidRDefault="00EF31EA" w:rsidP="00AC6C95">
            <w:pPr>
              <w:spacing w:after="0" w:line="240" w:lineRule="auto"/>
              <w:ind w:left="630"/>
              <w:rPr>
                <w:rFonts w:ascii="Calibri" w:hAnsi="Calibri" w:cs="Calibri"/>
                <w:sz w:val="18"/>
                <w:szCs w:val="32"/>
              </w:rPr>
            </w:pPr>
            <w:hyperlink r:id="rId175">
              <w:r w:rsidRPr="00175D1B">
                <w:rPr>
                  <w:rFonts w:ascii="Calibri" w:hAnsi="Calibri" w:cs="Calibri"/>
                  <w:color w:val="0563C1"/>
                  <w:sz w:val="18"/>
                  <w:szCs w:val="32"/>
                  <w:u w:val="single"/>
                </w:rPr>
                <w:t>Program page</w:t>
              </w:r>
            </w:hyperlink>
          </w:p>
        </w:tc>
        <w:tc>
          <w:tcPr>
            <w:tcW w:w="2844" w:type="dxa"/>
            <w:shd w:val="clear" w:color="auto" w:fill="F7F7F7"/>
            <w:tcMar>
              <w:top w:w="35" w:type="dxa"/>
              <w:left w:w="45" w:type="dxa"/>
              <w:bottom w:w="35" w:type="dxa"/>
              <w:right w:w="45" w:type="dxa"/>
            </w:tcMar>
            <w:vAlign w:val="center"/>
          </w:tcPr>
          <w:p w14:paraId="33E04BB3"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3EC4D5FD" w14:textId="77777777" w:rsidR="0001782D" w:rsidRPr="00175D1B" w:rsidRDefault="00000000" w:rsidP="00AC6C95">
            <w:pPr>
              <w:spacing w:after="0" w:line="240" w:lineRule="auto"/>
              <w:ind w:left="630"/>
              <w:rPr>
                <w:rFonts w:ascii="Calibri" w:hAnsi="Calibri" w:cs="Calibri"/>
                <w:sz w:val="18"/>
                <w:szCs w:val="32"/>
              </w:rPr>
            </w:pPr>
            <w:hyperlink r:id="rId176" w:history="1">
              <w:r w:rsidRPr="00175D1B">
                <w:rPr>
                  <w:rFonts w:ascii="Calibri" w:eastAsia="Arial" w:hAnsi="Calibri" w:cs="Calibri"/>
                  <w:color w:val="0563C1"/>
                  <w:sz w:val="18"/>
                  <w:szCs w:val="32"/>
                  <w:u w:val="single"/>
                </w:rPr>
                <w:t>https://www.instagram.com/southeastern.sda/</w:t>
              </w:r>
            </w:hyperlink>
          </w:p>
          <w:p w14:paraId="20521B16" w14:textId="77777777" w:rsidR="0001782D" w:rsidRPr="00175D1B" w:rsidRDefault="00000000" w:rsidP="00AC6C95">
            <w:pPr>
              <w:spacing w:after="0" w:line="240" w:lineRule="auto"/>
              <w:ind w:left="630"/>
              <w:rPr>
                <w:rFonts w:ascii="Calibri" w:hAnsi="Calibri" w:cs="Calibri"/>
                <w:sz w:val="18"/>
                <w:szCs w:val="32"/>
              </w:rPr>
            </w:pPr>
            <w:hyperlink r:id="rId177" w:history="1">
              <w:r w:rsidRPr="00175D1B">
                <w:rPr>
                  <w:rFonts w:ascii="Calibri" w:eastAsia="Arial" w:hAnsi="Calibri" w:cs="Calibri"/>
                  <w:color w:val="0563C1"/>
                  <w:sz w:val="18"/>
                  <w:szCs w:val="32"/>
                  <w:u w:val="single"/>
                </w:rPr>
                <w:t>https://www.se.edu/act/speech-and-debate/</w:t>
              </w:r>
            </w:hyperlink>
          </w:p>
        </w:tc>
      </w:tr>
      <w:tr w:rsidR="00EF31EA" w:rsidRPr="00175D1B" w14:paraId="636B83F2" w14:textId="77777777" w:rsidTr="00175D1B">
        <w:trPr>
          <w:cantSplit/>
          <w:jc w:val="center"/>
        </w:trPr>
        <w:tc>
          <w:tcPr>
            <w:tcW w:w="1764" w:type="dxa"/>
            <w:tcMar>
              <w:top w:w="35" w:type="dxa"/>
              <w:left w:w="45" w:type="dxa"/>
              <w:bottom w:w="35" w:type="dxa"/>
              <w:right w:w="45" w:type="dxa"/>
            </w:tcMar>
            <w:vAlign w:val="center"/>
          </w:tcPr>
          <w:p w14:paraId="7539CBB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Southeastern Ultimate Frisbee Club</w:t>
            </w:r>
          </w:p>
        </w:tc>
        <w:tc>
          <w:tcPr>
            <w:tcW w:w="1279" w:type="dxa"/>
            <w:tcMar>
              <w:top w:w="35" w:type="dxa"/>
              <w:left w:w="45" w:type="dxa"/>
              <w:bottom w:w="35" w:type="dxa"/>
              <w:right w:w="45" w:type="dxa"/>
            </w:tcMar>
            <w:vAlign w:val="center"/>
          </w:tcPr>
          <w:p w14:paraId="4549893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312108EC" w14:textId="77777777" w:rsidR="00EF31EA" w:rsidRPr="00175D1B" w:rsidRDefault="00EF31EA" w:rsidP="00AC6C95">
            <w:pPr>
              <w:spacing w:after="0" w:line="240" w:lineRule="auto"/>
              <w:ind w:left="630"/>
              <w:rPr>
                <w:rFonts w:ascii="Calibri" w:hAnsi="Calibri" w:cs="Calibri"/>
                <w:sz w:val="18"/>
                <w:szCs w:val="32"/>
              </w:rPr>
            </w:pPr>
            <w:hyperlink r:id="rId178">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se.ultimate</w:t>
              </w:r>
              <w:proofErr w:type="gramEnd"/>
            </w:hyperlink>
          </w:p>
        </w:tc>
        <w:tc>
          <w:tcPr>
            <w:tcW w:w="1507" w:type="dxa"/>
            <w:tcMar>
              <w:top w:w="35" w:type="dxa"/>
              <w:left w:w="45" w:type="dxa"/>
              <w:bottom w:w="35" w:type="dxa"/>
              <w:right w:w="45" w:type="dxa"/>
            </w:tcMar>
            <w:vAlign w:val="center"/>
          </w:tcPr>
          <w:p w14:paraId="5B6023B1"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124634F7"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2A6A9E48"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5746EC9F"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56F08001" w14:textId="77777777" w:rsidR="0001782D" w:rsidRPr="00175D1B" w:rsidRDefault="00000000" w:rsidP="00AC6C95">
            <w:pPr>
              <w:spacing w:after="0" w:line="240" w:lineRule="auto"/>
              <w:ind w:left="630"/>
              <w:rPr>
                <w:rFonts w:ascii="Calibri" w:hAnsi="Calibri" w:cs="Calibri"/>
                <w:sz w:val="18"/>
                <w:szCs w:val="32"/>
              </w:rPr>
            </w:pPr>
            <w:hyperlink r:id="rId179" w:history="1">
              <w:r w:rsidRPr="00175D1B">
                <w:rPr>
                  <w:rFonts w:ascii="Calibri" w:eastAsia="Arial" w:hAnsi="Calibri" w:cs="Calibri"/>
                  <w:color w:val="0563C1"/>
                  <w:sz w:val="18"/>
                  <w:szCs w:val="32"/>
                  <w:u w:val="single"/>
                </w:rPr>
                <w:t>https://www.instagram.com/se.ultimate/</w:t>
              </w:r>
            </w:hyperlink>
          </w:p>
        </w:tc>
      </w:tr>
      <w:tr w:rsidR="00EF31EA" w:rsidRPr="00175D1B" w14:paraId="0A5F6511" w14:textId="77777777" w:rsidTr="00175D1B">
        <w:trPr>
          <w:cantSplit/>
          <w:jc w:val="center"/>
        </w:trPr>
        <w:tc>
          <w:tcPr>
            <w:tcW w:w="1764" w:type="dxa"/>
            <w:shd w:val="clear" w:color="auto" w:fill="F7F7F7"/>
            <w:tcMar>
              <w:top w:w="35" w:type="dxa"/>
              <w:left w:w="45" w:type="dxa"/>
              <w:bottom w:w="35" w:type="dxa"/>
              <w:right w:w="45" w:type="dxa"/>
            </w:tcMar>
            <w:vAlign w:val="center"/>
          </w:tcPr>
          <w:p w14:paraId="2EB1D619"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Southeastern Wildlife Club</w:t>
            </w:r>
          </w:p>
        </w:tc>
        <w:tc>
          <w:tcPr>
            <w:tcW w:w="1279" w:type="dxa"/>
            <w:shd w:val="clear" w:color="auto" w:fill="F7F7F7"/>
            <w:tcMar>
              <w:top w:w="35" w:type="dxa"/>
              <w:left w:w="45" w:type="dxa"/>
              <w:bottom w:w="35" w:type="dxa"/>
              <w:right w:w="45" w:type="dxa"/>
            </w:tcMar>
            <w:vAlign w:val="center"/>
          </w:tcPr>
          <w:p w14:paraId="776F483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033306C2" w14:textId="77777777" w:rsidR="00EF31EA" w:rsidRPr="00175D1B" w:rsidRDefault="00EF31EA" w:rsidP="00AC6C95">
            <w:pPr>
              <w:spacing w:after="0" w:line="240" w:lineRule="auto"/>
              <w:ind w:left="630"/>
              <w:rPr>
                <w:rFonts w:ascii="Calibri" w:hAnsi="Calibri" w:cs="Calibri"/>
                <w:sz w:val="18"/>
                <w:szCs w:val="32"/>
              </w:rPr>
            </w:pPr>
            <w:hyperlink r:id="rId180">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sosu.wildlifeclub</w:t>
              </w:r>
              <w:proofErr w:type="gramEnd"/>
            </w:hyperlink>
          </w:p>
        </w:tc>
        <w:tc>
          <w:tcPr>
            <w:tcW w:w="1507" w:type="dxa"/>
            <w:shd w:val="clear" w:color="auto" w:fill="F7F7F7"/>
            <w:tcMar>
              <w:top w:w="35" w:type="dxa"/>
              <w:left w:w="45" w:type="dxa"/>
              <w:bottom w:w="35" w:type="dxa"/>
              <w:right w:w="45" w:type="dxa"/>
            </w:tcMar>
            <w:vAlign w:val="center"/>
          </w:tcPr>
          <w:p w14:paraId="5796F5C0" w14:textId="77777777" w:rsidR="00EF31EA" w:rsidRPr="00175D1B" w:rsidRDefault="00EF31EA" w:rsidP="00AC6C95">
            <w:pPr>
              <w:spacing w:after="0" w:line="240" w:lineRule="auto"/>
              <w:ind w:left="630"/>
              <w:rPr>
                <w:rFonts w:ascii="Calibri" w:hAnsi="Calibri" w:cs="Calibri"/>
                <w:sz w:val="18"/>
                <w:szCs w:val="32"/>
              </w:rPr>
            </w:pPr>
            <w:hyperlink r:id="rId181">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555EA636"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2B1B3FD5"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4F6C9C87"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14BDD232" w14:textId="77777777" w:rsidR="0001782D" w:rsidRPr="00175D1B" w:rsidRDefault="00000000" w:rsidP="00AC6C95">
            <w:pPr>
              <w:spacing w:after="0" w:line="240" w:lineRule="auto"/>
              <w:ind w:left="630"/>
              <w:rPr>
                <w:rFonts w:ascii="Calibri" w:hAnsi="Calibri" w:cs="Calibri"/>
                <w:sz w:val="18"/>
                <w:szCs w:val="32"/>
              </w:rPr>
            </w:pPr>
            <w:hyperlink r:id="rId182" w:history="1">
              <w:r w:rsidRPr="00175D1B">
                <w:rPr>
                  <w:rFonts w:ascii="Calibri" w:eastAsia="Arial" w:hAnsi="Calibri" w:cs="Calibri"/>
                  <w:color w:val="0563C1"/>
                  <w:sz w:val="18"/>
                  <w:szCs w:val="32"/>
                  <w:u w:val="single"/>
                </w:rPr>
                <w:t>https://www.facebook.com/100087240031079/</w:t>
              </w:r>
            </w:hyperlink>
          </w:p>
          <w:p w14:paraId="513571E6" w14:textId="77777777" w:rsidR="0001782D" w:rsidRPr="00175D1B" w:rsidRDefault="00000000" w:rsidP="00AC6C95">
            <w:pPr>
              <w:spacing w:after="0" w:line="240" w:lineRule="auto"/>
              <w:ind w:left="630"/>
              <w:rPr>
                <w:rFonts w:ascii="Calibri" w:hAnsi="Calibri" w:cs="Calibri"/>
                <w:sz w:val="18"/>
                <w:szCs w:val="32"/>
              </w:rPr>
            </w:pPr>
            <w:hyperlink r:id="rId183" w:history="1">
              <w:r w:rsidRPr="00175D1B">
                <w:rPr>
                  <w:rFonts w:ascii="Calibri" w:eastAsia="Arial" w:hAnsi="Calibri" w:cs="Calibri"/>
                  <w:color w:val="0563C1"/>
                  <w:sz w:val="18"/>
                  <w:szCs w:val="32"/>
                  <w:u w:val="single"/>
                </w:rPr>
                <w:t>https://www.instagram.com/sosu.wildlifeclub/</w:t>
              </w:r>
            </w:hyperlink>
          </w:p>
        </w:tc>
      </w:tr>
      <w:tr w:rsidR="00EF31EA" w:rsidRPr="00175D1B" w14:paraId="790BDD40" w14:textId="77777777" w:rsidTr="00175D1B">
        <w:trPr>
          <w:cantSplit/>
          <w:jc w:val="center"/>
        </w:trPr>
        <w:tc>
          <w:tcPr>
            <w:tcW w:w="1764" w:type="dxa"/>
            <w:tcMar>
              <w:top w:w="35" w:type="dxa"/>
              <w:left w:w="45" w:type="dxa"/>
              <w:bottom w:w="35" w:type="dxa"/>
              <w:right w:w="45" w:type="dxa"/>
            </w:tcMar>
            <w:vAlign w:val="center"/>
          </w:tcPr>
          <w:p w14:paraId="08B4EED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Sparks Dance Team</w:t>
            </w:r>
          </w:p>
        </w:tc>
        <w:tc>
          <w:tcPr>
            <w:tcW w:w="1279" w:type="dxa"/>
            <w:tcMar>
              <w:top w:w="35" w:type="dxa"/>
              <w:left w:w="45" w:type="dxa"/>
              <w:bottom w:w="35" w:type="dxa"/>
              <w:right w:w="45" w:type="dxa"/>
            </w:tcMar>
            <w:vAlign w:val="center"/>
          </w:tcPr>
          <w:p w14:paraId="203C0B7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3A8FDD9F" w14:textId="77777777" w:rsidR="00EF31EA" w:rsidRPr="00175D1B" w:rsidRDefault="00EF31EA" w:rsidP="00AC6C95">
            <w:pPr>
              <w:spacing w:after="0" w:line="240" w:lineRule="auto"/>
              <w:ind w:left="630"/>
              <w:rPr>
                <w:rFonts w:ascii="Calibri" w:hAnsi="Calibri" w:cs="Calibri"/>
                <w:sz w:val="18"/>
                <w:szCs w:val="32"/>
              </w:rPr>
            </w:pPr>
            <w:hyperlink r:id="rId184">
              <w:r w:rsidRPr="00175D1B">
                <w:rPr>
                  <w:rFonts w:ascii="Calibri" w:hAnsi="Calibri" w:cs="Calibri"/>
                  <w:color w:val="0563C1"/>
                  <w:sz w:val="18"/>
                  <w:szCs w:val="32"/>
                  <w:u w:val="single"/>
                </w:rPr>
                <w:t>Instagram: @sparksdance</w:t>
              </w:r>
            </w:hyperlink>
          </w:p>
        </w:tc>
        <w:tc>
          <w:tcPr>
            <w:tcW w:w="1507" w:type="dxa"/>
            <w:tcMar>
              <w:top w:w="35" w:type="dxa"/>
              <w:left w:w="45" w:type="dxa"/>
              <w:bottom w:w="35" w:type="dxa"/>
              <w:right w:w="45" w:type="dxa"/>
            </w:tcMar>
            <w:vAlign w:val="center"/>
          </w:tcPr>
          <w:p w14:paraId="3C35E1FF" w14:textId="77777777" w:rsidR="00EF31EA" w:rsidRPr="00175D1B" w:rsidRDefault="00EF31EA" w:rsidP="00AC6C95">
            <w:pPr>
              <w:spacing w:after="0" w:line="240" w:lineRule="auto"/>
              <w:ind w:left="630"/>
              <w:rPr>
                <w:rFonts w:ascii="Calibri" w:hAnsi="Calibri" w:cs="Calibri"/>
                <w:sz w:val="18"/>
                <w:szCs w:val="32"/>
              </w:rPr>
            </w:pPr>
            <w:hyperlink r:id="rId185">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7A2BC72E"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7C851DDA"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19D73500"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7018FDC4" w14:textId="77777777" w:rsidR="0001782D" w:rsidRPr="00175D1B" w:rsidRDefault="00000000" w:rsidP="00AC6C95">
            <w:pPr>
              <w:spacing w:after="0" w:line="240" w:lineRule="auto"/>
              <w:ind w:left="630"/>
              <w:rPr>
                <w:rFonts w:ascii="Calibri" w:hAnsi="Calibri" w:cs="Calibri"/>
                <w:sz w:val="18"/>
                <w:szCs w:val="32"/>
              </w:rPr>
            </w:pPr>
            <w:hyperlink r:id="rId186" w:history="1">
              <w:r w:rsidRPr="00175D1B">
                <w:rPr>
                  <w:rFonts w:ascii="Calibri" w:eastAsia="Arial" w:hAnsi="Calibri" w:cs="Calibri"/>
                  <w:color w:val="0563C1"/>
                  <w:sz w:val="18"/>
                  <w:szCs w:val="32"/>
                  <w:u w:val="single"/>
                </w:rPr>
                <w:t>https://www.facebook.com/SESparksDanceTeam/</w:t>
              </w:r>
            </w:hyperlink>
          </w:p>
          <w:p w14:paraId="09CC2DF6" w14:textId="77777777" w:rsidR="0001782D" w:rsidRPr="00175D1B" w:rsidRDefault="00000000" w:rsidP="00AC6C95">
            <w:pPr>
              <w:spacing w:after="0" w:line="240" w:lineRule="auto"/>
              <w:ind w:left="630"/>
              <w:rPr>
                <w:rFonts w:ascii="Calibri" w:hAnsi="Calibri" w:cs="Calibri"/>
                <w:sz w:val="18"/>
                <w:szCs w:val="32"/>
              </w:rPr>
            </w:pPr>
            <w:hyperlink r:id="rId187" w:history="1">
              <w:r w:rsidRPr="00175D1B">
                <w:rPr>
                  <w:rFonts w:ascii="Calibri" w:eastAsia="Arial" w:hAnsi="Calibri" w:cs="Calibri"/>
                  <w:color w:val="0563C1"/>
                  <w:sz w:val="18"/>
                  <w:szCs w:val="32"/>
                  <w:u w:val="single"/>
                </w:rPr>
                <w:t>https://www.instagram.com/sparksdance/</w:t>
              </w:r>
            </w:hyperlink>
          </w:p>
        </w:tc>
      </w:tr>
      <w:tr w:rsidR="00EF31EA" w:rsidRPr="00175D1B" w14:paraId="6F06BCB2" w14:textId="77777777" w:rsidTr="00175D1B">
        <w:trPr>
          <w:cantSplit/>
          <w:jc w:val="center"/>
        </w:trPr>
        <w:tc>
          <w:tcPr>
            <w:tcW w:w="1764" w:type="dxa"/>
            <w:shd w:val="clear" w:color="auto" w:fill="F7F7F7"/>
            <w:tcMar>
              <w:top w:w="35" w:type="dxa"/>
              <w:left w:w="45" w:type="dxa"/>
              <w:bottom w:w="35" w:type="dxa"/>
              <w:right w:w="45" w:type="dxa"/>
            </w:tcMar>
            <w:vAlign w:val="center"/>
          </w:tcPr>
          <w:p w14:paraId="5733EAD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Spirit of Southeastern Marching Band</w:t>
            </w:r>
          </w:p>
        </w:tc>
        <w:tc>
          <w:tcPr>
            <w:tcW w:w="1279" w:type="dxa"/>
            <w:shd w:val="clear" w:color="auto" w:fill="F7F7F7"/>
            <w:tcMar>
              <w:top w:w="35" w:type="dxa"/>
              <w:left w:w="45" w:type="dxa"/>
              <w:bottom w:w="35" w:type="dxa"/>
              <w:right w:w="45" w:type="dxa"/>
            </w:tcMar>
            <w:vAlign w:val="center"/>
          </w:tcPr>
          <w:p w14:paraId="7DC621F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3512AA7F"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28239DFC"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797089D6"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6D64C6E8" w14:textId="77777777" w:rsidR="0001782D" w:rsidRPr="00175D1B" w:rsidRDefault="00000000" w:rsidP="00AC6C95">
            <w:pPr>
              <w:spacing w:after="0" w:line="240" w:lineRule="auto"/>
              <w:ind w:left="630"/>
              <w:rPr>
                <w:rFonts w:ascii="Calibri" w:hAnsi="Calibri" w:cs="Calibri"/>
                <w:sz w:val="18"/>
                <w:szCs w:val="32"/>
              </w:rPr>
            </w:pPr>
            <w:hyperlink r:id="rId188" w:history="1">
              <w:r w:rsidRPr="00175D1B">
                <w:rPr>
                  <w:rFonts w:ascii="Calibri" w:eastAsia="Arial" w:hAnsi="Calibri" w:cs="Calibri"/>
                  <w:color w:val="0563C1"/>
                  <w:sz w:val="18"/>
                  <w:szCs w:val="32"/>
                  <w:u w:val="single"/>
                </w:rPr>
                <w:t>Performing Ensembles page</w:t>
              </w:r>
            </w:hyperlink>
          </w:p>
        </w:tc>
        <w:tc>
          <w:tcPr>
            <w:tcW w:w="2844" w:type="dxa"/>
            <w:shd w:val="clear" w:color="auto" w:fill="F7F7F7"/>
            <w:tcMar>
              <w:top w:w="35" w:type="dxa"/>
              <w:left w:w="45" w:type="dxa"/>
              <w:bottom w:w="35" w:type="dxa"/>
              <w:right w:w="45" w:type="dxa"/>
            </w:tcMar>
            <w:vAlign w:val="center"/>
          </w:tcPr>
          <w:p w14:paraId="4E2FAF56"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1666563A" w14:textId="77777777" w:rsidR="0001782D" w:rsidRPr="00175D1B" w:rsidRDefault="00000000" w:rsidP="00AC6C95">
            <w:pPr>
              <w:spacing w:after="0" w:line="240" w:lineRule="auto"/>
              <w:ind w:left="630"/>
              <w:rPr>
                <w:rFonts w:ascii="Calibri" w:hAnsi="Calibri" w:cs="Calibri"/>
                <w:sz w:val="18"/>
                <w:szCs w:val="32"/>
              </w:rPr>
            </w:pPr>
            <w:hyperlink r:id="rId189" w:history="1">
              <w:r w:rsidRPr="00175D1B">
                <w:rPr>
                  <w:rFonts w:ascii="Calibri" w:eastAsia="Arial" w:hAnsi="Calibri" w:cs="Calibri"/>
                  <w:color w:val="0563C1"/>
                  <w:sz w:val="18"/>
                  <w:szCs w:val="32"/>
                  <w:u w:val="single"/>
                </w:rPr>
                <w:t>https://www.se.edu/music/performing-ensembles/</w:t>
              </w:r>
            </w:hyperlink>
          </w:p>
        </w:tc>
      </w:tr>
      <w:tr w:rsidR="00EF31EA" w:rsidRPr="00175D1B" w14:paraId="0EAD0209" w14:textId="77777777" w:rsidTr="00175D1B">
        <w:trPr>
          <w:cantSplit/>
          <w:jc w:val="center"/>
        </w:trPr>
        <w:tc>
          <w:tcPr>
            <w:tcW w:w="1764" w:type="dxa"/>
            <w:tcMar>
              <w:top w:w="35" w:type="dxa"/>
              <w:left w:w="45" w:type="dxa"/>
              <w:bottom w:w="35" w:type="dxa"/>
              <w:right w:w="45" w:type="dxa"/>
            </w:tcMar>
            <w:vAlign w:val="center"/>
          </w:tcPr>
          <w:p w14:paraId="7081D965"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Storm Front</w:t>
            </w:r>
          </w:p>
        </w:tc>
        <w:tc>
          <w:tcPr>
            <w:tcW w:w="1279" w:type="dxa"/>
            <w:tcMar>
              <w:top w:w="35" w:type="dxa"/>
              <w:left w:w="45" w:type="dxa"/>
              <w:bottom w:w="35" w:type="dxa"/>
              <w:right w:w="45" w:type="dxa"/>
            </w:tcMar>
            <w:vAlign w:val="center"/>
          </w:tcPr>
          <w:p w14:paraId="407DE4B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38BBFF0C" w14:textId="77777777" w:rsidR="00EF31EA" w:rsidRPr="00175D1B" w:rsidRDefault="00EF31EA" w:rsidP="00AC6C95">
            <w:pPr>
              <w:spacing w:after="0" w:line="240" w:lineRule="auto"/>
              <w:ind w:left="630"/>
              <w:rPr>
                <w:rFonts w:ascii="Calibri" w:hAnsi="Calibri" w:cs="Calibri"/>
                <w:sz w:val="18"/>
                <w:szCs w:val="32"/>
              </w:rPr>
            </w:pPr>
            <w:hyperlink r:id="rId190">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se.storm</w:t>
              </w:r>
              <w:proofErr w:type="gramEnd"/>
              <w:r w:rsidRPr="00175D1B">
                <w:rPr>
                  <w:rFonts w:ascii="Calibri" w:hAnsi="Calibri" w:cs="Calibri"/>
                  <w:color w:val="0563C1"/>
                  <w:sz w:val="18"/>
                  <w:szCs w:val="32"/>
                  <w:u w:val="single"/>
                </w:rPr>
                <w:t>.front</w:t>
              </w:r>
            </w:hyperlink>
          </w:p>
        </w:tc>
        <w:tc>
          <w:tcPr>
            <w:tcW w:w="1507" w:type="dxa"/>
            <w:tcMar>
              <w:top w:w="35" w:type="dxa"/>
              <w:left w:w="45" w:type="dxa"/>
              <w:bottom w:w="35" w:type="dxa"/>
              <w:right w:w="45" w:type="dxa"/>
            </w:tcMar>
            <w:vAlign w:val="center"/>
          </w:tcPr>
          <w:p w14:paraId="1F343C8A"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203310E"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3F7DC565"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570A8F54"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4B2968F9" w14:textId="77777777" w:rsidR="0001782D" w:rsidRPr="00175D1B" w:rsidRDefault="00000000" w:rsidP="00AC6C95">
            <w:pPr>
              <w:spacing w:after="0" w:line="240" w:lineRule="auto"/>
              <w:ind w:left="630"/>
              <w:rPr>
                <w:rFonts w:ascii="Calibri" w:hAnsi="Calibri" w:cs="Calibri"/>
                <w:sz w:val="18"/>
                <w:szCs w:val="32"/>
              </w:rPr>
            </w:pPr>
            <w:hyperlink r:id="rId191" w:history="1">
              <w:r w:rsidRPr="00175D1B">
                <w:rPr>
                  <w:rFonts w:ascii="Calibri" w:eastAsia="Arial" w:hAnsi="Calibri" w:cs="Calibri"/>
                  <w:color w:val="0563C1"/>
                  <w:sz w:val="18"/>
                  <w:szCs w:val="32"/>
                  <w:u w:val="single"/>
                </w:rPr>
                <w:t>https://www.instagram.com/se.storm.front/</w:t>
              </w:r>
            </w:hyperlink>
          </w:p>
        </w:tc>
      </w:tr>
      <w:tr w:rsidR="00EF31EA" w:rsidRPr="00175D1B" w14:paraId="13EA07F6" w14:textId="77777777" w:rsidTr="00175D1B">
        <w:trPr>
          <w:cantSplit/>
          <w:jc w:val="center"/>
        </w:trPr>
        <w:tc>
          <w:tcPr>
            <w:tcW w:w="1764" w:type="dxa"/>
            <w:shd w:val="clear" w:color="auto" w:fill="F7F7F7"/>
            <w:tcMar>
              <w:top w:w="35" w:type="dxa"/>
              <w:left w:w="45" w:type="dxa"/>
              <w:bottom w:w="35" w:type="dxa"/>
              <w:right w:w="45" w:type="dxa"/>
            </w:tcMar>
            <w:vAlign w:val="center"/>
          </w:tcPr>
          <w:p w14:paraId="1E33C420"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Student Bible Center (SBC)</w:t>
            </w:r>
          </w:p>
        </w:tc>
        <w:tc>
          <w:tcPr>
            <w:tcW w:w="1279" w:type="dxa"/>
            <w:shd w:val="clear" w:color="auto" w:fill="F7F7F7"/>
            <w:tcMar>
              <w:top w:w="35" w:type="dxa"/>
              <w:left w:w="45" w:type="dxa"/>
              <w:bottom w:w="35" w:type="dxa"/>
              <w:right w:w="45" w:type="dxa"/>
            </w:tcMar>
            <w:vAlign w:val="center"/>
          </w:tcPr>
          <w:p w14:paraId="42F7C39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361721AB" w14:textId="77777777" w:rsidR="00EF31EA" w:rsidRPr="00175D1B" w:rsidRDefault="00EF31EA" w:rsidP="00AC6C95">
            <w:pPr>
              <w:spacing w:after="0" w:line="240" w:lineRule="auto"/>
              <w:ind w:left="630"/>
              <w:rPr>
                <w:rFonts w:ascii="Calibri" w:hAnsi="Calibri" w:cs="Calibri"/>
                <w:sz w:val="18"/>
                <w:szCs w:val="32"/>
              </w:rPr>
            </w:pPr>
            <w:hyperlink r:id="rId192">
              <w:r w:rsidRPr="00175D1B">
                <w:rPr>
                  <w:rFonts w:ascii="Calibri" w:hAnsi="Calibri" w:cs="Calibri"/>
                  <w:color w:val="0563C1"/>
                  <w:sz w:val="18"/>
                  <w:szCs w:val="32"/>
                  <w:u w:val="single"/>
                </w:rPr>
                <w:t>Instagram: @se.sbc</w:t>
              </w:r>
            </w:hyperlink>
          </w:p>
        </w:tc>
        <w:tc>
          <w:tcPr>
            <w:tcW w:w="1507" w:type="dxa"/>
            <w:shd w:val="clear" w:color="auto" w:fill="F7F7F7"/>
            <w:tcMar>
              <w:top w:w="35" w:type="dxa"/>
              <w:left w:w="45" w:type="dxa"/>
              <w:bottom w:w="35" w:type="dxa"/>
              <w:right w:w="45" w:type="dxa"/>
            </w:tcMar>
            <w:vAlign w:val="center"/>
          </w:tcPr>
          <w:p w14:paraId="30735E3C" w14:textId="77777777" w:rsidR="00EF31EA" w:rsidRPr="00175D1B" w:rsidRDefault="00EF31EA" w:rsidP="00AC6C95">
            <w:pPr>
              <w:spacing w:after="0" w:line="240" w:lineRule="auto"/>
              <w:ind w:left="630"/>
              <w:rPr>
                <w:rFonts w:ascii="Calibri" w:hAnsi="Calibri" w:cs="Calibri"/>
                <w:sz w:val="18"/>
                <w:szCs w:val="32"/>
              </w:rPr>
            </w:pPr>
            <w:hyperlink r:id="rId193">
              <w:r w:rsidRPr="00175D1B">
                <w:rPr>
                  <w:rFonts w:ascii="Calibri" w:hAnsi="Calibri" w:cs="Calibri"/>
                  <w:color w:val="0563C1"/>
                  <w:sz w:val="18"/>
                  <w:szCs w:val="32"/>
                  <w:u w:val="single"/>
                </w:rPr>
                <w:t>Facebook group</w:t>
              </w:r>
            </w:hyperlink>
          </w:p>
        </w:tc>
        <w:tc>
          <w:tcPr>
            <w:tcW w:w="973" w:type="dxa"/>
            <w:shd w:val="clear" w:color="auto" w:fill="F7F7F7"/>
            <w:tcMar>
              <w:top w:w="35" w:type="dxa"/>
              <w:left w:w="45" w:type="dxa"/>
              <w:bottom w:w="35" w:type="dxa"/>
              <w:right w:w="45" w:type="dxa"/>
            </w:tcMar>
            <w:vAlign w:val="center"/>
          </w:tcPr>
          <w:p w14:paraId="54F2F7B7"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0816121B" w14:textId="77777777" w:rsidR="00EF31EA" w:rsidRPr="00175D1B" w:rsidRDefault="00EF31EA" w:rsidP="00AC6C95">
            <w:pPr>
              <w:spacing w:after="0" w:line="240" w:lineRule="auto"/>
              <w:ind w:left="630"/>
              <w:rPr>
                <w:rFonts w:ascii="Calibri" w:hAnsi="Calibri" w:cs="Calibri"/>
                <w:sz w:val="18"/>
                <w:szCs w:val="32"/>
              </w:rPr>
            </w:pPr>
            <w:hyperlink r:id="rId194">
              <w:r w:rsidRPr="00175D1B">
                <w:rPr>
                  <w:rFonts w:ascii="Calibri" w:hAnsi="Calibri" w:cs="Calibri"/>
                  <w:color w:val="0563C1"/>
                  <w:sz w:val="18"/>
                  <w:szCs w:val="32"/>
                  <w:u w:val="single"/>
                </w:rPr>
                <w:t>Official website</w:t>
              </w:r>
            </w:hyperlink>
          </w:p>
        </w:tc>
        <w:tc>
          <w:tcPr>
            <w:tcW w:w="2844" w:type="dxa"/>
            <w:shd w:val="clear" w:color="auto" w:fill="F7F7F7"/>
            <w:tcMar>
              <w:top w:w="35" w:type="dxa"/>
              <w:left w:w="45" w:type="dxa"/>
              <w:bottom w:w="35" w:type="dxa"/>
              <w:right w:w="45" w:type="dxa"/>
            </w:tcMar>
            <w:vAlign w:val="center"/>
          </w:tcPr>
          <w:p w14:paraId="51C15B7E"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01DFC7C5" w14:textId="77777777" w:rsidR="0001782D" w:rsidRPr="00175D1B" w:rsidRDefault="00000000" w:rsidP="00AC6C95">
            <w:pPr>
              <w:spacing w:after="0" w:line="240" w:lineRule="auto"/>
              <w:ind w:left="630"/>
              <w:rPr>
                <w:rFonts w:ascii="Calibri" w:hAnsi="Calibri" w:cs="Calibri"/>
                <w:sz w:val="18"/>
                <w:szCs w:val="32"/>
              </w:rPr>
            </w:pPr>
            <w:hyperlink r:id="rId195" w:history="1">
              <w:r w:rsidRPr="00175D1B">
                <w:rPr>
                  <w:rFonts w:ascii="Calibri" w:eastAsia="Arial" w:hAnsi="Calibri" w:cs="Calibri"/>
                  <w:color w:val="0563C1"/>
                  <w:sz w:val="18"/>
                  <w:szCs w:val="32"/>
                  <w:u w:val="single"/>
                </w:rPr>
                <w:t>https://www.facebook.com/groups/sesbc/</w:t>
              </w:r>
            </w:hyperlink>
          </w:p>
          <w:p w14:paraId="00FF7FA0" w14:textId="77777777" w:rsidR="0001782D" w:rsidRPr="00175D1B" w:rsidRDefault="00000000" w:rsidP="00AC6C95">
            <w:pPr>
              <w:spacing w:after="0" w:line="240" w:lineRule="auto"/>
              <w:ind w:left="630"/>
              <w:rPr>
                <w:rFonts w:ascii="Calibri" w:hAnsi="Calibri" w:cs="Calibri"/>
                <w:sz w:val="18"/>
                <w:szCs w:val="32"/>
              </w:rPr>
            </w:pPr>
            <w:hyperlink r:id="rId196" w:history="1">
              <w:r w:rsidRPr="00175D1B">
                <w:rPr>
                  <w:rFonts w:ascii="Calibri" w:eastAsia="Arial" w:hAnsi="Calibri" w:cs="Calibri"/>
                  <w:color w:val="0563C1"/>
                  <w:sz w:val="18"/>
                  <w:szCs w:val="32"/>
                  <w:u w:val="single"/>
                </w:rPr>
                <w:t>https://www.instagram.com/se.sbc/</w:t>
              </w:r>
            </w:hyperlink>
          </w:p>
          <w:p w14:paraId="64CFD34C" w14:textId="77777777" w:rsidR="0001782D" w:rsidRPr="00175D1B" w:rsidRDefault="00000000" w:rsidP="00AC6C95">
            <w:pPr>
              <w:spacing w:after="0" w:line="240" w:lineRule="auto"/>
              <w:ind w:left="630"/>
              <w:rPr>
                <w:rFonts w:ascii="Calibri" w:hAnsi="Calibri" w:cs="Calibri"/>
                <w:sz w:val="18"/>
                <w:szCs w:val="32"/>
              </w:rPr>
            </w:pPr>
            <w:hyperlink r:id="rId197" w:history="1">
              <w:r w:rsidRPr="00175D1B">
                <w:rPr>
                  <w:rFonts w:ascii="Calibri" w:eastAsia="Arial" w:hAnsi="Calibri" w:cs="Calibri"/>
                  <w:color w:val="0563C1"/>
                  <w:sz w:val="18"/>
                  <w:szCs w:val="32"/>
                  <w:u w:val="single"/>
                </w:rPr>
                <w:t>https://www.sestudentbiblecenter.com/</w:t>
              </w:r>
            </w:hyperlink>
          </w:p>
        </w:tc>
      </w:tr>
      <w:tr w:rsidR="00EF31EA" w:rsidRPr="00175D1B" w14:paraId="232FC862" w14:textId="77777777" w:rsidTr="00175D1B">
        <w:trPr>
          <w:cantSplit/>
          <w:jc w:val="center"/>
        </w:trPr>
        <w:tc>
          <w:tcPr>
            <w:tcW w:w="1764" w:type="dxa"/>
            <w:tcMar>
              <w:top w:w="35" w:type="dxa"/>
              <w:left w:w="45" w:type="dxa"/>
              <w:bottom w:w="35" w:type="dxa"/>
              <w:right w:w="45" w:type="dxa"/>
            </w:tcMar>
            <w:vAlign w:val="center"/>
          </w:tcPr>
          <w:p w14:paraId="14402AA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Student Government Association (SGA)</w:t>
            </w:r>
          </w:p>
        </w:tc>
        <w:tc>
          <w:tcPr>
            <w:tcW w:w="1279" w:type="dxa"/>
            <w:tcMar>
              <w:top w:w="35" w:type="dxa"/>
              <w:left w:w="45" w:type="dxa"/>
              <w:bottom w:w="35" w:type="dxa"/>
              <w:right w:w="45" w:type="dxa"/>
            </w:tcMar>
            <w:vAlign w:val="center"/>
          </w:tcPr>
          <w:p w14:paraId="7CB2258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5956C7D1" w14:textId="77777777" w:rsidR="00EF31EA" w:rsidRPr="00175D1B" w:rsidRDefault="00EF31EA" w:rsidP="00AC6C95">
            <w:pPr>
              <w:spacing w:after="0" w:line="240" w:lineRule="auto"/>
              <w:ind w:left="630"/>
              <w:rPr>
                <w:rFonts w:ascii="Calibri" w:hAnsi="Calibri" w:cs="Calibri"/>
                <w:sz w:val="18"/>
                <w:szCs w:val="32"/>
              </w:rPr>
            </w:pPr>
            <w:hyperlink r:id="rId198">
              <w:r w:rsidRPr="00175D1B">
                <w:rPr>
                  <w:rFonts w:ascii="Calibri" w:hAnsi="Calibri" w:cs="Calibri"/>
                  <w:color w:val="0563C1"/>
                  <w:sz w:val="18"/>
                  <w:szCs w:val="32"/>
                  <w:u w:val="single"/>
                </w:rPr>
                <w:t>Instagram: @se.sga</w:t>
              </w:r>
            </w:hyperlink>
          </w:p>
        </w:tc>
        <w:tc>
          <w:tcPr>
            <w:tcW w:w="1507" w:type="dxa"/>
            <w:tcMar>
              <w:top w:w="35" w:type="dxa"/>
              <w:left w:w="45" w:type="dxa"/>
              <w:bottom w:w="35" w:type="dxa"/>
              <w:right w:w="45" w:type="dxa"/>
            </w:tcMar>
            <w:vAlign w:val="center"/>
          </w:tcPr>
          <w:p w14:paraId="713C8F0A" w14:textId="77777777" w:rsidR="00EF31EA" w:rsidRPr="00175D1B" w:rsidRDefault="00EF31EA" w:rsidP="00AC6C95">
            <w:pPr>
              <w:spacing w:after="0" w:line="240" w:lineRule="auto"/>
              <w:ind w:left="630"/>
              <w:rPr>
                <w:rFonts w:ascii="Calibri" w:hAnsi="Calibri" w:cs="Calibri"/>
                <w:sz w:val="18"/>
                <w:szCs w:val="32"/>
              </w:rPr>
            </w:pPr>
            <w:hyperlink r:id="rId199">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3B4864F9"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6356857D" w14:textId="77777777" w:rsidR="00EF31EA" w:rsidRPr="00175D1B" w:rsidRDefault="00EF31EA" w:rsidP="00AC6C95">
            <w:pPr>
              <w:spacing w:after="0" w:line="240" w:lineRule="auto"/>
              <w:ind w:left="630"/>
              <w:rPr>
                <w:rFonts w:ascii="Calibri" w:hAnsi="Calibri" w:cs="Calibri"/>
                <w:sz w:val="18"/>
                <w:szCs w:val="32"/>
              </w:rPr>
            </w:pPr>
            <w:hyperlink r:id="rId200">
              <w:r w:rsidRPr="00175D1B">
                <w:rPr>
                  <w:rFonts w:ascii="Calibri" w:hAnsi="Calibri" w:cs="Calibri"/>
                  <w:color w:val="0563C1"/>
                  <w:sz w:val="18"/>
                  <w:szCs w:val="32"/>
                  <w:u w:val="single"/>
                </w:rPr>
                <w:t>University page</w:t>
              </w:r>
            </w:hyperlink>
          </w:p>
        </w:tc>
        <w:tc>
          <w:tcPr>
            <w:tcW w:w="2844" w:type="dxa"/>
            <w:tcMar>
              <w:top w:w="35" w:type="dxa"/>
              <w:left w:w="45" w:type="dxa"/>
              <w:bottom w:w="35" w:type="dxa"/>
              <w:right w:w="45" w:type="dxa"/>
            </w:tcMar>
            <w:vAlign w:val="center"/>
          </w:tcPr>
          <w:p w14:paraId="094BEEDF"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4117880D" w14:textId="77777777" w:rsidR="0001782D" w:rsidRPr="00175D1B" w:rsidRDefault="00000000" w:rsidP="00AC6C95">
            <w:pPr>
              <w:spacing w:after="0" w:line="240" w:lineRule="auto"/>
              <w:ind w:left="630"/>
              <w:rPr>
                <w:rFonts w:ascii="Calibri" w:hAnsi="Calibri" w:cs="Calibri"/>
                <w:sz w:val="18"/>
                <w:szCs w:val="32"/>
              </w:rPr>
            </w:pPr>
            <w:hyperlink r:id="rId201" w:history="1">
              <w:r w:rsidRPr="00175D1B">
                <w:rPr>
                  <w:rFonts w:ascii="Calibri" w:eastAsia="Arial" w:hAnsi="Calibri" w:cs="Calibri"/>
                  <w:color w:val="0563C1"/>
                  <w:sz w:val="18"/>
                  <w:szCs w:val="32"/>
                  <w:u w:val="single"/>
                </w:rPr>
                <w:t>https://www.facebook.com/sga.sosu/</w:t>
              </w:r>
            </w:hyperlink>
          </w:p>
          <w:p w14:paraId="3ECB268D" w14:textId="77777777" w:rsidR="0001782D" w:rsidRPr="00175D1B" w:rsidRDefault="00000000" w:rsidP="00AC6C95">
            <w:pPr>
              <w:spacing w:after="0" w:line="240" w:lineRule="auto"/>
              <w:ind w:left="630"/>
              <w:rPr>
                <w:rFonts w:ascii="Calibri" w:hAnsi="Calibri" w:cs="Calibri"/>
                <w:sz w:val="18"/>
                <w:szCs w:val="32"/>
              </w:rPr>
            </w:pPr>
            <w:hyperlink r:id="rId202" w:history="1">
              <w:r w:rsidRPr="00175D1B">
                <w:rPr>
                  <w:rFonts w:ascii="Calibri" w:eastAsia="Arial" w:hAnsi="Calibri" w:cs="Calibri"/>
                  <w:color w:val="0563C1"/>
                  <w:sz w:val="18"/>
                  <w:szCs w:val="32"/>
                  <w:u w:val="single"/>
                </w:rPr>
                <w:t>https://www.instagram.com/se.sga/</w:t>
              </w:r>
            </w:hyperlink>
          </w:p>
          <w:p w14:paraId="1292C22C" w14:textId="77777777" w:rsidR="0001782D" w:rsidRPr="00175D1B" w:rsidRDefault="00000000" w:rsidP="00AC6C95">
            <w:pPr>
              <w:spacing w:after="0" w:line="240" w:lineRule="auto"/>
              <w:ind w:left="630"/>
              <w:rPr>
                <w:rFonts w:ascii="Calibri" w:hAnsi="Calibri" w:cs="Calibri"/>
                <w:sz w:val="18"/>
                <w:szCs w:val="32"/>
              </w:rPr>
            </w:pPr>
            <w:hyperlink r:id="rId203" w:history="1">
              <w:r w:rsidRPr="00175D1B">
                <w:rPr>
                  <w:rFonts w:ascii="Calibri" w:eastAsia="Arial" w:hAnsi="Calibri" w:cs="Calibri"/>
                  <w:color w:val="0563C1"/>
                  <w:sz w:val="18"/>
                  <w:szCs w:val="32"/>
                  <w:u w:val="single"/>
                </w:rPr>
                <w:t>https://www.se.edu/student-life/sga/</w:t>
              </w:r>
            </w:hyperlink>
          </w:p>
        </w:tc>
      </w:tr>
      <w:tr w:rsidR="00EF31EA" w:rsidRPr="00175D1B" w14:paraId="0ABDF5D6" w14:textId="77777777" w:rsidTr="00175D1B">
        <w:trPr>
          <w:cantSplit/>
          <w:jc w:val="center"/>
        </w:trPr>
        <w:tc>
          <w:tcPr>
            <w:tcW w:w="1764" w:type="dxa"/>
            <w:shd w:val="clear" w:color="auto" w:fill="F7F7F7"/>
            <w:tcMar>
              <w:top w:w="35" w:type="dxa"/>
              <w:left w:w="45" w:type="dxa"/>
              <w:bottom w:w="35" w:type="dxa"/>
              <w:right w:w="45" w:type="dxa"/>
            </w:tcMar>
            <w:vAlign w:val="center"/>
          </w:tcPr>
          <w:p w14:paraId="7B272C7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Symphonic Chorus</w:t>
            </w:r>
          </w:p>
        </w:tc>
        <w:tc>
          <w:tcPr>
            <w:tcW w:w="1279" w:type="dxa"/>
            <w:shd w:val="clear" w:color="auto" w:fill="F7F7F7"/>
            <w:tcMar>
              <w:top w:w="35" w:type="dxa"/>
              <w:left w:w="45" w:type="dxa"/>
              <w:bottom w:w="35" w:type="dxa"/>
              <w:right w:w="45" w:type="dxa"/>
            </w:tcMar>
            <w:vAlign w:val="center"/>
          </w:tcPr>
          <w:p w14:paraId="28E2D64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21427ED1"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0F07CD6E"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39609C99"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A6476CB" w14:textId="77777777" w:rsidR="0001782D" w:rsidRPr="00175D1B" w:rsidRDefault="00000000" w:rsidP="00AC6C95">
            <w:pPr>
              <w:spacing w:after="0" w:line="240" w:lineRule="auto"/>
              <w:ind w:left="630"/>
              <w:rPr>
                <w:rFonts w:ascii="Calibri" w:hAnsi="Calibri" w:cs="Calibri"/>
                <w:sz w:val="18"/>
                <w:szCs w:val="32"/>
              </w:rPr>
            </w:pPr>
            <w:hyperlink r:id="rId204" w:history="1">
              <w:r w:rsidRPr="00175D1B">
                <w:rPr>
                  <w:rFonts w:ascii="Calibri" w:eastAsia="Arial" w:hAnsi="Calibri" w:cs="Calibri"/>
                  <w:color w:val="0563C1"/>
                  <w:sz w:val="18"/>
                  <w:szCs w:val="32"/>
                  <w:u w:val="single"/>
                </w:rPr>
                <w:t>Performing Ensembles page</w:t>
              </w:r>
            </w:hyperlink>
          </w:p>
        </w:tc>
        <w:tc>
          <w:tcPr>
            <w:tcW w:w="2844" w:type="dxa"/>
            <w:shd w:val="clear" w:color="auto" w:fill="F7F7F7"/>
            <w:tcMar>
              <w:top w:w="35" w:type="dxa"/>
              <w:left w:w="45" w:type="dxa"/>
              <w:bottom w:w="35" w:type="dxa"/>
              <w:right w:w="45" w:type="dxa"/>
            </w:tcMar>
            <w:vAlign w:val="center"/>
          </w:tcPr>
          <w:p w14:paraId="0B2E2217" w14:textId="77777777" w:rsidR="0001782D" w:rsidRPr="00175D1B" w:rsidRDefault="0001782D"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03DE85C1" w14:textId="77777777" w:rsidR="0001782D" w:rsidRPr="00175D1B" w:rsidRDefault="00000000" w:rsidP="00AC6C95">
            <w:pPr>
              <w:spacing w:after="0" w:line="240" w:lineRule="auto"/>
              <w:ind w:left="630"/>
              <w:rPr>
                <w:rFonts w:ascii="Calibri" w:hAnsi="Calibri" w:cs="Calibri"/>
                <w:sz w:val="18"/>
                <w:szCs w:val="32"/>
              </w:rPr>
            </w:pPr>
            <w:hyperlink r:id="rId205" w:history="1">
              <w:r w:rsidRPr="00175D1B">
                <w:rPr>
                  <w:rFonts w:ascii="Calibri" w:eastAsia="Arial" w:hAnsi="Calibri" w:cs="Calibri"/>
                  <w:color w:val="0563C1"/>
                  <w:sz w:val="18"/>
                  <w:szCs w:val="32"/>
                  <w:u w:val="single"/>
                </w:rPr>
                <w:t>https://www.se.edu/music/performing-ensembles/</w:t>
              </w:r>
            </w:hyperlink>
          </w:p>
        </w:tc>
      </w:tr>
      <w:tr w:rsidR="00EF31EA" w:rsidRPr="00175D1B" w14:paraId="56D3C993" w14:textId="77777777" w:rsidTr="00175D1B">
        <w:trPr>
          <w:cantSplit/>
          <w:jc w:val="center"/>
        </w:trPr>
        <w:tc>
          <w:tcPr>
            <w:tcW w:w="1764" w:type="dxa"/>
            <w:tcMar>
              <w:top w:w="35" w:type="dxa"/>
              <w:left w:w="45" w:type="dxa"/>
              <w:bottom w:w="35" w:type="dxa"/>
              <w:right w:w="45" w:type="dxa"/>
            </w:tcMar>
            <w:vAlign w:val="center"/>
          </w:tcPr>
          <w:p w14:paraId="348CD97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Symphonic Winds</w:t>
            </w:r>
          </w:p>
        </w:tc>
        <w:tc>
          <w:tcPr>
            <w:tcW w:w="1279" w:type="dxa"/>
            <w:tcMar>
              <w:top w:w="35" w:type="dxa"/>
              <w:left w:w="45" w:type="dxa"/>
              <w:bottom w:w="35" w:type="dxa"/>
              <w:right w:w="45" w:type="dxa"/>
            </w:tcMar>
            <w:vAlign w:val="center"/>
          </w:tcPr>
          <w:p w14:paraId="1A7FE2C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372BD4BE"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278D5ECF"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757AE03F"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05F9C1CF" w14:textId="77777777" w:rsidR="0001782D" w:rsidRPr="00175D1B" w:rsidRDefault="00000000" w:rsidP="00AC6C95">
            <w:pPr>
              <w:spacing w:after="0" w:line="240" w:lineRule="auto"/>
              <w:ind w:left="630"/>
              <w:rPr>
                <w:rFonts w:ascii="Calibri" w:hAnsi="Calibri" w:cs="Calibri"/>
                <w:sz w:val="18"/>
                <w:szCs w:val="32"/>
              </w:rPr>
            </w:pPr>
            <w:hyperlink r:id="rId206" w:history="1">
              <w:r w:rsidRPr="00175D1B">
                <w:rPr>
                  <w:rFonts w:ascii="Calibri" w:eastAsia="Arial" w:hAnsi="Calibri" w:cs="Calibri"/>
                  <w:color w:val="0563C1"/>
                  <w:sz w:val="18"/>
                  <w:szCs w:val="32"/>
                  <w:u w:val="single"/>
                </w:rPr>
                <w:t>Performing Ensembles page</w:t>
              </w:r>
            </w:hyperlink>
          </w:p>
        </w:tc>
        <w:tc>
          <w:tcPr>
            <w:tcW w:w="2844" w:type="dxa"/>
            <w:tcMar>
              <w:top w:w="35" w:type="dxa"/>
              <w:left w:w="45" w:type="dxa"/>
              <w:bottom w:w="35" w:type="dxa"/>
              <w:right w:w="45" w:type="dxa"/>
            </w:tcMar>
            <w:vAlign w:val="center"/>
          </w:tcPr>
          <w:p w14:paraId="598CCB7C"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0967311D" w14:textId="77777777" w:rsidR="0001782D" w:rsidRPr="00175D1B" w:rsidRDefault="00000000" w:rsidP="00AC6C95">
            <w:pPr>
              <w:spacing w:after="0" w:line="240" w:lineRule="auto"/>
              <w:ind w:left="630"/>
              <w:rPr>
                <w:rFonts w:ascii="Calibri" w:hAnsi="Calibri" w:cs="Calibri"/>
                <w:sz w:val="18"/>
                <w:szCs w:val="32"/>
              </w:rPr>
            </w:pPr>
            <w:hyperlink r:id="rId207" w:history="1">
              <w:r w:rsidRPr="00175D1B">
                <w:rPr>
                  <w:rFonts w:ascii="Calibri" w:eastAsia="Arial" w:hAnsi="Calibri" w:cs="Calibri"/>
                  <w:color w:val="0563C1"/>
                  <w:sz w:val="18"/>
                  <w:szCs w:val="32"/>
                  <w:u w:val="single"/>
                </w:rPr>
                <w:t>https://www.se.edu/music/performing-ensembles/</w:t>
              </w:r>
            </w:hyperlink>
          </w:p>
        </w:tc>
      </w:tr>
      <w:tr w:rsidR="00EF31EA" w:rsidRPr="00175D1B" w14:paraId="3119D75F" w14:textId="77777777" w:rsidTr="00175D1B">
        <w:trPr>
          <w:cantSplit/>
          <w:jc w:val="center"/>
        </w:trPr>
        <w:tc>
          <w:tcPr>
            <w:tcW w:w="1764" w:type="dxa"/>
            <w:shd w:val="clear" w:color="auto" w:fill="F7F7F7"/>
            <w:tcMar>
              <w:top w:w="35" w:type="dxa"/>
              <w:left w:w="45" w:type="dxa"/>
              <w:bottom w:w="35" w:type="dxa"/>
              <w:right w:w="45" w:type="dxa"/>
            </w:tcMar>
            <w:vAlign w:val="center"/>
          </w:tcPr>
          <w:p w14:paraId="15E8F46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The Southeastern</w:t>
            </w:r>
          </w:p>
        </w:tc>
        <w:tc>
          <w:tcPr>
            <w:tcW w:w="1279" w:type="dxa"/>
            <w:shd w:val="clear" w:color="auto" w:fill="F7F7F7"/>
            <w:tcMar>
              <w:top w:w="35" w:type="dxa"/>
              <w:left w:w="45" w:type="dxa"/>
              <w:bottom w:w="35" w:type="dxa"/>
              <w:right w:w="45" w:type="dxa"/>
            </w:tcMar>
            <w:vAlign w:val="center"/>
          </w:tcPr>
          <w:p w14:paraId="24F4F1C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63EB46E3" w14:textId="77777777" w:rsidR="00EF31EA" w:rsidRPr="00175D1B" w:rsidRDefault="00EF31EA" w:rsidP="00AC6C95">
            <w:pPr>
              <w:spacing w:after="0" w:line="240" w:lineRule="auto"/>
              <w:ind w:left="630"/>
              <w:rPr>
                <w:rFonts w:ascii="Calibri" w:hAnsi="Calibri" w:cs="Calibri"/>
                <w:sz w:val="18"/>
                <w:szCs w:val="32"/>
              </w:rPr>
            </w:pPr>
            <w:hyperlink r:id="rId208">
              <w:r w:rsidRPr="00175D1B">
                <w:rPr>
                  <w:rFonts w:ascii="Calibri" w:hAnsi="Calibri" w:cs="Calibri"/>
                  <w:color w:val="0563C1"/>
                  <w:sz w:val="18"/>
                  <w:szCs w:val="32"/>
                  <w:u w:val="single"/>
                </w:rPr>
                <w:t>Instagram: @thesoutheasternnews</w:t>
              </w:r>
            </w:hyperlink>
          </w:p>
        </w:tc>
        <w:tc>
          <w:tcPr>
            <w:tcW w:w="1507" w:type="dxa"/>
            <w:shd w:val="clear" w:color="auto" w:fill="F7F7F7"/>
            <w:tcMar>
              <w:top w:w="35" w:type="dxa"/>
              <w:left w:w="45" w:type="dxa"/>
              <w:bottom w:w="35" w:type="dxa"/>
              <w:right w:w="45" w:type="dxa"/>
            </w:tcMar>
            <w:vAlign w:val="center"/>
          </w:tcPr>
          <w:p w14:paraId="540B6122" w14:textId="77777777" w:rsidR="00EF31EA" w:rsidRPr="00175D1B" w:rsidRDefault="00EF31EA" w:rsidP="00AC6C95">
            <w:pPr>
              <w:spacing w:after="0" w:line="240" w:lineRule="auto"/>
              <w:ind w:left="630"/>
              <w:rPr>
                <w:rFonts w:ascii="Calibri" w:hAnsi="Calibri" w:cs="Calibri"/>
                <w:sz w:val="18"/>
                <w:szCs w:val="32"/>
              </w:rPr>
            </w:pPr>
            <w:hyperlink r:id="rId209">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539A3A0E" w14:textId="77777777" w:rsidR="00EF31EA" w:rsidRPr="00175D1B" w:rsidRDefault="00EF31EA" w:rsidP="00AC6C95">
            <w:pPr>
              <w:spacing w:after="0" w:line="240" w:lineRule="auto"/>
              <w:ind w:left="630"/>
              <w:rPr>
                <w:rFonts w:ascii="Calibri" w:hAnsi="Calibri" w:cs="Calibri"/>
                <w:sz w:val="18"/>
                <w:szCs w:val="32"/>
              </w:rPr>
            </w:pPr>
            <w:hyperlink r:id="rId210">
              <w:r w:rsidRPr="00175D1B">
                <w:rPr>
                  <w:rFonts w:ascii="Calibri" w:hAnsi="Calibri" w:cs="Calibri"/>
                  <w:color w:val="0563C1"/>
                  <w:sz w:val="18"/>
                  <w:szCs w:val="32"/>
                  <w:u w:val="single"/>
                </w:rPr>
                <w:t>X: @TheSoutheastern</w:t>
              </w:r>
            </w:hyperlink>
          </w:p>
        </w:tc>
        <w:tc>
          <w:tcPr>
            <w:tcW w:w="1727" w:type="dxa"/>
            <w:shd w:val="clear" w:color="auto" w:fill="F7F7F7"/>
            <w:tcMar>
              <w:top w:w="35" w:type="dxa"/>
              <w:left w:w="45" w:type="dxa"/>
              <w:bottom w:w="35" w:type="dxa"/>
              <w:right w:w="45" w:type="dxa"/>
            </w:tcMar>
            <w:vAlign w:val="center"/>
          </w:tcPr>
          <w:p w14:paraId="5EB209B8" w14:textId="77777777" w:rsidR="00EF31EA" w:rsidRPr="00175D1B" w:rsidRDefault="00EF31EA" w:rsidP="00AC6C95">
            <w:pPr>
              <w:spacing w:after="0" w:line="240" w:lineRule="auto"/>
              <w:ind w:left="630"/>
              <w:rPr>
                <w:rFonts w:ascii="Calibri" w:hAnsi="Calibri" w:cs="Calibri"/>
                <w:sz w:val="18"/>
                <w:szCs w:val="32"/>
              </w:rPr>
            </w:pPr>
            <w:hyperlink r:id="rId211">
              <w:r w:rsidRPr="00175D1B">
                <w:rPr>
                  <w:rFonts w:ascii="Calibri" w:hAnsi="Calibri" w:cs="Calibri"/>
                  <w:color w:val="0563C1"/>
                  <w:sz w:val="18"/>
                  <w:szCs w:val="32"/>
                  <w:u w:val="single"/>
                </w:rPr>
                <w:t>Official website</w:t>
              </w:r>
            </w:hyperlink>
          </w:p>
        </w:tc>
        <w:tc>
          <w:tcPr>
            <w:tcW w:w="2844" w:type="dxa"/>
            <w:shd w:val="clear" w:color="auto" w:fill="F7F7F7"/>
            <w:tcMar>
              <w:top w:w="35" w:type="dxa"/>
              <w:left w:w="45" w:type="dxa"/>
              <w:bottom w:w="35" w:type="dxa"/>
              <w:right w:w="45" w:type="dxa"/>
            </w:tcMar>
            <w:vAlign w:val="center"/>
          </w:tcPr>
          <w:p w14:paraId="6F2BC17D"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7CAADCF4" w14:textId="77777777" w:rsidR="0001782D" w:rsidRPr="00175D1B" w:rsidRDefault="00000000" w:rsidP="00AC6C95">
            <w:pPr>
              <w:spacing w:after="0" w:line="240" w:lineRule="auto"/>
              <w:ind w:left="630"/>
              <w:rPr>
                <w:rFonts w:ascii="Calibri" w:hAnsi="Calibri" w:cs="Calibri"/>
                <w:sz w:val="18"/>
                <w:szCs w:val="32"/>
              </w:rPr>
            </w:pPr>
            <w:hyperlink r:id="rId212" w:history="1">
              <w:r w:rsidRPr="00175D1B">
                <w:rPr>
                  <w:rFonts w:ascii="Calibri" w:eastAsia="Arial" w:hAnsi="Calibri" w:cs="Calibri"/>
                  <w:color w:val="0563C1"/>
                  <w:sz w:val="18"/>
                  <w:szCs w:val="32"/>
                  <w:u w:val="single"/>
                </w:rPr>
                <w:t>https://thesoutheastern.com/</w:t>
              </w:r>
            </w:hyperlink>
          </w:p>
          <w:p w14:paraId="41EB8948" w14:textId="77777777" w:rsidR="0001782D" w:rsidRPr="00175D1B" w:rsidRDefault="00000000" w:rsidP="00AC6C95">
            <w:pPr>
              <w:spacing w:after="0" w:line="240" w:lineRule="auto"/>
              <w:ind w:left="630"/>
              <w:rPr>
                <w:rFonts w:ascii="Calibri" w:hAnsi="Calibri" w:cs="Calibri"/>
                <w:sz w:val="18"/>
                <w:szCs w:val="32"/>
              </w:rPr>
            </w:pPr>
            <w:hyperlink r:id="rId213" w:history="1">
              <w:r w:rsidRPr="00175D1B">
                <w:rPr>
                  <w:rFonts w:ascii="Calibri" w:eastAsia="Arial" w:hAnsi="Calibri" w:cs="Calibri"/>
                  <w:color w:val="0563C1"/>
                  <w:sz w:val="18"/>
                  <w:szCs w:val="32"/>
                  <w:u w:val="single"/>
                </w:rPr>
                <w:t>https://www.facebook.com/TheSoutheasternNews/</w:t>
              </w:r>
            </w:hyperlink>
          </w:p>
          <w:p w14:paraId="03FE66C0" w14:textId="77777777" w:rsidR="0001782D" w:rsidRPr="00175D1B" w:rsidRDefault="00000000" w:rsidP="00AC6C95">
            <w:pPr>
              <w:spacing w:after="0" w:line="240" w:lineRule="auto"/>
              <w:ind w:left="630"/>
              <w:rPr>
                <w:rFonts w:ascii="Calibri" w:hAnsi="Calibri" w:cs="Calibri"/>
                <w:sz w:val="18"/>
                <w:szCs w:val="32"/>
              </w:rPr>
            </w:pPr>
            <w:hyperlink r:id="rId214" w:history="1">
              <w:r w:rsidRPr="00175D1B">
                <w:rPr>
                  <w:rFonts w:ascii="Calibri" w:eastAsia="Arial" w:hAnsi="Calibri" w:cs="Calibri"/>
                  <w:color w:val="0563C1"/>
                  <w:sz w:val="18"/>
                  <w:szCs w:val="32"/>
                  <w:u w:val="single"/>
                </w:rPr>
                <w:t>https://www.instagram.com/thesoutheasternnews/</w:t>
              </w:r>
            </w:hyperlink>
          </w:p>
          <w:p w14:paraId="51B89430" w14:textId="77777777" w:rsidR="0001782D" w:rsidRPr="00175D1B" w:rsidRDefault="00000000" w:rsidP="00AC6C95">
            <w:pPr>
              <w:spacing w:after="0" w:line="240" w:lineRule="auto"/>
              <w:ind w:left="630"/>
              <w:rPr>
                <w:rFonts w:ascii="Calibri" w:hAnsi="Calibri" w:cs="Calibri"/>
                <w:sz w:val="18"/>
                <w:szCs w:val="32"/>
              </w:rPr>
            </w:pPr>
            <w:hyperlink r:id="rId215" w:history="1">
              <w:r w:rsidRPr="00175D1B">
                <w:rPr>
                  <w:rFonts w:ascii="Calibri" w:eastAsia="Arial" w:hAnsi="Calibri" w:cs="Calibri"/>
                  <w:color w:val="0563C1"/>
                  <w:sz w:val="18"/>
                  <w:szCs w:val="32"/>
                  <w:u w:val="single"/>
                </w:rPr>
                <w:t>https://x.com/TheSoutheastern</w:t>
              </w:r>
            </w:hyperlink>
          </w:p>
        </w:tc>
      </w:tr>
      <w:tr w:rsidR="00EF31EA" w:rsidRPr="00175D1B" w14:paraId="7C7AEBE0" w14:textId="77777777" w:rsidTr="00175D1B">
        <w:trPr>
          <w:cantSplit/>
          <w:jc w:val="center"/>
        </w:trPr>
        <w:tc>
          <w:tcPr>
            <w:tcW w:w="1764" w:type="dxa"/>
            <w:tcMar>
              <w:top w:w="35" w:type="dxa"/>
              <w:left w:w="45" w:type="dxa"/>
              <w:bottom w:w="35" w:type="dxa"/>
              <w:right w:w="45" w:type="dxa"/>
            </w:tcMar>
            <w:vAlign w:val="center"/>
          </w:tcPr>
          <w:p w14:paraId="47681A7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The Well</w:t>
            </w:r>
          </w:p>
        </w:tc>
        <w:tc>
          <w:tcPr>
            <w:tcW w:w="1279" w:type="dxa"/>
            <w:tcMar>
              <w:top w:w="35" w:type="dxa"/>
              <w:left w:w="45" w:type="dxa"/>
              <w:bottom w:w="35" w:type="dxa"/>
              <w:right w:w="45" w:type="dxa"/>
            </w:tcMar>
            <w:vAlign w:val="center"/>
          </w:tcPr>
          <w:p w14:paraId="7FCD62C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055495E4"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1906F484"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3ADF37A2"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206606DD" w14:textId="77777777" w:rsidR="0001782D" w:rsidRPr="00175D1B" w:rsidRDefault="0001782D"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5220AEE" w14:textId="77777777" w:rsidR="0001782D" w:rsidRPr="00175D1B" w:rsidRDefault="00000000" w:rsidP="00AC6C95">
            <w:pPr>
              <w:spacing w:after="0" w:line="240" w:lineRule="auto"/>
              <w:ind w:left="630"/>
              <w:rPr>
                <w:rFonts w:ascii="Calibri" w:hAnsi="Calibri" w:cs="Calibri"/>
                <w:sz w:val="18"/>
                <w:szCs w:val="32"/>
              </w:rPr>
            </w:pPr>
            <w:hyperlink r:id="rId216" w:history="1">
              <w:r w:rsidRPr="00175D1B">
                <w:rPr>
                  <w:rFonts w:ascii="Calibri" w:eastAsia="Arial" w:hAnsi="Calibri" w:cs="Calibri"/>
                  <w:color w:val="0563C1"/>
                  <w:sz w:val="18"/>
                  <w:szCs w:val="32"/>
                  <w:u w:val="single"/>
                </w:rPr>
                <w:t>May contact Student Life</w:t>
              </w:r>
            </w:hyperlink>
          </w:p>
          <w:p w14:paraId="0609FA3F" w14:textId="77777777" w:rsidR="0001782D" w:rsidRPr="00175D1B" w:rsidRDefault="00000000" w:rsidP="00AC6C95">
            <w:pPr>
              <w:spacing w:after="0" w:line="240" w:lineRule="auto"/>
              <w:ind w:left="630"/>
              <w:rPr>
                <w:rFonts w:ascii="Calibri" w:hAnsi="Calibri" w:cs="Calibri"/>
                <w:sz w:val="18"/>
                <w:szCs w:val="32"/>
              </w:rPr>
            </w:pPr>
            <w:hyperlink r:id="rId217" w:history="1">
              <w:r w:rsidRPr="00175D1B">
                <w:rPr>
                  <w:rFonts w:ascii="Calibri" w:eastAsia="Arial" w:hAnsi="Calibri" w:cs="Calibri"/>
                  <w:color w:val="0563C1"/>
                  <w:sz w:val="18"/>
                  <w:szCs w:val="32"/>
                  <w:u w:val="single"/>
                </w:rPr>
                <w:t>Student Life landing page</w:t>
              </w:r>
            </w:hyperlink>
          </w:p>
        </w:tc>
        <w:tc>
          <w:tcPr>
            <w:tcW w:w="2554" w:type="dxa"/>
            <w:tcMar>
              <w:top w:w="35" w:type="dxa"/>
              <w:left w:w="45" w:type="dxa"/>
              <w:bottom w:w="35" w:type="dxa"/>
              <w:right w:w="45" w:type="dxa"/>
            </w:tcMar>
            <w:vAlign w:val="center"/>
          </w:tcPr>
          <w:p w14:paraId="47D1F5B0" w14:textId="77777777" w:rsidR="0001782D" w:rsidRPr="00175D1B" w:rsidRDefault="00000000" w:rsidP="00AC6C95">
            <w:pPr>
              <w:spacing w:after="0" w:line="240" w:lineRule="auto"/>
              <w:ind w:left="630"/>
              <w:rPr>
                <w:rFonts w:ascii="Calibri" w:hAnsi="Calibri" w:cs="Calibri"/>
                <w:sz w:val="18"/>
                <w:szCs w:val="32"/>
              </w:rPr>
            </w:pPr>
            <w:hyperlink r:id="rId218" w:history="1">
              <w:r w:rsidRPr="00175D1B">
                <w:rPr>
                  <w:rFonts w:ascii="Calibri" w:eastAsia="Arial" w:hAnsi="Calibri" w:cs="Calibri"/>
                  <w:color w:val="0563C1"/>
                  <w:sz w:val="18"/>
                  <w:szCs w:val="32"/>
                  <w:u w:val="single"/>
                </w:rPr>
                <w:t>mailto:studentlife@se.edu</w:t>
              </w:r>
            </w:hyperlink>
          </w:p>
          <w:p w14:paraId="5CCB409F" w14:textId="77777777" w:rsidR="0001782D" w:rsidRPr="00175D1B" w:rsidRDefault="00000000" w:rsidP="00AC6C95">
            <w:pPr>
              <w:spacing w:after="0" w:line="240" w:lineRule="auto"/>
              <w:ind w:left="630"/>
              <w:rPr>
                <w:rFonts w:ascii="Calibri" w:hAnsi="Calibri" w:cs="Calibri"/>
                <w:sz w:val="18"/>
                <w:szCs w:val="32"/>
              </w:rPr>
            </w:pPr>
            <w:hyperlink r:id="rId219" w:history="1">
              <w:r w:rsidRPr="00175D1B">
                <w:rPr>
                  <w:rFonts w:ascii="Calibri" w:eastAsia="Arial" w:hAnsi="Calibri" w:cs="Calibri"/>
                  <w:color w:val="0563C1"/>
                  <w:sz w:val="18"/>
                  <w:szCs w:val="32"/>
                  <w:u w:val="single"/>
                </w:rPr>
                <w:t>https://www.se.edu/student-life/</w:t>
              </w:r>
            </w:hyperlink>
          </w:p>
        </w:tc>
      </w:tr>
      <w:tr w:rsidR="00EF31EA" w:rsidRPr="00175D1B" w14:paraId="5A143252" w14:textId="77777777" w:rsidTr="00175D1B">
        <w:trPr>
          <w:cantSplit/>
          <w:jc w:val="center"/>
        </w:trPr>
        <w:tc>
          <w:tcPr>
            <w:tcW w:w="1764" w:type="dxa"/>
            <w:shd w:val="clear" w:color="auto" w:fill="F7F7F7"/>
            <w:tcMar>
              <w:top w:w="35" w:type="dxa"/>
              <w:left w:w="45" w:type="dxa"/>
              <w:bottom w:w="35" w:type="dxa"/>
              <w:right w:w="45" w:type="dxa"/>
            </w:tcMar>
            <w:vAlign w:val="center"/>
          </w:tcPr>
          <w:p w14:paraId="12B7E19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Tri Sigma</w:t>
            </w:r>
          </w:p>
        </w:tc>
        <w:tc>
          <w:tcPr>
            <w:tcW w:w="1279" w:type="dxa"/>
            <w:shd w:val="clear" w:color="auto" w:fill="F7F7F7"/>
            <w:tcMar>
              <w:top w:w="35" w:type="dxa"/>
              <w:left w:w="45" w:type="dxa"/>
              <w:bottom w:w="35" w:type="dxa"/>
              <w:right w:w="45" w:type="dxa"/>
            </w:tcMar>
            <w:vAlign w:val="center"/>
          </w:tcPr>
          <w:p w14:paraId="33564961"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049DAD1" w14:textId="77777777" w:rsidR="00EF31EA" w:rsidRPr="00175D1B" w:rsidRDefault="00EF31EA" w:rsidP="00AC6C95">
            <w:pPr>
              <w:spacing w:after="0" w:line="240" w:lineRule="auto"/>
              <w:ind w:left="630"/>
              <w:rPr>
                <w:rFonts w:ascii="Calibri" w:hAnsi="Calibri" w:cs="Calibri"/>
                <w:sz w:val="18"/>
                <w:szCs w:val="32"/>
              </w:rPr>
            </w:pPr>
            <w:hyperlink r:id="rId220">
              <w:r w:rsidRPr="00175D1B">
                <w:rPr>
                  <w:rFonts w:ascii="Calibri" w:hAnsi="Calibri" w:cs="Calibri"/>
                  <w:color w:val="0563C1"/>
                  <w:sz w:val="18"/>
                  <w:szCs w:val="32"/>
                  <w:u w:val="single"/>
                </w:rPr>
                <w:t>Instagram: @trisigma.se</w:t>
              </w:r>
            </w:hyperlink>
          </w:p>
        </w:tc>
        <w:tc>
          <w:tcPr>
            <w:tcW w:w="1507" w:type="dxa"/>
            <w:shd w:val="clear" w:color="auto" w:fill="F7F7F7"/>
            <w:tcMar>
              <w:top w:w="35" w:type="dxa"/>
              <w:left w:w="45" w:type="dxa"/>
              <w:bottom w:w="35" w:type="dxa"/>
              <w:right w:w="45" w:type="dxa"/>
            </w:tcMar>
            <w:vAlign w:val="center"/>
          </w:tcPr>
          <w:p w14:paraId="7C5C4FD3" w14:textId="77777777" w:rsidR="00EF31EA" w:rsidRPr="00175D1B" w:rsidRDefault="00EF31EA" w:rsidP="00AC6C95">
            <w:pPr>
              <w:spacing w:after="0" w:line="240" w:lineRule="auto"/>
              <w:ind w:left="630"/>
              <w:rPr>
                <w:rFonts w:ascii="Calibri" w:hAnsi="Calibri" w:cs="Calibri"/>
                <w:sz w:val="18"/>
                <w:szCs w:val="32"/>
              </w:rPr>
            </w:pPr>
            <w:hyperlink r:id="rId221">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7C6F51ED"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55A6F01A"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0055EACB"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7B1D1CF3" w14:textId="77777777" w:rsidR="0001782D" w:rsidRPr="00175D1B" w:rsidRDefault="00000000" w:rsidP="00AC6C95">
            <w:pPr>
              <w:spacing w:after="0" w:line="240" w:lineRule="auto"/>
              <w:ind w:left="630"/>
              <w:rPr>
                <w:rFonts w:ascii="Calibri" w:hAnsi="Calibri" w:cs="Calibri"/>
                <w:sz w:val="18"/>
                <w:szCs w:val="32"/>
              </w:rPr>
            </w:pPr>
            <w:hyperlink r:id="rId222" w:history="1">
              <w:r w:rsidRPr="00175D1B">
                <w:rPr>
                  <w:rFonts w:ascii="Calibri" w:eastAsia="Arial" w:hAnsi="Calibri" w:cs="Calibri"/>
                  <w:color w:val="0563C1"/>
                  <w:sz w:val="18"/>
                  <w:szCs w:val="32"/>
                  <w:u w:val="single"/>
                </w:rPr>
                <w:t>https://www.facebook.com/sigmatridurant/</w:t>
              </w:r>
            </w:hyperlink>
          </w:p>
          <w:p w14:paraId="26EC80C1" w14:textId="77777777" w:rsidR="0001782D" w:rsidRPr="00175D1B" w:rsidRDefault="00000000" w:rsidP="00AC6C95">
            <w:pPr>
              <w:spacing w:after="0" w:line="240" w:lineRule="auto"/>
              <w:ind w:left="630"/>
              <w:rPr>
                <w:rFonts w:ascii="Calibri" w:hAnsi="Calibri" w:cs="Calibri"/>
                <w:sz w:val="18"/>
                <w:szCs w:val="32"/>
              </w:rPr>
            </w:pPr>
            <w:hyperlink r:id="rId223" w:history="1">
              <w:r w:rsidRPr="00175D1B">
                <w:rPr>
                  <w:rFonts w:ascii="Calibri" w:eastAsia="Arial" w:hAnsi="Calibri" w:cs="Calibri"/>
                  <w:color w:val="0563C1"/>
                  <w:sz w:val="18"/>
                  <w:szCs w:val="32"/>
                  <w:u w:val="single"/>
                </w:rPr>
                <w:t>https://www.instagram.com/trisigma.se/</w:t>
              </w:r>
            </w:hyperlink>
          </w:p>
        </w:tc>
      </w:tr>
      <w:tr w:rsidR="00EF31EA" w:rsidRPr="00175D1B" w14:paraId="4D161842" w14:textId="77777777" w:rsidTr="00175D1B">
        <w:trPr>
          <w:cantSplit/>
          <w:jc w:val="center"/>
        </w:trPr>
        <w:tc>
          <w:tcPr>
            <w:tcW w:w="1764" w:type="dxa"/>
            <w:tcMar>
              <w:top w:w="35" w:type="dxa"/>
              <w:left w:w="45" w:type="dxa"/>
              <w:bottom w:w="35" w:type="dxa"/>
              <w:right w:w="45" w:type="dxa"/>
            </w:tcMar>
            <w:vAlign w:val="center"/>
          </w:tcPr>
          <w:p w14:paraId="53DB5532"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True Blue Ambassadors</w:t>
            </w:r>
          </w:p>
        </w:tc>
        <w:tc>
          <w:tcPr>
            <w:tcW w:w="1279" w:type="dxa"/>
            <w:tcMar>
              <w:top w:w="35" w:type="dxa"/>
              <w:left w:w="45" w:type="dxa"/>
              <w:bottom w:w="35" w:type="dxa"/>
              <w:right w:w="45" w:type="dxa"/>
            </w:tcMar>
            <w:vAlign w:val="center"/>
          </w:tcPr>
          <w:p w14:paraId="20603E1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273B243E"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22EA2C3A"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0CAF6E69"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12B749B" w14:textId="77777777" w:rsidR="0001782D" w:rsidRPr="00175D1B" w:rsidRDefault="00000000" w:rsidP="00AC6C95">
            <w:pPr>
              <w:spacing w:after="0" w:line="240" w:lineRule="auto"/>
              <w:ind w:left="630"/>
              <w:rPr>
                <w:rFonts w:ascii="Calibri" w:hAnsi="Calibri" w:cs="Calibri"/>
                <w:sz w:val="18"/>
                <w:szCs w:val="32"/>
              </w:rPr>
            </w:pPr>
            <w:hyperlink r:id="rId224" w:history="1">
              <w:r w:rsidRPr="00175D1B">
                <w:rPr>
                  <w:rFonts w:ascii="Calibri" w:eastAsia="Arial" w:hAnsi="Calibri" w:cs="Calibri"/>
                  <w:color w:val="0563C1"/>
                  <w:sz w:val="18"/>
                  <w:szCs w:val="32"/>
                  <w:u w:val="single"/>
                </w:rPr>
                <w:t>Program page</w:t>
              </w:r>
            </w:hyperlink>
          </w:p>
        </w:tc>
        <w:tc>
          <w:tcPr>
            <w:tcW w:w="2844" w:type="dxa"/>
            <w:tcMar>
              <w:top w:w="35" w:type="dxa"/>
              <w:left w:w="45" w:type="dxa"/>
              <w:bottom w:w="35" w:type="dxa"/>
              <w:right w:w="45" w:type="dxa"/>
            </w:tcMar>
            <w:vAlign w:val="center"/>
          </w:tcPr>
          <w:p w14:paraId="3B253C92"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1E9173D9" w14:textId="77777777" w:rsidR="0001782D" w:rsidRPr="00175D1B" w:rsidRDefault="00000000" w:rsidP="00AC6C95">
            <w:pPr>
              <w:spacing w:after="0" w:line="240" w:lineRule="auto"/>
              <w:ind w:left="630"/>
              <w:rPr>
                <w:rFonts w:ascii="Calibri" w:hAnsi="Calibri" w:cs="Calibri"/>
                <w:sz w:val="18"/>
                <w:szCs w:val="32"/>
              </w:rPr>
            </w:pPr>
            <w:hyperlink r:id="rId225" w:history="1">
              <w:r w:rsidRPr="00175D1B">
                <w:rPr>
                  <w:rFonts w:ascii="Calibri" w:eastAsia="Arial" w:hAnsi="Calibri" w:cs="Calibri"/>
                  <w:color w:val="0563C1"/>
                  <w:sz w:val="18"/>
                  <w:szCs w:val="32"/>
                  <w:u w:val="single"/>
                </w:rPr>
                <w:t>https://www.se.edu/student-life/true-blue/</w:t>
              </w:r>
            </w:hyperlink>
          </w:p>
        </w:tc>
      </w:tr>
      <w:tr w:rsidR="00EF31EA" w:rsidRPr="00175D1B" w14:paraId="303ACEB7" w14:textId="77777777" w:rsidTr="00175D1B">
        <w:trPr>
          <w:cantSplit/>
          <w:jc w:val="center"/>
        </w:trPr>
        <w:tc>
          <w:tcPr>
            <w:tcW w:w="1764" w:type="dxa"/>
            <w:shd w:val="clear" w:color="auto" w:fill="F7F7F7"/>
            <w:tcMar>
              <w:top w:w="35" w:type="dxa"/>
              <w:left w:w="45" w:type="dxa"/>
              <w:bottom w:w="35" w:type="dxa"/>
              <w:right w:w="45" w:type="dxa"/>
            </w:tcMar>
            <w:vAlign w:val="center"/>
          </w:tcPr>
          <w:p w14:paraId="63AD804E"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Turning Point USA</w:t>
            </w:r>
          </w:p>
        </w:tc>
        <w:tc>
          <w:tcPr>
            <w:tcW w:w="1279" w:type="dxa"/>
            <w:shd w:val="clear" w:color="auto" w:fill="F7F7F7"/>
            <w:tcMar>
              <w:top w:w="35" w:type="dxa"/>
              <w:left w:w="45" w:type="dxa"/>
              <w:bottom w:w="35" w:type="dxa"/>
              <w:right w:w="45" w:type="dxa"/>
            </w:tcMar>
            <w:vAlign w:val="center"/>
          </w:tcPr>
          <w:p w14:paraId="1220127F"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737243A9" w14:textId="77777777" w:rsidR="00EF31EA" w:rsidRPr="00175D1B" w:rsidRDefault="00EF31EA" w:rsidP="00AC6C95">
            <w:pPr>
              <w:spacing w:after="0" w:line="240" w:lineRule="auto"/>
              <w:ind w:left="630"/>
              <w:rPr>
                <w:rFonts w:ascii="Calibri" w:hAnsi="Calibri" w:cs="Calibri"/>
                <w:sz w:val="18"/>
                <w:szCs w:val="32"/>
              </w:rPr>
            </w:pPr>
            <w:hyperlink r:id="rId226">
              <w:r w:rsidRPr="00175D1B">
                <w:rPr>
                  <w:rFonts w:ascii="Calibri" w:hAnsi="Calibri" w:cs="Calibri"/>
                  <w:color w:val="0563C1"/>
                  <w:sz w:val="18"/>
                  <w:szCs w:val="32"/>
                  <w:u w:val="single"/>
                </w:rPr>
                <w:t>Instagram: @tpusa_sosu</w:t>
              </w:r>
            </w:hyperlink>
          </w:p>
        </w:tc>
        <w:tc>
          <w:tcPr>
            <w:tcW w:w="1507" w:type="dxa"/>
            <w:shd w:val="clear" w:color="auto" w:fill="F7F7F7"/>
            <w:tcMar>
              <w:top w:w="35" w:type="dxa"/>
              <w:left w:w="45" w:type="dxa"/>
              <w:bottom w:w="35" w:type="dxa"/>
              <w:right w:w="45" w:type="dxa"/>
            </w:tcMar>
            <w:vAlign w:val="center"/>
          </w:tcPr>
          <w:p w14:paraId="019AAD13"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25EE5CFD"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44721A65"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686B7AC7"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7E5223F8" w14:textId="77777777" w:rsidR="0001782D" w:rsidRPr="00175D1B" w:rsidRDefault="00000000" w:rsidP="00AC6C95">
            <w:pPr>
              <w:spacing w:after="0" w:line="240" w:lineRule="auto"/>
              <w:ind w:left="630"/>
              <w:rPr>
                <w:rFonts w:ascii="Calibri" w:hAnsi="Calibri" w:cs="Calibri"/>
                <w:sz w:val="18"/>
                <w:szCs w:val="32"/>
              </w:rPr>
            </w:pPr>
            <w:hyperlink r:id="rId227" w:history="1">
              <w:r w:rsidRPr="00175D1B">
                <w:rPr>
                  <w:rFonts w:ascii="Calibri" w:eastAsia="Arial" w:hAnsi="Calibri" w:cs="Calibri"/>
                  <w:color w:val="0563C1"/>
                  <w:sz w:val="18"/>
                  <w:szCs w:val="32"/>
                  <w:u w:val="single"/>
                </w:rPr>
                <w:t>https://www.instagram.com/tpusa_sosu/</w:t>
              </w:r>
            </w:hyperlink>
          </w:p>
        </w:tc>
      </w:tr>
      <w:tr w:rsidR="00EF31EA" w:rsidRPr="00175D1B" w14:paraId="67BC8996" w14:textId="77777777" w:rsidTr="00175D1B">
        <w:trPr>
          <w:cantSplit/>
          <w:jc w:val="center"/>
        </w:trPr>
        <w:tc>
          <w:tcPr>
            <w:tcW w:w="1764" w:type="dxa"/>
            <w:tcMar>
              <w:top w:w="35" w:type="dxa"/>
              <w:left w:w="45" w:type="dxa"/>
              <w:bottom w:w="35" w:type="dxa"/>
              <w:right w:w="45" w:type="dxa"/>
            </w:tcMar>
            <w:vAlign w:val="center"/>
          </w:tcPr>
          <w:p w14:paraId="5B19126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Visual Arts and Ceramics Organization (VACO)</w:t>
            </w:r>
          </w:p>
        </w:tc>
        <w:tc>
          <w:tcPr>
            <w:tcW w:w="1279" w:type="dxa"/>
            <w:tcMar>
              <w:top w:w="35" w:type="dxa"/>
              <w:left w:w="45" w:type="dxa"/>
              <w:bottom w:w="35" w:type="dxa"/>
              <w:right w:w="45" w:type="dxa"/>
            </w:tcMar>
            <w:vAlign w:val="center"/>
          </w:tcPr>
          <w:p w14:paraId="6BE4D888"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4553B9B0"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38077E83" w14:textId="77777777" w:rsidR="00EF31EA" w:rsidRPr="00175D1B" w:rsidRDefault="00EF31EA" w:rsidP="00AC6C95">
            <w:pPr>
              <w:spacing w:after="0" w:line="240" w:lineRule="auto"/>
              <w:ind w:left="630"/>
              <w:rPr>
                <w:rFonts w:ascii="Calibri" w:hAnsi="Calibri" w:cs="Calibri"/>
                <w:sz w:val="18"/>
                <w:szCs w:val="32"/>
              </w:rPr>
            </w:pPr>
            <w:hyperlink r:id="rId228">
              <w:r w:rsidRPr="00175D1B">
                <w:rPr>
                  <w:rFonts w:ascii="Calibri" w:hAnsi="Calibri" w:cs="Calibri"/>
                  <w:color w:val="0563C1"/>
                  <w:sz w:val="18"/>
                  <w:szCs w:val="32"/>
                  <w:u w:val="single"/>
                </w:rPr>
                <w:t>Facebook page</w:t>
              </w:r>
            </w:hyperlink>
          </w:p>
        </w:tc>
        <w:tc>
          <w:tcPr>
            <w:tcW w:w="973" w:type="dxa"/>
            <w:tcMar>
              <w:top w:w="35" w:type="dxa"/>
              <w:left w:w="45" w:type="dxa"/>
              <w:bottom w:w="35" w:type="dxa"/>
              <w:right w:w="45" w:type="dxa"/>
            </w:tcMar>
            <w:vAlign w:val="center"/>
          </w:tcPr>
          <w:p w14:paraId="128D3ECF"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FAF4F29"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137CA812"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30487BA7" w14:textId="77777777" w:rsidR="0001782D" w:rsidRPr="00175D1B" w:rsidRDefault="00000000" w:rsidP="00AC6C95">
            <w:pPr>
              <w:spacing w:after="0" w:line="240" w:lineRule="auto"/>
              <w:ind w:left="630"/>
              <w:rPr>
                <w:rFonts w:ascii="Calibri" w:hAnsi="Calibri" w:cs="Calibri"/>
                <w:sz w:val="18"/>
                <w:szCs w:val="32"/>
              </w:rPr>
            </w:pPr>
            <w:hyperlink r:id="rId229" w:history="1">
              <w:r w:rsidRPr="00175D1B">
                <w:rPr>
                  <w:rFonts w:ascii="Calibri" w:eastAsia="Arial" w:hAnsi="Calibri" w:cs="Calibri"/>
                  <w:color w:val="0563C1"/>
                  <w:sz w:val="18"/>
                  <w:szCs w:val="32"/>
                  <w:u w:val="single"/>
                </w:rPr>
                <w:t>https://www.facebook.com/VACOatSE/</w:t>
              </w:r>
            </w:hyperlink>
          </w:p>
        </w:tc>
      </w:tr>
      <w:tr w:rsidR="00EF31EA" w:rsidRPr="00175D1B" w14:paraId="77A77D98" w14:textId="77777777" w:rsidTr="00175D1B">
        <w:trPr>
          <w:cantSplit/>
          <w:jc w:val="center"/>
        </w:trPr>
        <w:tc>
          <w:tcPr>
            <w:tcW w:w="1764" w:type="dxa"/>
            <w:shd w:val="clear" w:color="auto" w:fill="F7F7F7"/>
            <w:tcMar>
              <w:top w:w="35" w:type="dxa"/>
              <w:left w:w="45" w:type="dxa"/>
              <w:bottom w:w="35" w:type="dxa"/>
              <w:right w:w="45" w:type="dxa"/>
            </w:tcMar>
            <w:vAlign w:val="center"/>
          </w:tcPr>
          <w:p w14:paraId="46F72A1D"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Wesley Center</w:t>
            </w:r>
          </w:p>
        </w:tc>
        <w:tc>
          <w:tcPr>
            <w:tcW w:w="1279" w:type="dxa"/>
            <w:shd w:val="clear" w:color="auto" w:fill="F7F7F7"/>
            <w:tcMar>
              <w:top w:w="35" w:type="dxa"/>
              <w:left w:w="45" w:type="dxa"/>
              <w:bottom w:w="35" w:type="dxa"/>
              <w:right w:w="45" w:type="dxa"/>
            </w:tcMar>
            <w:vAlign w:val="center"/>
          </w:tcPr>
          <w:p w14:paraId="1317869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0892D920"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04A04FAF" w14:textId="77777777" w:rsidR="00EF31EA" w:rsidRPr="00175D1B" w:rsidRDefault="00EF31EA" w:rsidP="00AC6C95">
            <w:pPr>
              <w:spacing w:after="0" w:line="240" w:lineRule="auto"/>
              <w:ind w:left="630"/>
              <w:rPr>
                <w:rFonts w:ascii="Calibri" w:hAnsi="Calibri" w:cs="Calibri"/>
                <w:sz w:val="18"/>
                <w:szCs w:val="32"/>
              </w:rPr>
            </w:pPr>
            <w:hyperlink r:id="rId230">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151DA2C0"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2CF95FBE"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75DAB424"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623DCB27" w14:textId="77777777" w:rsidR="0001782D" w:rsidRPr="00175D1B" w:rsidRDefault="00000000" w:rsidP="00AC6C95">
            <w:pPr>
              <w:spacing w:after="0" w:line="240" w:lineRule="auto"/>
              <w:ind w:left="630"/>
              <w:rPr>
                <w:rFonts w:ascii="Calibri" w:hAnsi="Calibri" w:cs="Calibri"/>
                <w:sz w:val="18"/>
                <w:szCs w:val="32"/>
              </w:rPr>
            </w:pPr>
            <w:hyperlink r:id="rId231" w:history="1">
              <w:r w:rsidRPr="00175D1B">
                <w:rPr>
                  <w:rFonts w:ascii="Calibri" w:eastAsia="Arial" w:hAnsi="Calibri" w:cs="Calibri"/>
                  <w:color w:val="0563C1"/>
                  <w:sz w:val="18"/>
                  <w:szCs w:val="32"/>
                  <w:u w:val="single"/>
                </w:rPr>
                <w:t>https://www.facebook.com/WesleyCampusMinistry/</w:t>
              </w:r>
            </w:hyperlink>
          </w:p>
        </w:tc>
      </w:tr>
      <w:tr w:rsidR="00EF31EA" w:rsidRPr="00175D1B" w14:paraId="2E01FC87" w14:textId="77777777" w:rsidTr="00175D1B">
        <w:trPr>
          <w:cantSplit/>
          <w:jc w:val="center"/>
        </w:trPr>
        <w:tc>
          <w:tcPr>
            <w:tcW w:w="1764" w:type="dxa"/>
            <w:tcMar>
              <w:top w:w="35" w:type="dxa"/>
              <w:left w:w="45" w:type="dxa"/>
              <w:bottom w:w="35" w:type="dxa"/>
              <w:right w:w="45" w:type="dxa"/>
            </w:tcMar>
            <w:vAlign w:val="center"/>
          </w:tcPr>
          <w:p w14:paraId="6F8A15AB"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Wind Ensemble</w:t>
            </w:r>
          </w:p>
        </w:tc>
        <w:tc>
          <w:tcPr>
            <w:tcW w:w="1279" w:type="dxa"/>
            <w:tcMar>
              <w:top w:w="35" w:type="dxa"/>
              <w:left w:w="45" w:type="dxa"/>
              <w:bottom w:w="35" w:type="dxa"/>
              <w:right w:w="45" w:type="dxa"/>
            </w:tcMar>
            <w:vAlign w:val="center"/>
          </w:tcPr>
          <w:p w14:paraId="1F6E3F3A"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637C6285" w14:textId="77777777" w:rsidR="00EF31EA" w:rsidRPr="00175D1B" w:rsidRDefault="00EF31EA" w:rsidP="00AC6C95">
            <w:pPr>
              <w:spacing w:after="0" w:line="240" w:lineRule="auto"/>
              <w:ind w:left="630"/>
              <w:rPr>
                <w:rFonts w:ascii="Calibri" w:hAnsi="Calibri" w:cs="Calibri"/>
                <w:sz w:val="18"/>
                <w:szCs w:val="32"/>
              </w:rPr>
            </w:pPr>
          </w:p>
        </w:tc>
        <w:tc>
          <w:tcPr>
            <w:tcW w:w="1507" w:type="dxa"/>
            <w:tcMar>
              <w:top w:w="35" w:type="dxa"/>
              <w:left w:w="45" w:type="dxa"/>
              <w:bottom w:w="35" w:type="dxa"/>
              <w:right w:w="45" w:type="dxa"/>
            </w:tcMar>
            <w:vAlign w:val="center"/>
          </w:tcPr>
          <w:p w14:paraId="35DC68FA"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63B3FE6F"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0B34CA55" w14:textId="77777777" w:rsidR="0001782D" w:rsidRPr="00175D1B" w:rsidRDefault="00000000" w:rsidP="00AC6C95">
            <w:pPr>
              <w:spacing w:after="0" w:line="240" w:lineRule="auto"/>
              <w:ind w:left="630"/>
              <w:rPr>
                <w:rFonts w:ascii="Calibri" w:hAnsi="Calibri" w:cs="Calibri"/>
                <w:sz w:val="18"/>
                <w:szCs w:val="32"/>
              </w:rPr>
            </w:pPr>
            <w:hyperlink r:id="rId232" w:history="1">
              <w:r w:rsidRPr="00175D1B">
                <w:rPr>
                  <w:rFonts w:ascii="Calibri" w:eastAsia="Arial" w:hAnsi="Calibri" w:cs="Calibri"/>
                  <w:color w:val="0563C1"/>
                  <w:sz w:val="18"/>
                  <w:szCs w:val="32"/>
                  <w:u w:val="single"/>
                </w:rPr>
                <w:t>Performing Ensembles page</w:t>
              </w:r>
            </w:hyperlink>
          </w:p>
        </w:tc>
        <w:tc>
          <w:tcPr>
            <w:tcW w:w="2844" w:type="dxa"/>
            <w:tcMar>
              <w:top w:w="35" w:type="dxa"/>
              <w:left w:w="45" w:type="dxa"/>
              <w:bottom w:w="35" w:type="dxa"/>
              <w:right w:w="45" w:type="dxa"/>
            </w:tcMar>
            <w:vAlign w:val="center"/>
          </w:tcPr>
          <w:p w14:paraId="0342E8D6" w14:textId="77777777" w:rsidR="0001782D" w:rsidRPr="00175D1B" w:rsidRDefault="0001782D"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38EB17EF" w14:textId="77777777" w:rsidR="0001782D" w:rsidRPr="00175D1B" w:rsidRDefault="00000000" w:rsidP="00AC6C95">
            <w:pPr>
              <w:spacing w:after="0" w:line="240" w:lineRule="auto"/>
              <w:ind w:left="630"/>
              <w:rPr>
                <w:rFonts w:ascii="Calibri" w:hAnsi="Calibri" w:cs="Calibri"/>
                <w:sz w:val="18"/>
                <w:szCs w:val="32"/>
              </w:rPr>
            </w:pPr>
            <w:hyperlink r:id="rId233" w:history="1">
              <w:r w:rsidRPr="00175D1B">
                <w:rPr>
                  <w:rFonts w:ascii="Calibri" w:eastAsia="Arial" w:hAnsi="Calibri" w:cs="Calibri"/>
                  <w:color w:val="0563C1"/>
                  <w:sz w:val="18"/>
                  <w:szCs w:val="32"/>
                  <w:u w:val="single"/>
                </w:rPr>
                <w:t>https://www.se.edu/music/performing-ensembles/</w:t>
              </w:r>
            </w:hyperlink>
          </w:p>
        </w:tc>
      </w:tr>
      <w:tr w:rsidR="00EF31EA" w:rsidRPr="00175D1B" w14:paraId="56FA86EB" w14:textId="77777777" w:rsidTr="00175D1B">
        <w:trPr>
          <w:cantSplit/>
          <w:jc w:val="center"/>
        </w:trPr>
        <w:tc>
          <w:tcPr>
            <w:tcW w:w="1764" w:type="dxa"/>
            <w:shd w:val="clear" w:color="auto" w:fill="F7F7F7"/>
            <w:tcMar>
              <w:top w:w="35" w:type="dxa"/>
              <w:left w:w="45" w:type="dxa"/>
              <w:bottom w:w="35" w:type="dxa"/>
              <w:right w:w="45" w:type="dxa"/>
            </w:tcMar>
            <w:vAlign w:val="center"/>
          </w:tcPr>
          <w:p w14:paraId="1D418336"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Women in Aviation</w:t>
            </w:r>
          </w:p>
        </w:tc>
        <w:tc>
          <w:tcPr>
            <w:tcW w:w="1279" w:type="dxa"/>
            <w:shd w:val="clear" w:color="auto" w:fill="F7F7F7"/>
            <w:tcMar>
              <w:top w:w="35" w:type="dxa"/>
              <w:left w:w="45" w:type="dxa"/>
              <w:bottom w:w="35" w:type="dxa"/>
              <w:right w:w="45" w:type="dxa"/>
            </w:tcMar>
            <w:vAlign w:val="center"/>
          </w:tcPr>
          <w:p w14:paraId="755382F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shd w:val="clear" w:color="auto" w:fill="F7F7F7"/>
            <w:tcMar>
              <w:top w:w="35" w:type="dxa"/>
              <w:left w:w="45" w:type="dxa"/>
              <w:bottom w:w="35" w:type="dxa"/>
              <w:right w:w="45" w:type="dxa"/>
            </w:tcMar>
            <w:vAlign w:val="center"/>
          </w:tcPr>
          <w:p w14:paraId="1FD4EB9E" w14:textId="77777777" w:rsidR="00EF31EA" w:rsidRPr="00175D1B" w:rsidRDefault="00EF31EA" w:rsidP="00AC6C95">
            <w:pPr>
              <w:spacing w:after="0" w:line="240" w:lineRule="auto"/>
              <w:ind w:left="630"/>
              <w:rPr>
                <w:rFonts w:ascii="Calibri" w:hAnsi="Calibri" w:cs="Calibri"/>
                <w:sz w:val="18"/>
                <w:szCs w:val="32"/>
              </w:rPr>
            </w:pPr>
            <w:hyperlink r:id="rId234">
              <w:r w:rsidRPr="00175D1B">
                <w:rPr>
                  <w:rFonts w:ascii="Calibri" w:hAnsi="Calibri" w:cs="Calibri"/>
                  <w:color w:val="0563C1"/>
                  <w:sz w:val="18"/>
                  <w:szCs w:val="32"/>
                  <w:u w:val="single"/>
                </w:rPr>
                <w:t>Instagram: @</w:t>
              </w:r>
              <w:proofErr w:type="gramStart"/>
              <w:r w:rsidRPr="00175D1B">
                <w:rPr>
                  <w:rFonts w:ascii="Calibri" w:hAnsi="Calibri" w:cs="Calibri"/>
                  <w:color w:val="0563C1"/>
                  <w:sz w:val="18"/>
                  <w:szCs w:val="32"/>
                  <w:u w:val="single"/>
                </w:rPr>
                <w:t>wai.sosu</w:t>
              </w:r>
              <w:proofErr w:type="gramEnd"/>
            </w:hyperlink>
          </w:p>
        </w:tc>
        <w:tc>
          <w:tcPr>
            <w:tcW w:w="1507" w:type="dxa"/>
            <w:shd w:val="clear" w:color="auto" w:fill="F7F7F7"/>
            <w:tcMar>
              <w:top w:w="35" w:type="dxa"/>
              <w:left w:w="45" w:type="dxa"/>
              <w:bottom w:w="35" w:type="dxa"/>
              <w:right w:w="45" w:type="dxa"/>
            </w:tcMar>
            <w:vAlign w:val="center"/>
          </w:tcPr>
          <w:p w14:paraId="465FDFCB" w14:textId="77777777" w:rsidR="00EF31EA" w:rsidRPr="00175D1B" w:rsidRDefault="00EF31EA" w:rsidP="00AC6C95">
            <w:pPr>
              <w:spacing w:after="0" w:line="240" w:lineRule="auto"/>
              <w:ind w:left="630"/>
              <w:rPr>
                <w:rFonts w:ascii="Calibri" w:hAnsi="Calibri" w:cs="Calibri"/>
                <w:sz w:val="18"/>
                <w:szCs w:val="32"/>
              </w:rPr>
            </w:pPr>
            <w:hyperlink r:id="rId235">
              <w:r w:rsidRPr="00175D1B">
                <w:rPr>
                  <w:rFonts w:ascii="Calibri" w:hAnsi="Calibri" w:cs="Calibri"/>
                  <w:color w:val="0563C1"/>
                  <w:sz w:val="18"/>
                  <w:szCs w:val="32"/>
                  <w:u w:val="single"/>
                </w:rPr>
                <w:t>Facebook page</w:t>
              </w:r>
            </w:hyperlink>
          </w:p>
        </w:tc>
        <w:tc>
          <w:tcPr>
            <w:tcW w:w="973" w:type="dxa"/>
            <w:shd w:val="clear" w:color="auto" w:fill="F7F7F7"/>
            <w:tcMar>
              <w:top w:w="35" w:type="dxa"/>
              <w:left w:w="45" w:type="dxa"/>
              <w:bottom w:w="35" w:type="dxa"/>
              <w:right w:w="45" w:type="dxa"/>
            </w:tcMar>
            <w:vAlign w:val="center"/>
          </w:tcPr>
          <w:p w14:paraId="67194EF4"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50F6C92C" w14:textId="77777777" w:rsidR="00EF31EA" w:rsidRPr="00175D1B" w:rsidRDefault="00EF31EA"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2690715B" w14:textId="77777777" w:rsidR="00EF31EA" w:rsidRPr="00175D1B" w:rsidRDefault="00EF31EA" w:rsidP="00AC6C95">
            <w:pPr>
              <w:spacing w:after="0" w:line="240" w:lineRule="auto"/>
              <w:ind w:left="630"/>
              <w:rPr>
                <w:rFonts w:ascii="Calibri" w:hAnsi="Calibri" w:cs="Calibri"/>
                <w:sz w:val="18"/>
                <w:szCs w:val="32"/>
              </w:rPr>
            </w:pPr>
          </w:p>
        </w:tc>
        <w:tc>
          <w:tcPr>
            <w:tcW w:w="2554" w:type="dxa"/>
            <w:shd w:val="clear" w:color="auto" w:fill="F7F7F7"/>
            <w:tcMar>
              <w:top w:w="35" w:type="dxa"/>
              <w:left w:w="45" w:type="dxa"/>
              <w:bottom w:w="35" w:type="dxa"/>
              <w:right w:w="45" w:type="dxa"/>
            </w:tcMar>
            <w:vAlign w:val="center"/>
          </w:tcPr>
          <w:p w14:paraId="0E5977C5" w14:textId="77777777" w:rsidR="0001782D" w:rsidRPr="00175D1B" w:rsidRDefault="00000000" w:rsidP="00AC6C95">
            <w:pPr>
              <w:spacing w:after="0" w:line="240" w:lineRule="auto"/>
              <w:ind w:left="630"/>
              <w:rPr>
                <w:rFonts w:ascii="Calibri" w:hAnsi="Calibri" w:cs="Calibri"/>
                <w:sz w:val="18"/>
                <w:szCs w:val="32"/>
              </w:rPr>
            </w:pPr>
            <w:hyperlink r:id="rId236" w:history="1">
              <w:r w:rsidRPr="00175D1B">
                <w:rPr>
                  <w:rFonts w:ascii="Calibri" w:eastAsia="Arial" w:hAnsi="Calibri" w:cs="Calibri"/>
                  <w:color w:val="0563C1"/>
                  <w:sz w:val="18"/>
                  <w:szCs w:val="32"/>
                  <w:u w:val="single"/>
                </w:rPr>
                <w:t>https://www.facebook.com/wai.sosu/</w:t>
              </w:r>
            </w:hyperlink>
          </w:p>
          <w:p w14:paraId="19546D87" w14:textId="77777777" w:rsidR="0001782D" w:rsidRPr="00175D1B" w:rsidRDefault="00000000" w:rsidP="00AC6C95">
            <w:pPr>
              <w:spacing w:after="0" w:line="240" w:lineRule="auto"/>
              <w:ind w:left="630"/>
              <w:rPr>
                <w:rFonts w:ascii="Calibri" w:hAnsi="Calibri" w:cs="Calibri"/>
                <w:sz w:val="18"/>
                <w:szCs w:val="32"/>
              </w:rPr>
            </w:pPr>
            <w:hyperlink r:id="rId237" w:history="1">
              <w:r w:rsidRPr="00175D1B">
                <w:rPr>
                  <w:rFonts w:ascii="Calibri" w:eastAsia="Arial" w:hAnsi="Calibri" w:cs="Calibri"/>
                  <w:color w:val="0563C1"/>
                  <w:sz w:val="18"/>
                  <w:szCs w:val="32"/>
                  <w:u w:val="single"/>
                </w:rPr>
                <w:t>https://www.instagram.com/wai.sosu/</w:t>
              </w:r>
            </w:hyperlink>
          </w:p>
        </w:tc>
      </w:tr>
      <w:tr w:rsidR="00EF31EA" w:rsidRPr="00175D1B" w14:paraId="49C87EB5" w14:textId="77777777" w:rsidTr="00175D1B">
        <w:trPr>
          <w:cantSplit/>
          <w:jc w:val="center"/>
        </w:trPr>
        <w:tc>
          <w:tcPr>
            <w:tcW w:w="1764" w:type="dxa"/>
            <w:tcMar>
              <w:top w:w="35" w:type="dxa"/>
              <w:left w:w="45" w:type="dxa"/>
              <w:bottom w:w="35" w:type="dxa"/>
              <w:right w:w="45" w:type="dxa"/>
            </w:tcMar>
            <w:vAlign w:val="center"/>
          </w:tcPr>
          <w:p w14:paraId="6416CC05"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lastRenderedPageBreak/>
              <w:t>Women in Robotics</w:t>
            </w:r>
          </w:p>
        </w:tc>
        <w:tc>
          <w:tcPr>
            <w:tcW w:w="1279" w:type="dxa"/>
            <w:tcMar>
              <w:top w:w="35" w:type="dxa"/>
              <w:left w:w="45" w:type="dxa"/>
              <w:bottom w:w="35" w:type="dxa"/>
              <w:right w:w="45" w:type="dxa"/>
            </w:tcMar>
            <w:vAlign w:val="center"/>
          </w:tcPr>
          <w:p w14:paraId="599DD62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Active</w:t>
            </w:r>
          </w:p>
        </w:tc>
        <w:tc>
          <w:tcPr>
            <w:tcW w:w="1570" w:type="dxa"/>
            <w:tcMar>
              <w:top w:w="35" w:type="dxa"/>
              <w:left w:w="45" w:type="dxa"/>
              <w:bottom w:w="35" w:type="dxa"/>
              <w:right w:w="45" w:type="dxa"/>
            </w:tcMar>
            <w:vAlign w:val="center"/>
          </w:tcPr>
          <w:p w14:paraId="172E4794" w14:textId="77777777" w:rsidR="00EF31EA" w:rsidRPr="00175D1B" w:rsidRDefault="00EF31EA" w:rsidP="00AC6C95">
            <w:pPr>
              <w:spacing w:after="0" w:line="240" w:lineRule="auto"/>
              <w:ind w:left="630"/>
              <w:rPr>
                <w:rFonts w:ascii="Calibri" w:hAnsi="Calibri" w:cs="Calibri"/>
                <w:sz w:val="18"/>
                <w:szCs w:val="32"/>
              </w:rPr>
            </w:pPr>
            <w:hyperlink r:id="rId238">
              <w:r w:rsidRPr="00175D1B">
                <w:rPr>
                  <w:rFonts w:ascii="Calibri" w:hAnsi="Calibri" w:cs="Calibri"/>
                  <w:color w:val="0563C1"/>
                  <w:sz w:val="18"/>
                  <w:szCs w:val="32"/>
                  <w:u w:val="single"/>
                </w:rPr>
                <w:t>Instagram: @womeninrobotics_se</w:t>
              </w:r>
            </w:hyperlink>
          </w:p>
        </w:tc>
        <w:tc>
          <w:tcPr>
            <w:tcW w:w="1507" w:type="dxa"/>
            <w:tcMar>
              <w:top w:w="35" w:type="dxa"/>
              <w:left w:w="45" w:type="dxa"/>
              <w:bottom w:w="35" w:type="dxa"/>
              <w:right w:w="45" w:type="dxa"/>
            </w:tcMar>
            <w:vAlign w:val="center"/>
          </w:tcPr>
          <w:p w14:paraId="657CBA53" w14:textId="77777777" w:rsidR="00EF31EA" w:rsidRPr="00175D1B" w:rsidRDefault="00EF31EA" w:rsidP="00AC6C95">
            <w:pPr>
              <w:spacing w:after="0" w:line="240" w:lineRule="auto"/>
              <w:ind w:left="630"/>
              <w:rPr>
                <w:rFonts w:ascii="Calibri" w:hAnsi="Calibri" w:cs="Calibri"/>
                <w:sz w:val="18"/>
                <w:szCs w:val="32"/>
              </w:rPr>
            </w:pPr>
          </w:p>
        </w:tc>
        <w:tc>
          <w:tcPr>
            <w:tcW w:w="973" w:type="dxa"/>
            <w:tcMar>
              <w:top w:w="35" w:type="dxa"/>
              <w:left w:w="45" w:type="dxa"/>
              <w:bottom w:w="35" w:type="dxa"/>
              <w:right w:w="45" w:type="dxa"/>
            </w:tcMar>
            <w:vAlign w:val="center"/>
          </w:tcPr>
          <w:p w14:paraId="7D04FFE1" w14:textId="77777777" w:rsidR="00EF31EA" w:rsidRPr="00175D1B" w:rsidRDefault="00EF31EA" w:rsidP="00AC6C95">
            <w:pPr>
              <w:spacing w:after="0" w:line="240" w:lineRule="auto"/>
              <w:ind w:left="630"/>
              <w:rPr>
                <w:rFonts w:ascii="Calibri" w:hAnsi="Calibri" w:cs="Calibri"/>
                <w:sz w:val="18"/>
                <w:szCs w:val="32"/>
              </w:rPr>
            </w:pPr>
          </w:p>
        </w:tc>
        <w:tc>
          <w:tcPr>
            <w:tcW w:w="1727" w:type="dxa"/>
            <w:tcMar>
              <w:top w:w="35" w:type="dxa"/>
              <w:left w:w="45" w:type="dxa"/>
              <w:bottom w:w="35" w:type="dxa"/>
              <w:right w:w="45" w:type="dxa"/>
            </w:tcMar>
            <w:vAlign w:val="center"/>
          </w:tcPr>
          <w:p w14:paraId="43D95300" w14:textId="77777777" w:rsidR="00EF31EA" w:rsidRPr="00175D1B" w:rsidRDefault="00EF31EA" w:rsidP="00AC6C95">
            <w:pPr>
              <w:spacing w:after="0" w:line="240" w:lineRule="auto"/>
              <w:ind w:left="630"/>
              <w:rPr>
                <w:rFonts w:ascii="Calibri" w:hAnsi="Calibri" w:cs="Calibri"/>
                <w:sz w:val="18"/>
                <w:szCs w:val="32"/>
              </w:rPr>
            </w:pPr>
          </w:p>
        </w:tc>
        <w:tc>
          <w:tcPr>
            <w:tcW w:w="2844" w:type="dxa"/>
            <w:tcMar>
              <w:top w:w="35" w:type="dxa"/>
              <w:left w:w="45" w:type="dxa"/>
              <w:bottom w:w="35" w:type="dxa"/>
              <w:right w:w="45" w:type="dxa"/>
            </w:tcMar>
            <w:vAlign w:val="center"/>
          </w:tcPr>
          <w:p w14:paraId="0351EF03" w14:textId="77777777" w:rsidR="00EF31EA" w:rsidRPr="00175D1B" w:rsidRDefault="00EF31EA" w:rsidP="00AC6C95">
            <w:pPr>
              <w:spacing w:after="0" w:line="240" w:lineRule="auto"/>
              <w:ind w:left="630"/>
              <w:rPr>
                <w:rFonts w:ascii="Calibri" w:hAnsi="Calibri" w:cs="Calibri"/>
                <w:sz w:val="18"/>
                <w:szCs w:val="32"/>
              </w:rPr>
            </w:pPr>
          </w:p>
        </w:tc>
        <w:tc>
          <w:tcPr>
            <w:tcW w:w="2554" w:type="dxa"/>
            <w:tcMar>
              <w:top w:w="35" w:type="dxa"/>
              <w:left w:w="45" w:type="dxa"/>
              <w:bottom w:w="35" w:type="dxa"/>
              <w:right w:w="45" w:type="dxa"/>
            </w:tcMar>
            <w:vAlign w:val="center"/>
          </w:tcPr>
          <w:p w14:paraId="794AE88E" w14:textId="77777777" w:rsidR="0001782D" w:rsidRPr="00175D1B" w:rsidRDefault="00000000" w:rsidP="00AC6C95">
            <w:pPr>
              <w:spacing w:after="0" w:line="240" w:lineRule="auto"/>
              <w:ind w:left="630"/>
              <w:rPr>
                <w:rFonts w:ascii="Calibri" w:hAnsi="Calibri" w:cs="Calibri"/>
                <w:sz w:val="18"/>
                <w:szCs w:val="32"/>
              </w:rPr>
            </w:pPr>
            <w:hyperlink r:id="rId239" w:history="1">
              <w:r w:rsidRPr="00175D1B">
                <w:rPr>
                  <w:rFonts w:ascii="Calibri" w:eastAsia="Arial" w:hAnsi="Calibri" w:cs="Calibri"/>
                  <w:color w:val="0563C1"/>
                  <w:sz w:val="18"/>
                  <w:szCs w:val="32"/>
                  <w:u w:val="single"/>
                </w:rPr>
                <w:t>https://www.instagram.com/womeninrobotics_se/</w:t>
              </w:r>
            </w:hyperlink>
          </w:p>
        </w:tc>
      </w:tr>
      <w:tr w:rsidR="00EF31EA" w:rsidRPr="00175D1B" w14:paraId="46D94A18" w14:textId="77777777" w:rsidTr="00175D1B">
        <w:trPr>
          <w:cantSplit/>
          <w:jc w:val="center"/>
        </w:trPr>
        <w:tc>
          <w:tcPr>
            <w:tcW w:w="1764" w:type="dxa"/>
            <w:shd w:val="clear" w:color="auto" w:fill="F7F7F7"/>
            <w:tcMar>
              <w:top w:w="35" w:type="dxa"/>
              <w:left w:w="45" w:type="dxa"/>
              <w:bottom w:w="35" w:type="dxa"/>
              <w:right w:w="45" w:type="dxa"/>
            </w:tcMar>
            <w:vAlign w:val="center"/>
          </w:tcPr>
          <w:p w14:paraId="2BB1BE8C"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b/>
                <w:sz w:val="18"/>
                <w:szCs w:val="32"/>
              </w:rPr>
              <w:t>Zumba Dance Class</w:t>
            </w:r>
          </w:p>
        </w:tc>
        <w:tc>
          <w:tcPr>
            <w:tcW w:w="1279" w:type="dxa"/>
            <w:shd w:val="clear" w:color="auto" w:fill="F7F7F7"/>
            <w:tcMar>
              <w:top w:w="35" w:type="dxa"/>
              <w:left w:w="45" w:type="dxa"/>
              <w:bottom w:w="35" w:type="dxa"/>
              <w:right w:w="45" w:type="dxa"/>
            </w:tcMar>
            <w:vAlign w:val="center"/>
          </w:tcPr>
          <w:p w14:paraId="5CE7BDB3" w14:textId="77777777" w:rsidR="0001782D" w:rsidRPr="00175D1B" w:rsidRDefault="00000000" w:rsidP="00AC6C95">
            <w:pPr>
              <w:spacing w:after="0" w:line="240" w:lineRule="auto"/>
              <w:ind w:left="630"/>
              <w:rPr>
                <w:rFonts w:ascii="Calibri" w:hAnsi="Calibri" w:cs="Calibri"/>
                <w:sz w:val="18"/>
                <w:szCs w:val="32"/>
              </w:rPr>
            </w:pPr>
            <w:r w:rsidRPr="00175D1B">
              <w:rPr>
                <w:rFonts w:ascii="Calibri" w:eastAsia="Arial" w:hAnsi="Calibri" w:cs="Calibri"/>
                <w:sz w:val="18"/>
                <w:szCs w:val="32"/>
              </w:rPr>
              <w:t>Dormant</w:t>
            </w:r>
          </w:p>
        </w:tc>
        <w:tc>
          <w:tcPr>
            <w:tcW w:w="1570" w:type="dxa"/>
            <w:shd w:val="clear" w:color="auto" w:fill="F7F7F7"/>
            <w:tcMar>
              <w:top w:w="35" w:type="dxa"/>
              <w:left w:w="45" w:type="dxa"/>
              <w:bottom w:w="35" w:type="dxa"/>
              <w:right w:w="45" w:type="dxa"/>
            </w:tcMar>
            <w:vAlign w:val="center"/>
          </w:tcPr>
          <w:p w14:paraId="416568C0" w14:textId="77777777" w:rsidR="00EF31EA" w:rsidRPr="00175D1B" w:rsidRDefault="00EF31EA" w:rsidP="00AC6C95">
            <w:pPr>
              <w:spacing w:after="0" w:line="240" w:lineRule="auto"/>
              <w:ind w:left="630"/>
              <w:rPr>
                <w:rFonts w:ascii="Calibri" w:hAnsi="Calibri" w:cs="Calibri"/>
                <w:sz w:val="18"/>
                <w:szCs w:val="32"/>
              </w:rPr>
            </w:pPr>
          </w:p>
        </w:tc>
        <w:tc>
          <w:tcPr>
            <w:tcW w:w="1507" w:type="dxa"/>
            <w:shd w:val="clear" w:color="auto" w:fill="F7F7F7"/>
            <w:tcMar>
              <w:top w:w="35" w:type="dxa"/>
              <w:left w:w="45" w:type="dxa"/>
              <w:bottom w:w="35" w:type="dxa"/>
              <w:right w:w="45" w:type="dxa"/>
            </w:tcMar>
            <w:vAlign w:val="center"/>
          </w:tcPr>
          <w:p w14:paraId="6A7056BA" w14:textId="77777777" w:rsidR="00EF31EA" w:rsidRPr="00175D1B" w:rsidRDefault="00EF31EA" w:rsidP="00AC6C95">
            <w:pPr>
              <w:spacing w:after="0" w:line="240" w:lineRule="auto"/>
              <w:ind w:left="630"/>
              <w:rPr>
                <w:rFonts w:ascii="Calibri" w:hAnsi="Calibri" w:cs="Calibri"/>
                <w:sz w:val="18"/>
                <w:szCs w:val="32"/>
              </w:rPr>
            </w:pPr>
          </w:p>
        </w:tc>
        <w:tc>
          <w:tcPr>
            <w:tcW w:w="973" w:type="dxa"/>
            <w:shd w:val="clear" w:color="auto" w:fill="F7F7F7"/>
            <w:tcMar>
              <w:top w:w="35" w:type="dxa"/>
              <w:left w:w="45" w:type="dxa"/>
              <w:bottom w:w="35" w:type="dxa"/>
              <w:right w:w="45" w:type="dxa"/>
            </w:tcMar>
            <w:vAlign w:val="center"/>
          </w:tcPr>
          <w:p w14:paraId="72BC1A9F" w14:textId="77777777" w:rsidR="00EF31EA" w:rsidRPr="00175D1B" w:rsidRDefault="00EF31EA" w:rsidP="00AC6C95">
            <w:pPr>
              <w:spacing w:after="0" w:line="240" w:lineRule="auto"/>
              <w:ind w:left="630"/>
              <w:rPr>
                <w:rFonts w:ascii="Calibri" w:hAnsi="Calibri" w:cs="Calibri"/>
                <w:sz w:val="18"/>
                <w:szCs w:val="32"/>
              </w:rPr>
            </w:pPr>
          </w:p>
        </w:tc>
        <w:tc>
          <w:tcPr>
            <w:tcW w:w="1727" w:type="dxa"/>
            <w:shd w:val="clear" w:color="auto" w:fill="F7F7F7"/>
            <w:tcMar>
              <w:top w:w="35" w:type="dxa"/>
              <w:left w:w="45" w:type="dxa"/>
              <w:bottom w:w="35" w:type="dxa"/>
              <w:right w:w="45" w:type="dxa"/>
            </w:tcMar>
            <w:vAlign w:val="center"/>
          </w:tcPr>
          <w:p w14:paraId="35564C09" w14:textId="77777777" w:rsidR="0001782D" w:rsidRPr="00175D1B" w:rsidRDefault="0001782D" w:rsidP="00AC6C95">
            <w:pPr>
              <w:spacing w:after="0" w:line="240" w:lineRule="auto"/>
              <w:ind w:left="630"/>
              <w:rPr>
                <w:rFonts w:ascii="Calibri" w:hAnsi="Calibri" w:cs="Calibri"/>
                <w:sz w:val="18"/>
                <w:szCs w:val="32"/>
              </w:rPr>
            </w:pPr>
          </w:p>
        </w:tc>
        <w:tc>
          <w:tcPr>
            <w:tcW w:w="2844" w:type="dxa"/>
            <w:shd w:val="clear" w:color="auto" w:fill="F7F7F7"/>
            <w:tcMar>
              <w:top w:w="35" w:type="dxa"/>
              <w:left w:w="45" w:type="dxa"/>
              <w:bottom w:w="35" w:type="dxa"/>
              <w:right w:w="45" w:type="dxa"/>
            </w:tcMar>
            <w:vAlign w:val="center"/>
          </w:tcPr>
          <w:p w14:paraId="4AAFBBED" w14:textId="77777777" w:rsidR="0001782D" w:rsidRPr="00175D1B" w:rsidRDefault="00000000" w:rsidP="00AC6C95">
            <w:pPr>
              <w:spacing w:after="0" w:line="240" w:lineRule="auto"/>
              <w:ind w:left="630"/>
              <w:rPr>
                <w:rFonts w:ascii="Calibri" w:hAnsi="Calibri" w:cs="Calibri"/>
                <w:sz w:val="18"/>
                <w:szCs w:val="32"/>
              </w:rPr>
            </w:pPr>
            <w:hyperlink r:id="rId240" w:history="1">
              <w:r w:rsidRPr="00175D1B">
                <w:rPr>
                  <w:rFonts w:ascii="Calibri" w:eastAsia="Arial" w:hAnsi="Calibri" w:cs="Calibri"/>
                  <w:color w:val="0563C1"/>
                  <w:sz w:val="18"/>
                  <w:szCs w:val="32"/>
                  <w:u w:val="single"/>
                </w:rPr>
                <w:t>May contact Student Life</w:t>
              </w:r>
            </w:hyperlink>
          </w:p>
          <w:p w14:paraId="52C957F3" w14:textId="77777777" w:rsidR="0001782D" w:rsidRPr="00175D1B" w:rsidRDefault="00000000" w:rsidP="00AC6C95">
            <w:pPr>
              <w:spacing w:after="0" w:line="240" w:lineRule="auto"/>
              <w:ind w:left="630"/>
              <w:rPr>
                <w:rFonts w:ascii="Calibri" w:hAnsi="Calibri" w:cs="Calibri"/>
                <w:sz w:val="18"/>
                <w:szCs w:val="32"/>
              </w:rPr>
            </w:pPr>
            <w:hyperlink r:id="rId241" w:history="1">
              <w:r w:rsidRPr="00175D1B">
                <w:rPr>
                  <w:rFonts w:ascii="Calibri" w:eastAsia="Arial" w:hAnsi="Calibri" w:cs="Calibri"/>
                  <w:color w:val="0563C1"/>
                  <w:sz w:val="18"/>
                  <w:szCs w:val="32"/>
                  <w:u w:val="single"/>
                </w:rPr>
                <w:t>Student Life landing page</w:t>
              </w:r>
            </w:hyperlink>
          </w:p>
        </w:tc>
        <w:tc>
          <w:tcPr>
            <w:tcW w:w="2554" w:type="dxa"/>
            <w:shd w:val="clear" w:color="auto" w:fill="F7F7F7"/>
            <w:tcMar>
              <w:top w:w="35" w:type="dxa"/>
              <w:left w:w="45" w:type="dxa"/>
              <w:bottom w:w="35" w:type="dxa"/>
              <w:right w:w="45" w:type="dxa"/>
            </w:tcMar>
            <w:vAlign w:val="center"/>
          </w:tcPr>
          <w:p w14:paraId="113FF1DA" w14:textId="77777777" w:rsidR="0001782D" w:rsidRPr="00175D1B" w:rsidRDefault="00000000" w:rsidP="00AC6C95">
            <w:pPr>
              <w:spacing w:after="0" w:line="240" w:lineRule="auto"/>
              <w:ind w:left="630"/>
              <w:rPr>
                <w:rFonts w:ascii="Calibri" w:hAnsi="Calibri" w:cs="Calibri"/>
                <w:sz w:val="18"/>
                <w:szCs w:val="32"/>
              </w:rPr>
            </w:pPr>
            <w:hyperlink r:id="rId242" w:history="1">
              <w:r w:rsidRPr="00175D1B">
                <w:rPr>
                  <w:rFonts w:ascii="Calibri" w:eastAsia="Arial" w:hAnsi="Calibri" w:cs="Calibri"/>
                  <w:color w:val="0563C1"/>
                  <w:sz w:val="18"/>
                  <w:szCs w:val="32"/>
                  <w:u w:val="single"/>
                </w:rPr>
                <w:t>mailto:studentlife@se.edu</w:t>
              </w:r>
            </w:hyperlink>
          </w:p>
          <w:p w14:paraId="5D2DF33D" w14:textId="77777777" w:rsidR="0001782D" w:rsidRPr="00175D1B" w:rsidRDefault="00000000" w:rsidP="00AC6C95">
            <w:pPr>
              <w:spacing w:after="0" w:line="240" w:lineRule="auto"/>
              <w:ind w:left="630"/>
              <w:rPr>
                <w:rFonts w:ascii="Calibri" w:hAnsi="Calibri" w:cs="Calibri"/>
                <w:sz w:val="18"/>
                <w:szCs w:val="32"/>
              </w:rPr>
            </w:pPr>
            <w:hyperlink r:id="rId243" w:history="1">
              <w:r w:rsidRPr="00175D1B">
                <w:rPr>
                  <w:rFonts w:ascii="Calibri" w:eastAsia="Arial" w:hAnsi="Calibri" w:cs="Calibri"/>
                  <w:color w:val="0563C1"/>
                  <w:sz w:val="18"/>
                  <w:szCs w:val="32"/>
                  <w:u w:val="single"/>
                </w:rPr>
                <w:t>https://www.se.edu/student-life/</w:t>
              </w:r>
            </w:hyperlink>
          </w:p>
        </w:tc>
      </w:tr>
    </w:tbl>
    <w:p w14:paraId="18FC59E1" w14:textId="77777777" w:rsidR="009D6071" w:rsidRDefault="009D6071" w:rsidP="00AC6C95">
      <w:pPr>
        <w:ind w:left="630"/>
      </w:pPr>
    </w:p>
    <w:sectPr w:rsidR="009D6071" w:rsidSect="00034616">
      <w:footerReference w:type="default" r:id="rId244"/>
      <w:pgSz w:w="15840" w:h="12240" w:orient="landscape"/>
      <w:pgMar w:top="403" w:right="360" w:bottom="403" w:left="36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37C747" w14:textId="77777777" w:rsidR="009D6071" w:rsidRDefault="009D6071">
      <w:pPr>
        <w:spacing w:after="0" w:line="240" w:lineRule="auto"/>
      </w:pPr>
      <w:r>
        <w:separator/>
      </w:r>
    </w:p>
  </w:endnote>
  <w:endnote w:type="continuationSeparator" w:id="0">
    <w:p w14:paraId="4D7F1CB7" w14:textId="77777777" w:rsidR="009D6071" w:rsidRDefault="009D6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8B65EC" w14:textId="315107D0" w:rsidR="002C4769" w:rsidRDefault="002C476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6D8F0E" w14:textId="77777777" w:rsidR="009D6071" w:rsidRDefault="009D6071">
      <w:pPr>
        <w:spacing w:after="0" w:line="240" w:lineRule="auto"/>
      </w:pPr>
      <w:r>
        <w:separator/>
      </w:r>
    </w:p>
  </w:footnote>
  <w:footnote w:type="continuationSeparator" w:id="0">
    <w:p w14:paraId="74264030" w14:textId="77777777" w:rsidR="009D6071" w:rsidRDefault="009D60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430304">
    <w:abstractNumId w:val="8"/>
  </w:num>
  <w:num w:numId="2" w16cid:durableId="1907688173">
    <w:abstractNumId w:val="6"/>
  </w:num>
  <w:num w:numId="3" w16cid:durableId="1579712237">
    <w:abstractNumId w:val="5"/>
  </w:num>
  <w:num w:numId="4" w16cid:durableId="1564217231">
    <w:abstractNumId w:val="4"/>
  </w:num>
  <w:num w:numId="5" w16cid:durableId="111636157">
    <w:abstractNumId w:val="7"/>
  </w:num>
  <w:num w:numId="6" w16cid:durableId="1035229365">
    <w:abstractNumId w:val="3"/>
  </w:num>
  <w:num w:numId="7" w16cid:durableId="990518260">
    <w:abstractNumId w:val="2"/>
  </w:num>
  <w:num w:numId="8" w16cid:durableId="1854804286">
    <w:abstractNumId w:val="1"/>
  </w:num>
  <w:num w:numId="9" w16cid:durableId="104958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82D"/>
    <w:rsid w:val="00034616"/>
    <w:rsid w:val="0006063C"/>
    <w:rsid w:val="0015074B"/>
    <w:rsid w:val="00175D1B"/>
    <w:rsid w:val="0029639D"/>
    <w:rsid w:val="002C4769"/>
    <w:rsid w:val="00326F90"/>
    <w:rsid w:val="004927D0"/>
    <w:rsid w:val="009B1DA7"/>
    <w:rsid w:val="009D6071"/>
    <w:rsid w:val="00AA1D8D"/>
    <w:rsid w:val="00AC6C95"/>
    <w:rsid w:val="00B47730"/>
    <w:rsid w:val="00CB0664"/>
    <w:rsid w:val="00D045BA"/>
    <w:rsid w:val="00D1306F"/>
    <w:rsid w:val="00D973C0"/>
    <w:rsid w:val="00DA19F3"/>
    <w:rsid w:val="00EF31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C6EF8"/>
  <w14:defaultImageDpi w14:val="300"/>
  <w15:docId w15:val="{9CB9DFC5-C23D-5145-A3DA-5263EC2F4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A19F3"/>
    <w:rPr>
      <w:color w:val="0000FF" w:themeColor="hyperlink"/>
      <w:u w:val="single"/>
    </w:rPr>
  </w:style>
  <w:style w:type="character" w:styleId="UnresolvedMention">
    <w:name w:val="Unresolved Mention"/>
    <w:basedOn w:val="DefaultParagraphFont"/>
    <w:uiPriority w:val="99"/>
    <w:semiHidden/>
    <w:unhideWhenUsed/>
    <w:rsid w:val="00DA1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e.edu/student-life/" TargetMode="External"/><Relationship Id="rId21" Type="http://schemas.openxmlformats.org/officeDocument/2006/relationships/hyperlink" Target="https://www.instagram.com/sosu_acs/" TargetMode="External"/><Relationship Id="rId42" Type="http://schemas.openxmlformats.org/officeDocument/2006/relationships/hyperlink" Target="mailto:studentlife@se.edu" TargetMode="External"/><Relationship Id="rId63" Type="http://schemas.openxmlformats.org/officeDocument/2006/relationships/hyperlink" Target="https://www.facebook.com/SEChorvettes/" TargetMode="External"/><Relationship Id="rId84" Type="http://schemas.openxmlformats.org/officeDocument/2006/relationships/hyperlink" Target="https://www.se.edu/student-life/greek-life/" TargetMode="External"/><Relationship Id="rId138" Type="http://schemas.openxmlformats.org/officeDocument/2006/relationships/hyperlink" Target="https://www.se.edu/president/presidents-leadership-class/" TargetMode="External"/><Relationship Id="rId159" Type="http://schemas.openxmlformats.org/officeDocument/2006/relationships/hyperlink" Target="https://www.facebook.com/sesportshq/" TargetMode="External"/><Relationship Id="rId170" Type="http://schemas.openxmlformats.org/officeDocument/2006/relationships/hyperlink" Target="https://www.se.edu/business/" TargetMode="External"/><Relationship Id="rId191" Type="http://schemas.openxmlformats.org/officeDocument/2006/relationships/hyperlink" Target="https://www.instagram.com/se.storm.front/" TargetMode="External"/><Relationship Id="rId205" Type="http://schemas.openxmlformats.org/officeDocument/2006/relationships/hyperlink" Target="https://www.se.edu/music/performing-ensembles/" TargetMode="External"/><Relationship Id="rId226" Type="http://schemas.openxmlformats.org/officeDocument/2006/relationships/hyperlink" Target="https://www.instagram.com/tpusa_sosu/" TargetMode="External"/><Relationship Id="rId107" Type="http://schemas.openxmlformats.org/officeDocument/2006/relationships/hyperlink" Target="https://www.instagram.com/sosu.line.dancing/" TargetMode="External"/><Relationship Id="rId11" Type="http://schemas.openxmlformats.org/officeDocument/2006/relationships/hyperlink" Target="https://www.se.edu/theatre/" TargetMode="External"/><Relationship Id="rId32" Type="http://schemas.openxmlformats.org/officeDocument/2006/relationships/hyperlink" Target="https://www.instagram.com/savagestormsaac" TargetMode="External"/><Relationship Id="rId53" Type="http://schemas.openxmlformats.org/officeDocument/2006/relationships/hyperlink" Target="https://www.instagram.com/sechessclub/" TargetMode="External"/><Relationship Id="rId74" Type="http://schemas.openxmlformats.org/officeDocument/2006/relationships/hyperlink" Target="https://www.facebook.com/sosuflightteam/" TargetMode="External"/><Relationship Id="rId128" Type="http://schemas.openxmlformats.org/officeDocument/2006/relationships/hyperlink" Target="https://www.se.edu/music/performing-ensembles/" TargetMode="External"/><Relationship Id="rId149" Type="http://schemas.openxmlformats.org/officeDocument/2006/relationships/hyperlink" Target="https://www.se.edu/student-life/savage-storm-leaders/" TargetMode="External"/><Relationship Id="rId5" Type="http://schemas.openxmlformats.org/officeDocument/2006/relationships/webSettings" Target="webSettings.xml"/><Relationship Id="rId95" Type="http://schemas.openxmlformats.org/officeDocument/2006/relationships/hyperlink" Target="https://www.instagram.com/eta_nu_kkpsi/" TargetMode="External"/><Relationship Id="rId160" Type="http://schemas.openxmlformats.org/officeDocument/2006/relationships/hyperlink" Target="https://www.instagram.com/sesportshq/" TargetMode="External"/><Relationship Id="rId181" Type="http://schemas.openxmlformats.org/officeDocument/2006/relationships/hyperlink" Target="https://www.facebook.com/100087240031079/" TargetMode="External"/><Relationship Id="rId216" Type="http://schemas.openxmlformats.org/officeDocument/2006/relationships/hyperlink" Target="mailto:studentlife@se.edu" TargetMode="External"/><Relationship Id="rId237" Type="http://schemas.openxmlformats.org/officeDocument/2006/relationships/hyperlink" Target="https://www.instagram.com/wai.sosu/" TargetMode="External"/><Relationship Id="rId22" Type="http://schemas.openxmlformats.org/officeDocument/2006/relationships/hyperlink" Target="https://www.facebook.com/SafetyAtSoutheasternOklahomaStateUniversity/" TargetMode="External"/><Relationship Id="rId43" Type="http://schemas.openxmlformats.org/officeDocument/2006/relationships/hyperlink" Target="https://www.se.edu/student-life/" TargetMode="External"/><Relationship Id="rId64" Type="http://schemas.openxmlformats.org/officeDocument/2006/relationships/hyperlink" Target="https://www.facebook.com/SEChorvettes/" TargetMode="External"/><Relationship Id="rId118" Type="http://schemas.openxmlformats.org/officeDocument/2006/relationships/hyperlink" Target="https://www.instagram.com/senasalife/" TargetMode="External"/><Relationship Id="rId139" Type="http://schemas.openxmlformats.org/officeDocument/2006/relationships/hyperlink" Target="https://www.se.edu/president/presidents-leadership-class/" TargetMode="External"/><Relationship Id="rId85" Type="http://schemas.openxmlformats.org/officeDocument/2006/relationships/hyperlink" Target="mailto:studentlife@se.edu" TargetMode="External"/><Relationship Id="rId150" Type="http://schemas.openxmlformats.org/officeDocument/2006/relationships/hyperlink" Target="https://www.se.edu/business/" TargetMode="External"/><Relationship Id="rId171" Type="http://schemas.openxmlformats.org/officeDocument/2006/relationships/hyperlink" Target="https://www.se.edu/business/" TargetMode="External"/><Relationship Id="rId192" Type="http://schemas.openxmlformats.org/officeDocument/2006/relationships/hyperlink" Target="https://www.instagram.com/se.sbc/" TargetMode="External"/><Relationship Id="rId206" Type="http://schemas.openxmlformats.org/officeDocument/2006/relationships/hyperlink" Target="https://www.se.edu/music/performing-ensembles/" TargetMode="External"/><Relationship Id="rId227" Type="http://schemas.openxmlformats.org/officeDocument/2006/relationships/hyperlink" Target="https://www.instagram.com/tpusa_sosu/" TargetMode="External"/><Relationship Id="rId12" Type="http://schemas.openxmlformats.org/officeDocument/2006/relationships/hyperlink" Target="https://www.instagram.com/ast.seo/" TargetMode="External"/><Relationship Id="rId33" Type="http://schemas.openxmlformats.org/officeDocument/2006/relationships/hyperlink" Target="https://gosoutheastern.com/" TargetMode="External"/><Relationship Id="rId108" Type="http://schemas.openxmlformats.org/officeDocument/2006/relationships/hyperlink" Target="https://www.instagram.com/sosu.line.dancing/" TargetMode="External"/><Relationship Id="rId129" Type="http://schemas.openxmlformats.org/officeDocument/2006/relationships/hyperlink" Target="https://www.se.edu/music/performing-ensembles/" TargetMode="External"/><Relationship Id="rId54" Type="http://schemas.openxmlformats.org/officeDocument/2006/relationships/hyperlink" Target="mailto:studentlife@se.edu" TargetMode="External"/><Relationship Id="rId75" Type="http://schemas.openxmlformats.org/officeDocument/2006/relationships/hyperlink" Target="https://www.instagram.com/sosuflightteam/" TargetMode="External"/><Relationship Id="rId96" Type="http://schemas.openxmlformats.org/officeDocument/2006/relationships/hyperlink" Target="https://www.facebook.com/kkpsietanu/" TargetMode="External"/><Relationship Id="rId140" Type="http://schemas.openxmlformats.org/officeDocument/2006/relationships/hyperlink" Target="https://www.instagram.com/se_psi_chi/" TargetMode="External"/><Relationship Id="rId161" Type="http://schemas.openxmlformats.org/officeDocument/2006/relationships/hyperlink" Target="https://x.com/sesportshq" TargetMode="External"/><Relationship Id="rId182" Type="http://schemas.openxmlformats.org/officeDocument/2006/relationships/hyperlink" Target="https://www.facebook.com/100087240031079/" TargetMode="External"/><Relationship Id="rId217" Type="http://schemas.openxmlformats.org/officeDocument/2006/relationships/hyperlink" Target="https://www.se.edu/student-life/" TargetMode="External"/><Relationship Id="rId6" Type="http://schemas.openxmlformats.org/officeDocument/2006/relationships/footnotes" Target="footnotes.xml"/><Relationship Id="rId238" Type="http://schemas.openxmlformats.org/officeDocument/2006/relationships/hyperlink" Target="https://www.instagram.com/womeninrobotics_se/" TargetMode="External"/><Relationship Id="rId23" Type="http://schemas.openxmlformats.org/officeDocument/2006/relationships/hyperlink" Target="https://www.se.edu/occupational-safety-health/" TargetMode="External"/><Relationship Id="rId119" Type="http://schemas.openxmlformats.org/officeDocument/2006/relationships/hyperlink" Target="https://www.se.edu/native-american/" TargetMode="External"/><Relationship Id="rId44" Type="http://schemas.openxmlformats.org/officeDocument/2006/relationships/hyperlink" Target="https://www.se.edu/music/performing-ensembles/" TargetMode="External"/><Relationship Id="rId65" Type="http://schemas.openxmlformats.org/officeDocument/2006/relationships/hyperlink" Target="https://www.instagram.com/chorvettes/" TargetMode="External"/><Relationship Id="rId86" Type="http://schemas.openxmlformats.org/officeDocument/2006/relationships/hyperlink" Target="https://www.se.edu/student-life/greek-life/" TargetMode="External"/><Relationship Id="rId130" Type="http://schemas.openxmlformats.org/officeDocument/2006/relationships/hyperlink" Target="https://www.se.edu/business/" TargetMode="External"/><Relationship Id="rId151" Type="http://schemas.openxmlformats.org/officeDocument/2006/relationships/hyperlink" Target="https://www.se.edu/business/" TargetMode="External"/><Relationship Id="rId172" Type="http://schemas.openxmlformats.org/officeDocument/2006/relationships/hyperlink" Target="https://www.se.edu/music/performing-ensembles/" TargetMode="External"/><Relationship Id="rId193" Type="http://schemas.openxmlformats.org/officeDocument/2006/relationships/hyperlink" Target="https://www.facebook.com/groups/sesbc/" TargetMode="External"/><Relationship Id="rId207" Type="http://schemas.openxmlformats.org/officeDocument/2006/relationships/hyperlink" Target="https://www.se.edu/music/performing-ensembles/" TargetMode="External"/><Relationship Id="rId228" Type="http://schemas.openxmlformats.org/officeDocument/2006/relationships/hyperlink" Target="https://www.facebook.com/VACOatSE/" TargetMode="External"/><Relationship Id="rId13" Type="http://schemas.openxmlformats.org/officeDocument/2006/relationships/hyperlink" Target="https://www.facebook.com/ASTRhoChapter/" TargetMode="External"/><Relationship Id="rId109" Type="http://schemas.openxmlformats.org/officeDocument/2006/relationships/hyperlink" Target="https://gosoutheastern.com/" TargetMode="External"/><Relationship Id="rId34" Type="http://schemas.openxmlformats.org/officeDocument/2006/relationships/hyperlink" Target="https://www.instagram.com/realsebcm/" TargetMode="External"/><Relationship Id="rId55" Type="http://schemas.openxmlformats.org/officeDocument/2006/relationships/hyperlink" Target="https://www.se.edu/student-life/" TargetMode="External"/><Relationship Id="rId76" Type="http://schemas.openxmlformats.org/officeDocument/2006/relationships/hyperlink" Target="mailto:studentlife@se.edu" TargetMode="External"/><Relationship Id="rId97" Type="http://schemas.openxmlformats.org/officeDocument/2006/relationships/hyperlink" Target="https://www.facebook.com/kkpsietanu/" TargetMode="External"/><Relationship Id="rId120" Type="http://schemas.openxmlformats.org/officeDocument/2006/relationships/hyperlink" Target="https://www.instagram.com/senasalife/" TargetMode="External"/><Relationship Id="rId141" Type="http://schemas.openxmlformats.org/officeDocument/2006/relationships/hyperlink" Target="https://www.instagram.com/se_psi_chi/" TargetMode="External"/><Relationship Id="rId7" Type="http://schemas.openxmlformats.org/officeDocument/2006/relationships/endnotes" Target="endnotes.xml"/><Relationship Id="rId162" Type="http://schemas.openxmlformats.org/officeDocument/2006/relationships/hyperlink" Target="https://www.se.edu/hrl/" TargetMode="External"/><Relationship Id="rId183" Type="http://schemas.openxmlformats.org/officeDocument/2006/relationships/hyperlink" Target="https://www.instagram.com/sosu.wildlifeclub/" TargetMode="External"/><Relationship Id="rId218" Type="http://schemas.openxmlformats.org/officeDocument/2006/relationships/hyperlink" Target="mailto:studentlife@se.edu" TargetMode="External"/><Relationship Id="rId239" Type="http://schemas.openxmlformats.org/officeDocument/2006/relationships/hyperlink" Target="https://www.instagram.com/womeninrobotics_se/" TargetMode="External"/><Relationship Id="rId24" Type="http://schemas.openxmlformats.org/officeDocument/2006/relationships/hyperlink" Target="https://www.facebook.com/SafetyAtSoutheasternOklahomaStateUniversity/" TargetMode="External"/><Relationship Id="rId45" Type="http://schemas.openxmlformats.org/officeDocument/2006/relationships/hyperlink" Target="https://www.se.edu/music/performing-ensembles/" TargetMode="External"/><Relationship Id="rId66" Type="http://schemas.openxmlformats.org/officeDocument/2006/relationships/hyperlink" Target="https://www.instagram.com/se.college.republicans/" TargetMode="External"/><Relationship Id="rId87" Type="http://schemas.openxmlformats.org/officeDocument/2006/relationships/hyperlink" Target="mailto:studentlife@se.edu" TargetMode="External"/><Relationship Id="rId110" Type="http://schemas.openxmlformats.org/officeDocument/2006/relationships/hyperlink" Target="https://gosoutheastern.com/" TargetMode="External"/><Relationship Id="rId131" Type="http://schemas.openxmlformats.org/officeDocument/2006/relationships/hyperlink" Target="https://www.se.edu/business/" TargetMode="External"/><Relationship Id="rId152" Type="http://schemas.openxmlformats.org/officeDocument/2006/relationships/hyperlink" Target="https://www.se.edu/music/performing-ensembles/" TargetMode="External"/><Relationship Id="rId173" Type="http://schemas.openxmlformats.org/officeDocument/2006/relationships/hyperlink" Target="https://www.se.edu/music/performing-ensembles/" TargetMode="External"/><Relationship Id="rId194" Type="http://schemas.openxmlformats.org/officeDocument/2006/relationships/hyperlink" Target="https://www.sestudentbiblecenter.com/" TargetMode="External"/><Relationship Id="rId208" Type="http://schemas.openxmlformats.org/officeDocument/2006/relationships/hyperlink" Target="https://www.instagram.com/thesoutheasternnews/" TargetMode="External"/><Relationship Id="rId229" Type="http://schemas.openxmlformats.org/officeDocument/2006/relationships/hyperlink" Target="https://www.facebook.com/VACOatSE/" TargetMode="External"/><Relationship Id="rId240" Type="http://schemas.openxmlformats.org/officeDocument/2006/relationships/hyperlink" Target="mailto:studentlife@se.edu" TargetMode="External"/><Relationship Id="rId14" Type="http://schemas.openxmlformats.org/officeDocument/2006/relationships/hyperlink" Target="https://www.facebook.com/ASTRhoChapter/" TargetMode="External"/><Relationship Id="rId35" Type="http://schemas.openxmlformats.org/officeDocument/2006/relationships/hyperlink" Target="https://www.instagram.com/realsebcm/" TargetMode="External"/><Relationship Id="rId56" Type="http://schemas.openxmlformats.org/officeDocument/2006/relationships/hyperlink" Target="https://www.se.edu/hrl/" TargetMode="External"/><Relationship Id="rId77" Type="http://schemas.openxmlformats.org/officeDocument/2006/relationships/hyperlink" Target="https://www.se.edu/student-life/" TargetMode="External"/><Relationship Id="rId100" Type="http://schemas.openxmlformats.org/officeDocument/2006/relationships/hyperlink" Target="https://www.facebook.com/KSSU92FM" TargetMode="External"/><Relationship Id="rId8" Type="http://schemas.openxmlformats.org/officeDocument/2006/relationships/hyperlink" Target="https://www.instagram.com/sosu.alphaetarho/" TargetMode="External"/><Relationship Id="rId98" Type="http://schemas.openxmlformats.org/officeDocument/2006/relationships/hyperlink" Target="https://www.instagram.com/eta_nu_kkpsi/" TargetMode="External"/><Relationship Id="rId121" Type="http://schemas.openxmlformats.org/officeDocument/2006/relationships/hyperlink" Target="https://www.se.edu/native-american/" TargetMode="External"/><Relationship Id="rId142" Type="http://schemas.openxmlformats.org/officeDocument/2006/relationships/hyperlink" Target="https://www.instagram.com/se_rainbow_connection/" TargetMode="External"/><Relationship Id="rId163" Type="http://schemas.openxmlformats.org/officeDocument/2006/relationships/hyperlink" Target="https://www.se.edu/hrl/" TargetMode="External"/><Relationship Id="rId184" Type="http://schemas.openxmlformats.org/officeDocument/2006/relationships/hyperlink" Target="https://www.instagram.com/sparksdance/" TargetMode="External"/><Relationship Id="rId219" Type="http://schemas.openxmlformats.org/officeDocument/2006/relationships/hyperlink" Target="https://www.se.edu/student-life/" TargetMode="External"/><Relationship Id="rId230" Type="http://schemas.openxmlformats.org/officeDocument/2006/relationships/hyperlink" Target="https://www.facebook.com/WesleyCampusMinistry/" TargetMode="External"/><Relationship Id="rId25" Type="http://schemas.openxmlformats.org/officeDocument/2006/relationships/hyperlink" Target="https://www.se.edu/occupational-safety-health/" TargetMode="External"/><Relationship Id="rId46" Type="http://schemas.openxmlformats.org/officeDocument/2006/relationships/hyperlink" Target="https://www.instagram.com/se_cardinalkey/" TargetMode="External"/><Relationship Id="rId67" Type="http://schemas.openxmlformats.org/officeDocument/2006/relationships/hyperlink" Target="https://www.instagram.com/se.college.republicans/" TargetMode="External"/><Relationship Id="rId88" Type="http://schemas.openxmlformats.org/officeDocument/2006/relationships/hyperlink" Target="https://www.se.edu/student-life/" TargetMode="External"/><Relationship Id="rId111" Type="http://schemas.openxmlformats.org/officeDocument/2006/relationships/hyperlink" Target="https://www.se.edu/music/" TargetMode="External"/><Relationship Id="rId132" Type="http://schemas.openxmlformats.org/officeDocument/2006/relationships/hyperlink" Target="https://www.instagram.com/se.prehealth/" TargetMode="External"/><Relationship Id="rId153" Type="http://schemas.openxmlformats.org/officeDocument/2006/relationships/hyperlink" Target="https://www.se.edu/music/performing-ensembles/" TargetMode="External"/><Relationship Id="rId174" Type="http://schemas.openxmlformats.org/officeDocument/2006/relationships/hyperlink" Target="https://www.instagram.com/southeastern.sda/" TargetMode="External"/><Relationship Id="rId195" Type="http://schemas.openxmlformats.org/officeDocument/2006/relationships/hyperlink" Target="https://www.facebook.com/groups/sesbc/" TargetMode="External"/><Relationship Id="rId209" Type="http://schemas.openxmlformats.org/officeDocument/2006/relationships/hyperlink" Target="https://www.facebook.com/TheSoutheasternNews/" TargetMode="External"/><Relationship Id="rId220" Type="http://schemas.openxmlformats.org/officeDocument/2006/relationships/hyperlink" Target="https://www.instagram.com/trisigma.se/" TargetMode="External"/><Relationship Id="rId241" Type="http://schemas.openxmlformats.org/officeDocument/2006/relationships/hyperlink" Target="https://www.se.edu/student-life/" TargetMode="External"/><Relationship Id="rId15" Type="http://schemas.openxmlformats.org/officeDocument/2006/relationships/hyperlink" Target="https://www.instagram.com/ast.seo/" TargetMode="External"/><Relationship Id="rId36" Type="http://schemas.openxmlformats.org/officeDocument/2006/relationships/hyperlink" Target="https://www.instagram.com/sosufishing/" TargetMode="External"/><Relationship Id="rId57" Type="http://schemas.openxmlformats.org/officeDocument/2006/relationships/hyperlink" Target="https://www.se.edu/hrl/" TargetMode="External"/><Relationship Id="rId10" Type="http://schemas.openxmlformats.org/officeDocument/2006/relationships/hyperlink" Target="https://www.se.edu/theatre/" TargetMode="External"/><Relationship Id="rId31" Type="http://schemas.openxmlformats.org/officeDocument/2006/relationships/hyperlink" Target="https://gosoutheastern.com/" TargetMode="External"/><Relationship Id="rId52" Type="http://schemas.openxmlformats.org/officeDocument/2006/relationships/hyperlink" Target="https://www.se.edu/student-life/" TargetMode="External"/><Relationship Id="rId73" Type="http://schemas.openxmlformats.org/officeDocument/2006/relationships/hyperlink" Target="https://www.facebook.com/sosuflightteam/" TargetMode="External"/><Relationship Id="rId78" Type="http://schemas.openxmlformats.org/officeDocument/2006/relationships/hyperlink" Target="mailto:studentlife@se.edu" TargetMode="External"/><Relationship Id="rId94" Type="http://schemas.openxmlformats.org/officeDocument/2006/relationships/hyperlink" Target="https://www.se.edu/music/performing-ensembles/" TargetMode="External"/><Relationship Id="rId99" Type="http://schemas.openxmlformats.org/officeDocument/2006/relationships/hyperlink" Target="https://www.instagram.com/kssu92/" TargetMode="External"/><Relationship Id="rId101" Type="http://schemas.openxmlformats.org/officeDocument/2006/relationships/hyperlink" Target="https://x.com/TheStorm919" TargetMode="External"/><Relationship Id="rId122" Type="http://schemas.openxmlformats.org/officeDocument/2006/relationships/hyperlink" Target="https://www.se.edu/hrl/" TargetMode="External"/><Relationship Id="rId143" Type="http://schemas.openxmlformats.org/officeDocument/2006/relationships/hyperlink" Target="https://www.instagram.com/se_rainbow_connection/" TargetMode="External"/><Relationship Id="rId148" Type="http://schemas.openxmlformats.org/officeDocument/2006/relationships/hyperlink" Target="https://www.se.edu/student-life/savage-storm-leaders/" TargetMode="External"/><Relationship Id="rId164" Type="http://schemas.openxmlformats.org/officeDocument/2006/relationships/hyperlink" Target="https://english.org/" TargetMode="External"/><Relationship Id="rId169" Type="http://schemas.openxmlformats.org/officeDocument/2006/relationships/hyperlink" Target="https://www.instagram.com/sigtausoutheastern/" TargetMode="External"/><Relationship Id="rId185" Type="http://schemas.openxmlformats.org/officeDocument/2006/relationships/hyperlink" Target="https://www.facebook.com/SESparksDanceTeam/" TargetMode="External"/><Relationship Id="rId4" Type="http://schemas.openxmlformats.org/officeDocument/2006/relationships/settings" Target="settings.xml"/><Relationship Id="rId9" Type="http://schemas.openxmlformats.org/officeDocument/2006/relationships/hyperlink" Target="https://www.instagram.com/sosu.alphaetarho/" TargetMode="External"/><Relationship Id="rId180" Type="http://schemas.openxmlformats.org/officeDocument/2006/relationships/hyperlink" Target="https://www.instagram.com/sosu.wildlifeclub/" TargetMode="External"/><Relationship Id="rId210" Type="http://schemas.openxmlformats.org/officeDocument/2006/relationships/hyperlink" Target="https://x.com/TheSoutheastern" TargetMode="External"/><Relationship Id="rId215" Type="http://schemas.openxmlformats.org/officeDocument/2006/relationships/hyperlink" Target="https://x.com/TheSoutheastern" TargetMode="External"/><Relationship Id="rId236" Type="http://schemas.openxmlformats.org/officeDocument/2006/relationships/hyperlink" Target="https://www.facebook.com/wai.sosu/" TargetMode="External"/><Relationship Id="rId26" Type="http://schemas.openxmlformats.org/officeDocument/2006/relationships/hyperlink" Target="https://www.se.edu/music/" TargetMode="External"/><Relationship Id="rId231" Type="http://schemas.openxmlformats.org/officeDocument/2006/relationships/hyperlink" Target="https://www.facebook.com/WesleyCampusMinistry/" TargetMode="External"/><Relationship Id="rId47" Type="http://schemas.openxmlformats.org/officeDocument/2006/relationships/hyperlink" Target="https://www.instagram.com/se_cardinalkey/" TargetMode="External"/><Relationship Id="rId68" Type="http://schemas.openxmlformats.org/officeDocument/2006/relationships/hyperlink" Target="https://www.se.edu/music/performing-ensembles/" TargetMode="External"/><Relationship Id="rId89" Type="http://schemas.openxmlformats.org/officeDocument/2006/relationships/hyperlink" Target="https://www.instagram.com/international_se/" TargetMode="External"/><Relationship Id="rId112" Type="http://schemas.openxmlformats.org/officeDocument/2006/relationships/hyperlink" Target="https://www.se.edu/music/" TargetMode="External"/><Relationship Id="rId133" Type="http://schemas.openxmlformats.org/officeDocument/2006/relationships/hyperlink" Target="https://www.instagram.com/se.prehealth/" TargetMode="External"/><Relationship Id="rId154" Type="http://schemas.openxmlformats.org/officeDocument/2006/relationships/hyperlink" Target="https://www.instagram.com/sediscgolf/" TargetMode="External"/><Relationship Id="rId175" Type="http://schemas.openxmlformats.org/officeDocument/2006/relationships/hyperlink" Target="https://www.se.edu/act/speech-and-debate/" TargetMode="External"/><Relationship Id="rId196" Type="http://schemas.openxmlformats.org/officeDocument/2006/relationships/hyperlink" Target="https://www.instagram.com/se.sbc/" TargetMode="External"/><Relationship Id="rId200" Type="http://schemas.openxmlformats.org/officeDocument/2006/relationships/hyperlink" Target="https://www.se.edu/student-life/sga/" TargetMode="External"/><Relationship Id="rId16" Type="http://schemas.openxmlformats.org/officeDocument/2006/relationships/hyperlink" Target="https://www.instagram.com/sosuall/" TargetMode="External"/><Relationship Id="rId221" Type="http://schemas.openxmlformats.org/officeDocument/2006/relationships/hyperlink" Target="https://www.facebook.com/sigmatridurant/" TargetMode="External"/><Relationship Id="rId242" Type="http://schemas.openxmlformats.org/officeDocument/2006/relationships/hyperlink" Target="mailto:studentlife@se.edu" TargetMode="External"/><Relationship Id="rId37" Type="http://schemas.openxmlformats.org/officeDocument/2006/relationships/hyperlink" Target="https://www.instagram.com/sosufishing/" TargetMode="External"/><Relationship Id="rId58" Type="http://schemas.openxmlformats.org/officeDocument/2006/relationships/hyperlink" Target="https://www.se.edu/hrl/" TargetMode="External"/><Relationship Id="rId79" Type="http://schemas.openxmlformats.org/officeDocument/2006/relationships/hyperlink" Target="https://www.se.edu/student-life/" TargetMode="External"/><Relationship Id="rId102" Type="http://schemas.openxmlformats.org/officeDocument/2006/relationships/hyperlink" Target="https://www.se.edu/kssu-u92-fm/" TargetMode="External"/><Relationship Id="rId123" Type="http://schemas.openxmlformats.org/officeDocument/2006/relationships/hyperlink" Target="https://www.se.edu/hrl/" TargetMode="External"/><Relationship Id="rId144" Type="http://schemas.openxmlformats.org/officeDocument/2006/relationships/hyperlink" Target="https://www.instagram.com/sosu.rotaract/" TargetMode="External"/><Relationship Id="rId90" Type="http://schemas.openxmlformats.org/officeDocument/2006/relationships/hyperlink" Target="https://www.se.edu/international-student/" TargetMode="External"/><Relationship Id="rId165" Type="http://schemas.openxmlformats.org/officeDocument/2006/relationships/hyperlink" Target="https://english.org/" TargetMode="External"/><Relationship Id="rId186" Type="http://schemas.openxmlformats.org/officeDocument/2006/relationships/hyperlink" Target="https://www.facebook.com/SESparksDanceTeam/" TargetMode="External"/><Relationship Id="rId211" Type="http://schemas.openxmlformats.org/officeDocument/2006/relationships/hyperlink" Target="https://thesoutheastern.com/" TargetMode="External"/><Relationship Id="rId232" Type="http://schemas.openxmlformats.org/officeDocument/2006/relationships/hyperlink" Target="https://www.se.edu/music/performing-ensembles/" TargetMode="External"/><Relationship Id="rId27" Type="http://schemas.openxmlformats.org/officeDocument/2006/relationships/hyperlink" Target="https://www.se.edu/act/" TargetMode="External"/><Relationship Id="rId48" Type="http://schemas.openxmlformats.org/officeDocument/2006/relationships/hyperlink" Target="https://www.instagram.com/southeastern.CSA/" TargetMode="External"/><Relationship Id="rId69" Type="http://schemas.openxmlformats.org/officeDocument/2006/relationships/hyperlink" Target="https://www.se.edu/music/performing-ensembles/" TargetMode="External"/><Relationship Id="rId113" Type="http://schemas.openxmlformats.org/officeDocument/2006/relationships/hyperlink" Target="https://www.se.edu/student-life/greek-life/" TargetMode="External"/><Relationship Id="rId134" Type="http://schemas.openxmlformats.org/officeDocument/2006/relationships/hyperlink" Target="mailto:studentlife@se.edu" TargetMode="External"/><Relationship Id="rId80" Type="http://schemas.openxmlformats.org/officeDocument/2006/relationships/hyperlink" Target="https://www.instagram.com/halososu/" TargetMode="External"/><Relationship Id="rId155" Type="http://schemas.openxmlformats.org/officeDocument/2006/relationships/hyperlink" Target="https://www.instagram.com/sediscgolf/" TargetMode="External"/><Relationship Id="rId176" Type="http://schemas.openxmlformats.org/officeDocument/2006/relationships/hyperlink" Target="https://www.instagram.com/southeastern.sda/" TargetMode="External"/><Relationship Id="rId197" Type="http://schemas.openxmlformats.org/officeDocument/2006/relationships/hyperlink" Target="https://www.sestudentbiblecenter.com/" TargetMode="External"/><Relationship Id="rId201" Type="http://schemas.openxmlformats.org/officeDocument/2006/relationships/hyperlink" Target="https://www.facebook.com/sga.sosu/" TargetMode="External"/><Relationship Id="rId222" Type="http://schemas.openxmlformats.org/officeDocument/2006/relationships/hyperlink" Target="https://www.facebook.com/sigmatridurant/" TargetMode="External"/><Relationship Id="rId243" Type="http://schemas.openxmlformats.org/officeDocument/2006/relationships/hyperlink" Target="https://www.se.edu/student-life/" TargetMode="External"/><Relationship Id="rId17" Type="http://schemas.openxmlformats.org/officeDocument/2006/relationships/hyperlink" Target="https://www.se.edu/alumni/" TargetMode="External"/><Relationship Id="rId38" Type="http://schemas.openxmlformats.org/officeDocument/2006/relationships/hyperlink" Target="https://www.instagram.com/sosubsa/" TargetMode="External"/><Relationship Id="rId59" Type="http://schemas.openxmlformats.org/officeDocument/2006/relationships/hyperlink" Target="https://www.se.edu/hrl/" TargetMode="External"/><Relationship Id="rId103" Type="http://schemas.openxmlformats.org/officeDocument/2006/relationships/hyperlink" Target="https://www.facebook.com/KSSU92FM" TargetMode="External"/><Relationship Id="rId124" Type="http://schemas.openxmlformats.org/officeDocument/2006/relationships/hyperlink" Target="https://www.instagram.com/savagestormoil/" TargetMode="External"/><Relationship Id="rId70" Type="http://schemas.openxmlformats.org/officeDocument/2006/relationships/hyperlink" Target="https://www.instagram.com/savagestormfca/" TargetMode="External"/><Relationship Id="rId91" Type="http://schemas.openxmlformats.org/officeDocument/2006/relationships/hyperlink" Target="https://www.instagram.com/international_se/" TargetMode="External"/><Relationship Id="rId145" Type="http://schemas.openxmlformats.org/officeDocument/2006/relationships/hyperlink" Target="https://www.instagram.com/sosu.rotaract/" TargetMode="External"/><Relationship Id="rId166" Type="http://schemas.openxmlformats.org/officeDocument/2006/relationships/hyperlink" Target="https://www.instagram.com/sigtausoutheastern/" TargetMode="External"/><Relationship Id="rId187" Type="http://schemas.openxmlformats.org/officeDocument/2006/relationships/hyperlink" Target="https://www.instagram.com/sparksdance/" TargetMode="External"/><Relationship Id="rId1" Type="http://schemas.openxmlformats.org/officeDocument/2006/relationships/customXml" Target="../customXml/item1.xml"/><Relationship Id="rId212" Type="http://schemas.openxmlformats.org/officeDocument/2006/relationships/hyperlink" Target="https://thesoutheastern.com/" TargetMode="External"/><Relationship Id="rId233" Type="http://schemas.openxmlformats.org/officeDocument/2006/relationships/hyperlink" Target="https://www.se.edu/music/performing-ensembles/" TargetMode="External"/><Relationship Id="rId28" Type="http://schemas.openxmlformats.org/officeDocument/2006/relationships/hyperlink" Target="https://www.se.edu/music/" TargetMode="External"/><Relationship Id="rId49" Type="http://schemas.openxmlformats.org/officeDocument/2006/relationships/hyperlink" Target="https://www.instagram.com/southeastern.CSA/" TargetMode="External"/><Relationship Id="rId114" Type="http://schemas.openxmlformats.org/officeDocument/2006/relationships/hyperlink" Target="mailto:studentlife@se.edu" TargetMode="External"/><Relationship Id="rId60" Type="http://schemas.openxmlformats.org/officeDocument/2006/relationships/hyperlink" Target="https://www.se.edu/music/performing-ensembles/" TargetMode="External"/><Relationship Id="rId81" Type="http://schemas.openxmlformats.org/officeDocument/2006/relationships/hyperlink" Target="https://www.instagram.com/halososu/" TargetMode="External"/><Relationship Id="rId135" Type="http://schemas.openxmlformats.org/officeDocument/2006/relationships/hyperlink" Target="https://www.se.edu/student-life/" TargetMode="External"/><Relationship Id="rId156" Type="http://schemas.openxmlformats.org/officeDocument/2006/relationships/hyperlink" Target="https://www.instagram.com/sesportshq/" TargetMode="External"/><Relationship Id="rId177" Type="http://schemas.openxmlformats.org/officeDocument/2006/relationships/hyperlink" Target="https://www.se.edu/act/speech-and-debate/" TargetMode="External"/><Relationship Id="rId198" Type="http://schemas.openxmlformats.org/officeDocument/2006/relationships/hyperlink" Target="https://www.instagram.com/se.sga/" TargetMode="External"/><Relationship Id="rId202" Type="http://schemas.openxmlformats.org/officeDocument/2006/relationships/hyperlink" Target="https://www.instagram.com/se.sga/" TargetMode="External"/><Relationship Id="rId223" Type="http://schemas.openxmlformats.org/officeDocument/2006/relationships/hyperlink" Target="https://www.instagram.com/trisigma.se/" TargetMode="External"/><Relationship Id="rId244" Type="http://schemas.openxmlformats.org/officeDocument/2006/relationships/footer" Target="footer1.xml"/><Relationship Id="rId18" Type="http://schemas.openxmlformats.org/officeDocument/2006/relationships/hyperlink" Target="https://www.instagram.com/sosuall/" TargetMode="External"/><Relationship Id="rId39" Type="http://schemas.openxmlformats.org/officeDocument/2006/relationships/hyperlink" Target="mailto:studentlife@se.edu" TargetMode="External"/><Relationship Id="rId50" Type="http://schemas.openxmlformats.org/officeDocument/2006/relationships/hyperlink" Target="https://www.instagram.com/sechessclub/" TargetMode="External"/><Relationship Id="rId104" Type="http://schemas.openxmlformats.org/officeDocument/2006/relationships/hyperlink" Target="https://www.instagram.com/kssu92/" TargetMode="External"/><Relationship Id="rId125" Type="http://schemas.openxmlformats.org/officeDocument/2006/relationships/hyperlink" Target="https://www.instagram.com/savagestormoil/" TargetMode="External"/><Relationship Id="rId146" Type="http://schemas.openxmlformats.org/officeDocument/2006/relationships/hyperlink" Target="https://www.instagram.com/savagestormcheer/" TargetMode="External"/><Relationship Id="rId167" Type="http://schemas.openxmlformats.org/officeDocument/2006/relationships/hyperlink" Target="https://www.facebook.com/SigTauSoutheastern/" TargetMode="External"/><Relationship Id="rId188" Type="http://schemas.openxmlformats.org/officeDocument/2006/relationships/hyperlink" Target="https://www.se.edu/music/performing-ensembles/" TargetMode="External"/><Relationship Id="rId71" Type="http://schemas.openxmlformats.org/officeDocument/2006/relationships/hyperlink" Target="https://www.instagram.com/savagestormfca/" TargetMode="External"/><Relationship Id="rId92" Type="http://schemas.openxmlformats.org/officeDocument/2006/relationships/hyperlink" Target="https://www.se.edu/international-student/" TargetMode="External"/><Relationship Id="rId213" Type="http://schemas.openxmlformats.org/officeDocument/2006/relationships/hyperlink" Target="https://www.facebook.com/TheSoutheasternNews/" TargetMode="External"/><Relationship Id="rId234" Type="http://schemas.openxmlformats.org/officeDocument/2006/relationships/hyperlink" Target="https://www.instagram.com/wai.sosu/" TargetMode="External"/><Relationship Id="rId2" Type="http://schemas.openxmlformats.org/officeDocument/2006/relationships/numbering" Target="numbering.xml"/><Relationship Id="rId29" Type="http://schemas.openxmlformats.org/officeDocument/2006/relationships/hyperlink" Target="https://www.se.edu/act/" TargetMode="External"/><Relationship Id="rId40" Type="http://schemas.openxmlformats.org/officeDocument/2006/relationships/hyperlink" Target="https://www.se.edu/student-life/" TargetMode="External"/><Relationship Id="rId115" Type="http://schemas.openxmlformats.org/officeDocument/2006/relationships/hyperlink" Target="https://www.se.edu/student-life/greek-life/" TargetMode="External"/><Relationship Id="rId136" Type="http://schemas.openxmlformats.org/officeDocument/2006/relationships/hyperlink" Target="mailto:studentlife@se.edu" TargetMode="External"/><Relationship Id="rId157" Type="http://schemas.openxmlformats.org/officeDocument/2006/relationships/hyperlink" Target="https://www.facebook.com/sesportshq/" TargetMode="External"/><Relationship Id="rId178" Type="http://schemas.openxmlformats.org/officeDocument/2006/relationships/hyperlink" Target="https://www.instagram.com/se.ultimate/" TargetMode="External"/><Relationship Id="rId61" Type="http://schemas.openxmlformats.org/officeDocument/2006/relationships/hyperlink" Target="https://www.se.edu/music/performing-ensembles/" TargetMode="External"/><Relationship Id="rId82" Type="http://schemas.openxmlformats.org/officeDocument/2006/relationships/hyperlink" Target="https://www.se.edu/honors-program/" TargetMode="External"/><Relationship Id="rId199" Type="http://schemas.openxmlformats.org/officeDocument/2006/relationships/hyperlink" Target="https://www.facebook.com/sga.sosu/" TargetMode="External"/><Relationship Id="rId203" Type="http://schemas.openxmlformats.org/officeDocument/2006/relationships/hyperlink" Target="https://www.se.edu/student-life/sga/" TargetMode="External"/><Relationship Id="rId19" Type="http://schemas.openxmlformats.org/officeDocument/2006/relationships/hyperlink" Target="https://www.se.edu/alumni/" TargetMode="External"/><Relationship Id="rId224" Type="http://schemas.openxmlformats.org/officeDocument/2006/relationships/hyperlink" Target="https://www.se.edu/student-life/true-blue/" TargetMode="External"/><Relationship Id="rId245" Type="http://schemas.openxmlformats.org/officeDocument/2006/relationships/fontTable" Target="fontTable.xml"/><Relationship Id="rId30" Type="http://schemas.openxmlformats.org/officeDocument/2006/relationships/hyperlink" Target="https://www.instagram.com/savagestormsaac/" TargetMode="External"/><Relationship Id="rId105" Type="http://schemas.openxmlformats.org/officeDocument/2006/relationships/hyperlink" Target="https://www.se.edu/kssu-u92-fm/" TargetMode="External"/><Relationship Id="rId126" Type="http://schemas.openxmlformats.org/officeDocument/2006/relationships/hyperlink" Target="https://www.se.edu/music/performing-ensembles/" TargetMode="External"/><Relationship Id="rId147" Type="http://schemas.openxmlformats.org/officeDocument/2006/relationships/hyperlink" Target="https://www.instagram.com/savagestormcheer/" TargetMode="External"/><Relationship Id="rId168" Type="http://schemas.openxmlformats.org/officeDocument/2006/relationships/hyperlink" Target="https://www.facebook.com/SigTauSoutheastern/" TargetMode="External"/><Relationship Id="rId51" Type="http://schemas.openxmlformats.org/officeDocument/2006/relationships/hyperlink" Target="mailto:studentlife@se.edu" TargetMode="External"/><Relationship Id="rId72" Type="http://schemas.openxmlformats.org/officeDocument/2006/relationships/hyperlink" Target="https://www.instagram.com/sosuflightteam/" TargetMode="External"/><Relationship Id="rId93" Type="http://schemas.openxmlformats.org/officeDocument/2006/relationships/hyperlink" Target="https://www.se.edu/music/performing-ensembles/" TargetMode="External"/><Relationship Id="rId189" Type="http://schemas.openxmlformats.org/officeDocument/2006/relationships/hyperlink" Target="https://www.se.edu/music/performing-ensembles/" TargetMode="External"/><Relationship Id="rId3" Type="http://schemas.openxmlformats.org/officeDocument/2006/relationships/styles" Target="styles.xml"/><Relationship Id="rId214" Type="http://schemas.openxmlformats.org/officeDocument/2006/relationships/hyperlink" Target="https://www.instagram.com/thesoutheasternnews/" TargetMode="External"/><Relationship Id="rId235" Type="http://schemas.openxmlformats.org/officeDocument/2006/relationships/hyperlink" Target="https://www.facebook.com/wai.sosu/" TargetMode="External"/><Relationship Id="rId116" Type="http://schemas.openxmlformats.org/officeDocument/2006/relationships/hyperlink" Target="mailto:studentlife@se.edu" TargetMode="External"/><Relationship Id="rId137" Type="http://schemas.openxmlformats.org/officeDocument/2006/relationships/hyperlink" Target="https://www.se.edu/student-life/" TargetMode="External"/><Relationship Id="rId158" Type="http://schemas.openxmlformats.org/officeDocument/2006/relationships/hyperlink" Target="https://x.com/sesportshq" TargetMode="External"/><Relationship Id="rId20" Type="http://schemas.openxmlformats.org/officeDocument/2006/relationships/hyperlink" Target="https://www.instagram.com/sosu_acs/" TargetMode="External"/><Relationship Id="rId41" Type="http://schemas.openxmlformats.org/officeDocument/2006/relationships/hyperlink" Target="https://www.instagram.com/sosubsa/" TargetMode="External"/><Relationship Id="rId62" Type="http://schemas.openxmlformats.org/officeDocument/2006/relationships/hyperlink" Target="https://www.instagram.com/chorvettes/" TargetMode="External"/><Relationship Id="rId83" Type="http://schemas.openxmlformats.org/officeDocument/2006/relationships/hyperlink" Target="https://www.se.edu/honors-program/" TargetMode="External"/><Relationship Id="rId179" Type="http://schemas.openxmlformats.org/officeDocument/2006/relationships/hyperlink" Target="https://www.instagram.com/se.ultimate/" TargetMode="External"/><Relationship Id="rId190" Type="http://schemas.openxmlformats.org/officeDocument/2006/relationships/hyperlink" Target="https://www.instagram.com/se.storm.front/" TargetMode="External"/><Relationship Id="rId204" Type="http://schemas.openxmlformats.org/officeDocument/2006/relationships/hyperlink" Target="https://www.se.edu/music/performing-ensembles/" TargetMode="External"/><Relationship Id="rId225" Type="http://schemas.openxmlformats.org/officeDocument/2006/relationships/hyperlink" Target="https://www.se.edu/student-life/true-blue/" TargetMode="External"/><Relationship Id="rId246" Type="http://schemas.openxmlformats.org/officeDocument/2006/relationships/theme" Target="theme/theme1.xml"/><Relationship Id="rId106" Type="http://schemas.openxmlformats.org/officeDocument/2006/relationships/hyperlink" Target="https://x.com/TheStorm919" TargetMode="External"/><Relationship Id="rId127" Type="http://schemas.openxmlformats.org/officeDocument/2006/relationships/hyperlink" Target="https://www.se.edu/music/performing-ensemb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1967</Words>
  <Characters>21637</Characters>
  <Application>Microsoft Office Word</Application>
  <DocSecurity>0</DocSecurity>
  <Lines>2404</Lines>
  <Paragraphs>944</Paragraphs>
  <ScaleCrop>false</ScaleCrop>
  <HeadingPairs>
    <vt:vector size="2" baseType="variant">
      <vt:variant>
        <vt:lpstr>Title</vt:lpstr>
      </vt:variant>
      <vt:variant>
        <vt:i4>1</vt:i4>
      </vt:variant>
    </vt:vector>
  </HeadingPairs>
  <TitlesOfParts>
    <vt:vector size="1" baseType="lpstr">
      <vt:lpstr>Student Organizations Social Media, Website, and Department Link Placement Draft</vt:lpstr>
    </vt:vector>
  </TitlesOfParts>
  <Manager/>
  <Company/>
  <LinksUpToDate>false</LinksUpToDate>
  <CharactersWithSpaces>22660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Organizations Clubs and Programs</dc:title>
  <dc:subject/>
  <dc:creator>David M Penn</dc:creator>
  <cp:keywords/>
  <dc:description/>
  <cp:lastModifiedBy>David Penn</cp:lastModifiedBy>
  <cp:revision>3</cp:revision>
  <cp:lastPrinted>2026-08-25T10:30:00Z</cp:lastPrinted>
  <dcterms:created xsi:type="dcterms:W3CDTF">2026-08-25T10:27:00Z</dcterms:created>
  <dcterms:modified xsi:type="dcterms:W3CDTF">2026-08-25T10:30:00Z</dcterms:modified>
  <cp:category/>
</cp:coreProperties>
</file>